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44984" w14:textId="3E2E669F" w:rsidR="00314C89" w:rsidRPr="00695436" w:rsidRDefault="00000000">
      <w:pPr>
        <w:spacing w:before="280" w:after="40"/>
        <w:jc w:val="center"/>
        <w:rPr>
          <w:color w:val="4A442A" w:themeColor="background2" w:themeShade="40"/>
          <w:lang w:val="es-CO"/>
        </w:rPr>
      </w:pPr>
      <w:r w:rsidRPr="00695436">
        <w:rPr>
          <w:b/>
          <w:color w:val="4A442A" w:themeColor="background2" w:themeShade="40"/>
          <w:sz w:val="36"/>
          <w:lang w:val="es-CO"/>
        </w:rPr>
        <w:t xml:space="preserve">INSTRUCTIVO PROYECTO FINAL – </w:t>
      </w:r>
      <w:r w:rsidR="007B734D">
        <w:rPr>
          <w:b/>
          <w:color w:val="4A442A" w:themeColor="background2" w:themeShade="40"/>
          <w:sz w:val="36"/>
          <w:lang w:val="es-CO"/>
        </w:rPr>
        <w:t>INVESTIGACIÓN O MONOGRAFÍA</w:t>
      </w:r>
    </w:p>
    <w:p w14:paraId="0D852632" w14:textId="77777777" w:rsidR="00314C89" w:rsidRPr="0025718F" w:rsidRDefault="00000000">
      <w:pPr>
        <w:spacing w:after="80"/>
        <w:jc w:val="center"/>
        <w:rPr>
          <w:lang w:val="es-CO"/>
        </w:rPr>
      </w:pPr>
      <w:r w:rsidRPr="0025718F">
        <w:rPr>
          <w:b/>
          <w:color w:val="1F2937"/>
          <w:sz w:val="28"/>
          <w:lang w:val="es-CO"/>
        </w:rPr>
        <w:t>Pregrado en Física</w:t>
      </w:r>
    </w:p>
    <w:p w14:paraId="63424386" w14:textId="17939B8B" w:rsidR="00E643DC" w:rsidRPr="00E643DC" w:rsidRDefault="00E643DC" w:rsidP="006E0D7A">
      <w:pPr>
        <w:pStyle w:val="Textoindependiente"/>
        <w:spacing w:after="0" w:line="240" w:lineRule="auto"/>
        <w:jc w:val="both"/>
        <w:rPr>
          <w:rFonts w:ascii="Aptos" w:hAnsi="Aptos"/>
          <w:sz w:val="24"/>
          <w:szCs w:val="24"/>
          <w:lang w:val="es-CO"/>
        </w:rPr>
      </w:pPr>
      <w:r w:rsidRPr="00E142EE">
        <w:rPr>
          <w:rFonts w:ascii="Aptos" w:hAnsi="Aptos" w:cs="Arial"/>
          <w:b/>
          <w:bCs/>
          <w:sz w:val="24"/>
          <w:szCs w:val="24"/>
          <w:lang w:val="es-CO"/>
        </w:rPr>
        <w:t xml:space="preserve">Nombre del curso: </w:t>
      </w:r>
      <w:r w:rsidRPr="00E643DC">
        <w:rPr>
          <w:rFonts w:ascii="Aptos" w:hAnsi="Aptos" w:cs="Arial"/>
          <w:color w:val="000000" w:themeColor="text1"/>
          <w:sz w:val="24"/>
          <w:szCs w:val="24"/>
          <w:lang w:val="es-CO"/>
        </w:rPr>
        <w:t xml:space="preserve">Proyecto Final – </w:t>
      </w:r>
      <w:r w:rsidR="007B734D">
        <w:rPr>
          <w:rFonts w:ascii="Aptos" w:hAnsi="Aptos" w:cs="Arial"/>
          <w:color w:val="000000" w:themeColor="text1"/>
          <w:sz w:val="24"/>
          <w:szCs w:val="24"/>
          <w:lang w:val="es-CO"/>
        </w:rPr>
        <w:t>Investigación o monografía</w:t>
      </w:r>
    </w:p>
    <w:p w14:paraId="002568BD" w14:textId="11DA9ED7" w:rsidR="00E643DC" w:rsidRPr="00E643DC" w:rsidRDefault="00E643DC" w:rsidP="006E0D7A">
      <w:pPr>
        <w:pStyle w:val="Textoindependiente"/>
        <w:spacing w:after="0" w:line="240" w:lineRule="auto"/>
        <w:jc w:val="both"/>
        <w:rPr>
          <w:rFonts w:ascii="Aptos" w:hAnsi="Aptos"/>
          <w:sz w:val="24"/>
          <w:szCs w:val="24"/>
          <w:lang w:val="es-CO"/>
        </w:rPr>
      </w:pPr>
      <w:r w:rsidRPr="00E142EE">
        <w:rPr>
          <w:rFonts w:ascii="Aptos" w:hAnsi="Aptos" w:cs="Arial"/>
          <w:b/>
          <w:bCs/>
          <w:sz w:val="24"/>
          <w:szCs w:val="24"/>
          <w:lang w:val="es-CO"/>
        </w:rPr>
        <w:t>Código del curso</w:t>
      </w:r>
      <w:r w:rsidRPr="00E643DC">
        <w:rPr>
          <w:rFonts w:ascii="Aptos" w:hAnsi="Aptos" w:cs="Arial"/>
          <w:color w:val="000000" w:themeColor="text1"/>
          <w:sz w:val="24"/>
          <w:szCs w:val="24"/>
          <w:lang w:val="es-CO"/>
        </w:rPr>
        <w:t>: FISI 398</w:t>
      </w:r>
      <w:r w:rsidR="007B734D">
        <w:rPr>
          <w:rFonts w:ascii="Aptos" w:hAnsi="Aptos" w:cs="Arial"/>
          <w:color w:val="000000" w:themeColor="text1"/>
          <w:sz w:val="24"/>
          <w:szCs w:val="24"/>
          <w:lang w:val="es-CO"/>
        </w:rPr>
        <w:t>9</w:t>
      </w:r>
    </w:p>
    <w:p w14:paraId="362FD435" w14:textId="77777777" w:rsidR="00E643DC" w:rsidRPr="00E643DC" w:rsidRDefault="00E643DC" w:rsidP="006E0D7A">
      <w:pPr>
        <w:pStyle w:val="Textoindependiente"/>
        <w:spacing w:after="0" w:line="240" w:lineRule="auto"/>
        <w:jc w:val="both"/>
        <w:rPr>
          <w:rFonts w:ascii="Aptos" w:hAnsi="Aptos" w:cs="Arial"/>
          <w:color w:val="000000" w:themeColor="text1"/>
          <w:sz w:val="24"/>
          <w:szCs w:val="24"/>
          <w:lang w:val="es-CO"/>
        </w:rPr>
      </w:pPr>
      <w:r w:rsidRPr="00E142EE">
        <w:rPr>
          <w:rFonts w:ascii="Aptos" w:hAnsi="Aptos" w:cs="Arial"/>
          <w:b/>
          <w:bCs/>
          <w:sz w:val="24"/>
          <w:szCs w:val="24"/>
          <w:lang w:val="es-CO"/>
        </w:rPr>
        <w:t xml:space="preserve">Prerrequisitos: </w:t>
      </w:r>
      <w:r w:rsidRPr="00E643DC">
        <w:rPr>
          <w:rFonts w:ascii="Aptos" w:hAnsi="Aptos" w:cs="Arial"/>
          <w:color w:val="000000" w:themeColor="text1"/>
          <w:sz w:val="24"/>
          <w:szCs w:val="24"/>
          <w:lang w:val="es-CO"/>
        </w:rPr>
        <w:t>FISI-3981 Proyecto</w:t>
      </w:r>
    </w:p>
    <w:p w14:paraId="63ECBBE9" w14:textId="77777777" w:rsidR="00E643DC" w:rsidRDefault="00E643DC" w:rsidP="006E0D7A">
      <w:pPr>
        <w:pStyle w:val="Textoindependiente"/>
        <w:spacing w:after="0" w:line="240" w:lineRule="auto"/>
        <w:jc w:val="both"/>
        <w:rPr>
          <w:rFonts w:ascii="Aptos" w:hAnsi="Aptos" w:cs="Arial"/>
          <w:color w:val="000000" w:themeColor="text1"/>
          <w:sz w:val="24"/>
          <w:szCs w:val="24"/>
          <w:lang w:val="es-CO"/>
        </w:rPr>
      </w:pPr>
      <w:proofErr w:type="spellStart"/>
      <w:r w:rsidRPr="00E142EE">
        <w:rPr>
          <w:rFonts w:ascii="Aptos" w:hAnsi="Aptos" w:cs="Arial"/>
          <w:b/>
          <w:bCs/>
          <w:sz w:val="24"/>
          <w:szCs w:val="24"/>
          <w:lang w:val="es-CO"/>
        </w:rPr>
        <w:t>Co-rrequisitos</w:t>
      </w:r>
      <w:proofErr w:type="spellEnd"/>
      <w:r w:rsidRPr="00E142EE">
        <w:rPr>
          <w:rFonts w:ascii="Aptos" w:hAnsi="Aptos" w:cs="Arial"/>
          <w:b/>
          <w:bCs/>
          <w:sz w:val="24"/>
          <w:szCs w:val="24"/>
          <w:lang w:val="es-CO"/>
        </w:rPr>
        <w:t>:</w:t>
      </w:r>
      <w:r w:rsidRPr="00E643DC">
        <w:rPr>
          <w:rFonts w:ascii="Aptos" w:hAnsi="Aptos" w:cs="Arial"/>
          <w:color w:val="000000" w:themeColor="text1"/>
          <w:sz w:val="24"/>
          <w:szCs w:val="24"/>
          <w:lang w:val="es-CO"/>
        </w:rPr>
        <w:t xml:space="preserve"> FISI-3760 Física del estado sólido o FISI-3152 Física de partículas y FISI 3632 Electromagnetismo II y FISI 3520 Mecánica cuántica 2. </w:t>
      </w:r>
    </w:p>
    <w:p w14:paraId="4029CED2" w14:textId="77777777" w:rsidR="00E142EE" w:rsidRDefault="00E142EE" w:rsidP="006E0D7A">
      <w:pPr>
        <w:pStyle w:val="Textoindependiente"/>
        <w:spacing w:after="0" w:line="240" w:lineRule="auto"/>
        <w:jc w:val="both"/>
        <w:rPr>
          <w:rFonts w:ascii="Aptos" w:hAnsi="Aptos" w:cs="Arial"/>
          <w:color w:val="000000" w:themeColor="text1"/>
          <w:sz w:val="24"/>
          <w:szCs w:val="24"/>
          <w:lang w:val="es-CO"/>
        </w:rPr>
      </w:pPr>
    </w:p>
    <w:p w14:paraId="7CD33C15" w14:textId="4EB4E3AB" w:rsidR="00E142EE" w:rsidRPr="00E643DC" w:rsidRDefault="00E142EE" w:rsidP="006E0D7A">
      <w:pPr>
        <w:pStyle w:val="Textoindependiente"/>
        <w:spacing w:after="0" w:line="240" w:lineRule="auto"/>
        <w:jc w:val="center"/>
        <w:rPr>
          <w:rFonts w:ascii="Aptos" w:hAnsi="Aptos"/>
          <w:sz w:val="24"/>
          <w:szCs w:val="24"/>
          <w:lang w:val="es-CO"/>
        </w:rPr>
      </w:pPr>
      <w:r w:rsidRPr="0029063E">
        <w:rPr>
          <w:rFonts w:ascii="Aptos" w:eastAsiaTheme="minorHAnsi" w:hAnsi="Aptos"/>
          <w:b/>
          <w:sz w:val="24"/>
          <w:lang w:val="es-ES"/>
        </w:rPr>
        <w:t>Versión aprobada por el Consejo de Departamento en su sesión XXX-XXXX 2026</w:t>
      </w:r>
    </w:p>
    <w:p w14:paraId="69B0BD09" w14:textId="77777777" w:rsidR="00314C89" w:rsidRPr="0025718F" w:rsidRDefault="00314C89" w:rsidP="006E0D7A">
      <w:pPr>
        <w:spacing w:after="0" w:line="240" w:lineRule="auto"/>
        <w:rPr>
          <w:lang w:val="es-CO"/>
        </w:rPr>
      </w:pPr>
    </w:p>
    <w:p w14:paraId="7CDF05C2" w14:textId="61FB1186" w:rsidR="00B024F5" w:rsidRDefault="00273249" w:rsidP="006E0D7A">
      <w:pPr>
        <w:pStyle w:val="Ttulo1"/>
        <w:numPr>
          <w:ilvl w:val="0"/>
          <w:numId w:val="11"/>
        </w:numPr>
        <w:spacing w:before="0" w:line="240" w:lineRule="auto"/>
        <w:rPr>
          <w:rFonts w:ascii="Aptos" w:hAnsi="Aptos"/>
          <w:color w:val="404040" w:themeColor="text1" w:themeTint="BF"/>
          <w:lang w:val="es-CO"/>
        </w:rPr>
      </w:pPr>
      <w:r w:rsidRPr="004B2A9D">
        <w:rPr>
          <w:rFonts w:ascii="Aptos" w:hAnsi="Aptos"/>
          <w:color w:val="404040" w:themeColor="text1" w:themeTint="BF"/>
          <w:lang w:val="es-CO"/>
        </w:rPr>
        <w:t>Consideraciones generales, objeto y alcance</w:t>
      </w:r>
    </w:p>
    <w:p w14:paraId="1225EB7F" w14:textId="77777777" w:rsidR="006E0D7A" w:rsidRDefault="006E0D7A" w:rsidP="006E0D7A">
      <w:pPr>
        <w:spacing w:after="0" w:line="240" w:lineRule="auto"/>
        <w:jc w:val="both"/>
        <w:rPr>
          <w:lang w:val="es-CO"/>
        </w:rPr>
      </w:pPr>
    </w:p>
    <w:p w14:paraId="3D2CED54" w14:textId="1F3D6A5B" w:rsidR="00273249" w:rsidRPr="00273249" w:rsidRDefault="00273249" w:rsidP="006E0D7A">
      <w:pPr>
        <w:spacing w:after="0" w:line="240" w:lineRule="auto"/>
        <w:jc w:val="both"/>
        <w:rPr>
          <w:lang w:val="es-CO"/>
        </w:rPr>
      </w:pPr>
      <w:r w:rsidRPr="00273249">
        <w:rPr>
          <w:lang w:val="es-CO"/>
        </w:rPr>
        <w:t>Este instructivo establece las condiciones académicas, responsabilidades, etapas, mecanismos de seguimiento y criterios de evaluación del curso FISI 3989 Proyecto Final – Investigación o monografía, una de las modalidades de culminación del Pregrado en Física. Al igual que las demás modalidades de Proyecto Final, este curso tiene como propósito ofrecer al estudiante una experiencia de integración de su formación en la que pueda aplicar los conocimientos, metodologías y competencias adquiridos a lo largo del programa, y que permita verificar el logro del perfil de egreso.</w:t>
      </w:r>
    </w:p>
    <w:p w14:paraId="3D365BC7" w14:textId="77777777" w:rsidR="006E0D7A" w:rsidRDefault="006E0D7A" w:rsidP="006E0D7A">
      <w:pPr>
        <w:spacing w:after="0" w:line="240" w:lineRule="auto"/>
        <w:jc w:val="both"/>
        <w:rPr>
          <w:lang w:val="es-CO"/>
        </w:rPr>
      </w:pPr>
    </w:p>
    <w:p w14:paraId="3B4E4B78" w14:textId="53C810B9" w:rsidR="00273249" w:rsidRDefault="00273249" w:rsidP="006E0D7A">
      <w:pPr>
        <w:spacing w:after="0" w:line="240" w:lineRule="auto"/>
        <w:jc w:val="both"/>
        <w:rPr>
          <w:lang w:val="es-CO"/>
        </w:rPr>
      </w:pPr>
      <w:r w:rsidRPr="00273249">
        <w:rPr>
          <w:lang w:val="es-CO"/>
        </w:rPr>
        <w:t>En esta modalidad, el estudiante profundiza en un tema específico de la Física mediante un trabajo desarrollado en el marco de un grupo de investigación del Departamento de Física, bajo la orientación permanente de un director que deberá ser profesor de planta del Departamento. El proyecto deberá permitir al estudiante integrar conocimientos disciplinares y emplear herramientas matemáticas, computacionales, experimentales o de análisis, junto con una metodología científica adecuada al problema o tema abordado.</w:t>
      </w:r>
    </w:p>
    <w:p w14:paraId="65EE0DE6" w14:textId="77777777" w:rsidR="006E0D7A" w:rsidRDefault="006E0D7A" w:rsidP="006E0D7A">
      <w:pPr>
        <w:spacing w:after="0" w:line="240" w:lineRule="auto"/>
        <w:jc w:val="both"/>
        <w:rPr>
          <w:lang w:val="es-CO"/>
        </w:rPr>
      </w:pPr>
    </w:p>
    <w:p w14:paraId="4184AABB" w14:textId="696BC193" w:rsidR="00273249" w:rsidRPr="00273249" w:rsidRDefault="00273249" w:rsidP="006E0D7A">
      <w:pPr>
        <w:spacing w:after="0" w:line="240" w:lineRule="auto"/>
        <w:jc w:val="both"/>
        <w:rPr>
          <w:lang w:val="es-CO"/>
        </w:rPr>
      </w:pPr>
      <w:r w:rsidRPr="00273249">
        <w:rPr>
          <w:lang w:val="es-CO"/>
        </w:rPr>
        <w:t xml:space="preserve">El trabajo podrá desarrollarse como un proyecto de investigación o como una monografía. En ambos casos se espera que el estudiante demuestre una comprensión sólida del tema, capacidad para analizar críticamente la literatura y los resultados disponibles, formular y abordar preguntas o problemas de manera rigurosa, y comunicar de forma clara y estructurada el trabajo realizado, tanto de manera escrita como oral. </w:t>
      </w:r>
    </w:p>
    <w:p w14:paraId="002364B5" w14:textId="77777777" w:rsidR="006E0D7A" w:rsidRDefault="006E0D7A" w:rsidP="006E0D7A">
      <w:pPr>
        <w:spacing w:after="0" w:line="240" w:lineRule="auto"/>
        <w:jc w:val="both"/>
        <w:rPr>
          <w:lang w:val="es-CO"/>
        </w:rPr>
      </w:pPr>
    </w:p>
    <w:p w14:paraId="19968FCB" w14:textId="7898272A" w:rsidR="00273249" w:rsidRDefault="00273249" w:rsidP="006E0D7A">
      <w:pPr>
        <w:spacing w:after="0" w:line="240" w:lineRule="auto"/>
        <w:jc w:val="both"/>
        <w:rPr>
          <w:lang w:val="es-CO"/>
        </w:rPr>
      </w:pPr>
      <w:r w:rsidRPr="00273249">
        <w:rPr>
          <w:lang w:val="es-CO"/>
        </w:rPr>
        <w:t>El Proyecto Final no requiere necesariamente la obtención de resultados originales o publicables; su propósito principal es evidenciar la capacidad del estudiante para integrar y aplicar, de manera autónoma y rigurosa, los aprendizajes propios de su formación como físico.</w:t>
      </w:r>
    </w:p>
    <w:p w14:paraId="3901652E" w14:textId="77777777" w:rsidR="006E0D7A" w:rsidRPr="00273249" w:rsidRDefault="006E0D7A" w:rsidP="006E0D7A">
      <w:pPr>
        <w:spacing w:after="0" w:line="240" w:lineRule="auto"/>
        <w:jc w:val="both"/>
        <w:rPr>
          <w:lang w:val="es-CO"/>
        </w:rPr>
      </w:pPr>
    </w:p>
    <w:tbl>
      <w:tblPr>
        <w:tblW w:w="0" w:type="auto"/>
        <w:jc w:val="center"/>
        <w:shd w:val="clear" w:color="auto" w:fill="F2F2F2" w:themeFill="background1" w:themeFillShade="F2"/>
        <w:tblLook w:val="04A0" w:firstRow="1" w:lastRow="0" w:firstColumn="1" w:lastColumn="0" w:noHBand="0" w:noVBand="1"/>
      </w:tblPr>
      <w:tblGrid>
        <w:gridCol w:w="9936"/>
      </w:tblGrid>
      <w:tr w:rsidR="00273249" w:rsidRPr="00273249" w14:paraId="0B27E3CF" w14:textId="77777777" w:rsidTr="002E4C21">
        <w:trPr>
          <w:jc w:val="center"/>
        </w:trPr>
        <w:tc>
          <w:tcPr>
            <w:tcW w:w="9994" w:type="dxa"/>
            <w:shd w:val="clear" w:color="auto" w:fill="F2F2F2" w:themeFill="background1" w:themeFillShade="F2"/>
            <w:tcMar>
              <w:top w:w="130" w:type="dxa"/>
              <w:left w:w="160" w:type="dxa"/>
              <w:bottom w:w="130" w:type="dxa"/>
              <w:right w:w="160" w:type="dxa"/>
            </w:tcMar>
          </w:tcPr>
          <w:p w14:paraId="401719A4" w14:textId="77777777" w:rsidR="00273249" w:rsidRPr="00273249" w:rsidRDefault="00273249" w:rsidP="006E0D7A">
            <w:pPr>
              <w:spacing w:after="0" w:line="240" w:lineRule="auto"/>
              <w:rPr>
                <w:b/>
                <w:color w:val="0B4EA2"/>
                <w:lang w:val="es-CO"/>
              </w:rPr>
            </w:pPr>
            <w:r w:rsidRPr="00273249">
              <w:rPr>
                <w:b/>
                <w:color w:val="0B4EA2"/>
                <w:lang w:val="es-CO"/>
              </w:rPr>
              <w:t>Criterio académico</w:t>
            </w:r>
          </w:p>
          <w:p w14:paraId="513F7993" w14:textId="77777777" w:rsidR="00273249" w:rsidRPr="00273249" w:rsidRDefault="00273249" w:rsidP="006E0D7A">
            <w:pPr>
              <w:spacing w:after="0" w:line="240" w:lineRule="auto"/>
              <w:jc w:val="both"/>
              <w:rPr>
                <w:lang w:val="es-CO"/>
              </w:rPr>
            </w:pPr>
            <w:r w:rsidRPr="00273249">
              <w:rPr>
                <w:b/>
                <w:color w:val="0B4EA2"/>
                <w:lang w:val="es-CO"/>
              </w:rPr>
              <w:br/>
            </w:r>
            <w:r w:rsidRPr="00273249">
              <w:rPr>
                <w:sz w:val="20"/>
                <w:lang w:val="es-CO"/>
              </w:rPr>
              <w:t>La modalidad “investigación o monografía” permite proyectos teóricos, computacionales, experimentales o de revisión y síntesis crítica de literatura. La propuesta que se entrega previamente debe dejar claro el alcance, la metodología y los objetivos esperados para el tipo de trabajo escogido.</w:t>
            </w:r>
          </w:p>
        </w:tc>
      </w:tr>
    </w:tbl>
    <w:p w14:paraId="145B22CA" w14:textId="77777777" w:rsidR="00273249" w:rsidRDefault="00273249" w:rsidP="006E0D7A">
      <w:pPr>
        <w:pStyle w:val="Ttulo11"/>
        <w:ind w:left="720"/>
      </w:pPr>
    </w:p>
    <w:p w14:paraId="075267C4" w14:textId="77777777" w:rsidR="00273249" w:rsidRPr="000D55BF" w:rsidRDefault="00273249" w:rsidP="006E0D7A">
      <w:pPr>
        <w:pStyle w:val="Ttulo11"/>
        <w:ind w:left="720"/>
        <w:rPr>
          <w:color w:val="4A442A" w:themeColor="background2" w:themeShade="40"/>
        </w:rPr>
      </w:pPr>
      <w:r w:rsidRPr="000D55BF">
        <w:rPr>
          <w:color w:val="4A442A" w:themeColor="background2" w:themeShade="40"/>
        </w:rPr>
        <w:t>2. Características académicas del Proyecto Final</w:t>
      </w:r>
    </w:p>
    <w:p w14:paraId="7F638F82" w14:textId="77777777" w:rsidR="00273249" w:rsidRPr="00273249" w:rsidRDefault="00273249" w:rsidP="006E0D7A">
      <w:pPr>
        <w:pStyle w:val="Prrafodelista"/>
        <w:spacing w:after="0" w:line="240" w:lineRule="auto"/>
        <w:rPr>
          <w:color w:val="4A442A" w:themeColor="background2" w:themeShade="40"/>
        </w:rPr>
      </w:pPr>
    </w:p>
    <w:p w14:paraId="29856F1B" w14:textId="77777777" w:rsidR="00273249" w:rsidRPr="00273249" w:rsidRDefault="00273249" w:rsidP="006E0D7A">
      <w:pPr>
        <w:spacing w:after="0" w:line="240" w:lineRule="auto"/>
        <w:jc w:val="both"/>
        <w:rPr>
          <w:lang w:val="es-CO"/>
        </w:rPr>
      </w:pPr>
      <w:r w:rsidRPr="00273249">
        <w:rPr>
          <w:lang w:val="es-CO"/>
        </w:rPr>
        <w:t>El Proyecto Final se desarrolla durante un periodo académico semestral y su alcance debe permitir su conclusión dentro de las semanas establecidas por la Oficina de Registro para ese periodo.</w:t>
      </w:r>
    </w:p>
    <w:p w14:paraId="018AA429" w14:textId="77777777" w:rsidR="006E0D7A" w:rsidRDefault="006E0D7A" w:rsidP="006E0D7A">
      <w:pPr>
        <w:spacing w:after="0" w:line="240" w:lineRule="auto"/>
        <w:jc w:val="both"/>
        <w:rPr>
          <w:lang w:val="es-CO"/>
        </w:rPr>
      </w:pPr>
    </w:p>
    <w:p w14:paraId="7F042277" w14:textId="05935E05" w:rsidR="00273249" w:rsidRPr="00273249" w:rsidRDefault="00273249" w:rsidP="006E0D7A">
      <w:pPr>
        <w:spacing w:after="0" w:line="240" w:lineRule="auto"/>
        <w:jc w:val="both"/>
        <w:rPr>
          <w:lang w:val="es-CO"/>
        </w:rPr>
      </w:pPr>
      <w:r w:rsidRPr="00273249">
        <w:rPr>
          <w:lang w:val="es-CO"/>
        </w:rPr>
        <w:lastRenderedPageBreak/>
        <w:t>El proyecto debe contar con objetivos concretos, metodología claramente definida, cronograma de trabajo y productos o evidencias verificables.</w:t>
      </w:r>
    </w:p>
    <w:p w14:paraId="2AAA41E9" w14:textId="77777777" w:rsidR="006E0D7A" w:rsidRDefault="006E0D7A" w:rsidP="006E0D7A">
      <w:pPr>
        <w:spacing w:after="0" w:line="240" w:lineRule="auto"/>
        <w:jc w:val="both"/>
        <w:rPr>
          <w:lang w:val="es-CO"/>
        </w:rPr>
      </w:pPr>
    </w:p>
    <w:p w14:paraId="5CAB3041" w14:textId="3EC8712B" w:rsidR="00273249" w:rsidRPr="00273249" w:rsidRDefault="00273249" w:rsidP="006E0D7A">
      <w:pPr>
        <w:spacing w:after="0" w:line="240" w:lineRule="auto"/>
        <w:jc w:val="both"/>
        <w:rPr>
          <w:lang w:val="es-CO"/>
        </w:rPr>
      </w:pPr>
      <w:r w:rsidRPr="00273249">
        <w:rPr>
          <w:lang w:val="es-CO"/>
        </w:rPr>
        <w:t>El estudiante debe contar con un director que acompañe permanentemente el desarrollo del proyecto.</w:t>
      </w:r>
    </w:p>
    <w:p w14:paraId="2E6725BA" w14:textId="77777777" w:rsidR="00273249" w:rsidRPr="00273249" w:rsidRDefault="00273249" w:rsidP="006E0D7A">
      <w:pPr>
        <w:spacing w:after="0" w:line="240" w:lineRule="auto"/>
        <w:jc w:val="both"/>
        <w:rPr>
          <w:lang w:val="es-CO"/>
        </w:rPr>
      </w:pPr>
      <w:r w:rsidRPr="00273249">
        <w:rPr>
          <w:lang w:val="es-CO"/>
        </w:rPr>
        <w:t>Los recursos físicos, virtuales, experimentales, computacionales y financieros indispensables para el proyecto deben estar disponibles, o su disponibilidad debe quedar garantizada dentro del cronograma aprobado.</w:t>
      </w:r>
    </w:p>
    <w:p w14:paraId="3FDA6AA5" w14:textId="77777777" w:rsidR="006E0D7A" w:rsidRDefault="006E0D7A" w:rsidP="006E0D7A">
      <w:pPr>
        <w:spacing w:after="0" w:line="240" w:lineRule="auto"/>
        <w:jc w:val="both"/>
        <w:rPr>
          <w:lang w:val="es-CO"/>
        </w:rPr>
      </w:pPr>
    </w:p>
    <w:p w14:paraId="461F0A91" w14:textId="60AF4AEE" w:rsidR="00273249" w:rsidRPr="00273249" w:rsidRDefault="00273249" w:rsidP="006E0D7A">
      <w:pPr>
        <w:spacing w:after="0" w:line="240" w:lineRule="auto"/>
        <w:jc w:val="both"/>
        <w:rPr>
          <w:lang w:val="es-CO"/>
        </w:rPr>
      </w:pPr>
      <w:r w:rsidRPr="00273249">
        <w:rPr>
          <w:lang w:val="es-CO"/>
        </w:rPr>
        <w:t>Cuando el proyecto involucre consideraciones éticas, manejo de datos, inteligencia artificial generativa, poblaciones humanas u otros asuntos sujetos a lineamientos institucionales, estos deberán ser identificados y gestionados desde la propuesta.</w:t>
      </w:r>
    </w:p>
    <w:p w14:paraId="507D9955" w14:textId="77777777" w:rsidR="00F75B75" w:rsidRDefault="00F75B75" w:rsidP="006E0D7A">
      <w:pPr>
        <w:pStyle w:val="Ttulo21"/>
        <w:rPr>
          <w:color w:val="4A442A" w:themeColor="background2" w:themeShade="40"/>
          <w:sz w:val="24"/>
        </w:rPr>
      </w:pPr>
    </w:p>
    <w:p w14:paraId="2FE526C8" w14:textId="2634BE84" w:rsidR="00273249" w:rsidRPr="0024044D" w:rsidRDefault="00273249" w:rsidP="006E0D7A">
      <w:pPr>
        <w:pStyle w:val="Ttulo21"/>
        <w:rPr>
          <w:color w:val="4A442A" w:themeColor="background2" w:themeShade="40"/>
          <w:sz w:val="24"/>
        </w:rPr>
      </w:pPr>
      <w:r w:rsidRPr="0024044D">
        <w:rPr>
          <w:color w:val="4A442A" w:themeColor="background2" w:themeShade="40"/>
          <w:sz w:val="24"/>
        </w:rPr>
        <w:t xml:space="preserve">2.1 </w:t>
      </w:r>
      <w:proofErr w:type="gramStart"/>
      <w:r w:rsidRPr="0024044D">
        <w:rPr>
          <w:color w:val="4A442A" w:themeColor="background2" w:themeShade="40"/>
          <w:sz w:val="24"/>
        </w:rPr>
        <w:t>Director</w:t>
      </w:r>
      <w:proofErr w:type="gramEnd"/>
      <w:r w:rsidRPr="0024044D">
        <w:rPr>
          <w:color w:val="4A442A" w:themeColor="background2" w:themeShade="40"/>
          <w:sz w:val="24"/>
        </w:rPr>
        <w:t xml:space="preserve"> y </w:t>
      </w:r>
      <w:proofErr w:type="spellStart"/>
      <w:r w:rsidRPr="0024044D">
        <w:rPr>
          <w:color w:val="4A442A" w:themeColor="background2" w:themeShade="40"/>
          <w:sz w:val="24"/>
        </w:rPr>
        <w:t>co-director</w:t>
      </w:r>
      <w:proofErr w:type="spellEnd"/>
    </w:p>
    <w:p w14:paraId="1BF98BE1" w14:textId="77777777" w:rsidR="00273249" w:rsidRDefault="00273249" w:rsidP="006E0D7A">
      <w:pPr>
        <w:spacing w:after="0" w:line="240" w:lineRule="auto"/>
        <w:rPr>
          <w:lang w:val="es-CO"/>
        </w:rPr>
      </w:pPr>
    </w:p>
    <w:p w14:paraId="050D92CA" w14:textId="4B692692" w:rsidR="00273249" w:rsidRPr="00273249" w:rsidRDefault="00273249" w:rsidP="006E0D7A">
      <w:pPr>
        <w:spacing w:after="0" w:line="240" w:lineRule="auto"/>
        <w:jc w:val="both"/>
        <w:rPr>
          <w:lang w:val="es-CO"/>
        </w:rPr>
      </w:pPr>
      <w:r w:rsidRPr="00273249">
        <w:rPr>
          <w:lang w:val="es-CO"/>
        </w:rPr>
        <w:t>El director será, por regla general, un profesor de planta del Departamento de Física de la Universidad de los Andes.</w:t>
      </w:r>
    </w:p>
    <w:p w14:paraId="063CB5FE" w14:textId="77777777" w:rsidR="006E0D7A" w:rsidRDefault="006E0D7A" w:rsidP="006E0D7A">
      <w:pPr>
        <w:spacing w:after="0" w:line="240" w:lineRule="auto"/>
        <w:jc w:val="both"/>
        <w:rPr>
          <w:lang w:val="es-CO"/>
        </w:rPr>
      </w:pPr>
    </w:p>
    <w:p w14:paraId="74C4F179" w14:textId="393A2225" w:rsidR="00273249" w:rsidRPr="00273249" w:rsidRDefault="00273249" w:rsidP="006E0D7A">
      <w:pPr>
        <w:spacing w:after="0" w:line="240" w:lineRule="auto"/>
        <w:jc w:val="both"/>
        <w:rPr>
          <w:lang w:val="es-CO"/>
        </w:rPr>
      </w:pPr>
      <w:r w:rsidRPr="00273249">
        <w:rPr>
          <w:lang w:val="es-CO"/>
        </w:rPr>
        <w:t xml:space="preserve">Cuando la naturaleza del proyecto lo justifique, el Comité de Pregrado podrá autorizar como director a un profesor de planta de otro departamento de la Universidad o a un investigador con doctorado vinculado contractualmente a la Universidad durante el desarrollo del trabajo. En estos casos deberá existir un </w:t>
      </w:r>
      <w:proofErr w:type="spellStart"/>
      <w:r w:rsidRPr="00273249">
        <w:rPr>
          <w:lang w:val="es-CO"/>
        </w:rPr>
        <w:t>co-director</w:t>
      </w:r>
      <w:proofErr w:type="spellEnd"/>
      <w:r w:rsidRPr="00273249">
        <w:rPr>
          <w:lang w:val="es-CO"/>
        </w:rPr>
        <w:t xml:space="preserve"> que sea profesor de planta del Departamento de Física y que avale la solicitud.</w:t>
      </w:r>
    </w:p>
    <w:p w14:paraId="495B99F6" w14:textId="77777777" w:rsidR="006E0D7A" w:rsidRDefault="006E0D7A" w:rsidP="006E0D7A">
      <w:pPr>
        <w:spacing w:after="0" w:line="240" w:lineRule="auto"/>
        <w:jc w:val="both"/>
        <w:rPr>
          <w:lang w:val="es-CO"/>
        </w:rPr>
      </w:pPr>
    </w:p>
    <w:p w14:paraId="4270A199" w14:textId="621E8EDD" w:rsidR="00273249" w:rsidRPr="00273249" w:rsidRDefault="00273249" w:rsidP="006E0D7A">
      <w:pPr>
        <w:spacing w:after="0" w:line="240" w:lineRule="auto"/>
        <w:jc w:val="both"/>
        <w:rPr>
          <w:lang w:val="es-CO"/>
        </w:rPr>
      </w:pPr>
      <w:r w:rsidRPr="00273249">
        <w:rPr>
          <w:lang w:val="es-CO"/>
        </w:rPr>
        <w:t xml:space="preserve">En cualquier proyecto podrá existir adicionalmente un </w:t>
      </w:r>
      <w:proofErr w:type="spellStart"/>
      <w:r w:rsidRPr="00273249">
        <w:rPr>
          <w:lang w:val="es-CO"/>
        </w:rPr>
        <w:t>co-director</w:t>
      </w:r>
      <w:proofErr w:type="spellEnd"/>
      <w:r w:rsidRPr="00273249">
        <w:rPr>
          <w:lang w:val="es-CO"/>
        </w:rPr>
        <w:t xml:space="preserve"> conocedor del tema, quien podrá ser externo a la Universidad.</w:t>
      </w:r>
    </w:p>
    <w:p w14:paraId="3FFA1EB9" w14:textId="77777777" w:rsidR="006E0D7A" w:rsidRDefault="006E0D7A" w:rsidP="006E0D7A">
      <w:pPr>
        <w:spacing w:after="0" w:line="240" w:lineRule="auto"/>
        <w:jc w:val="both"/>
        <w:rPr>
          <w:lang w:val="es-CO"/>
        </w:rPr>
      </w:pPr>
    </w:p>
    <w:p w14:paraId="75F4411F" w14:textId="5A2E5EDD" w:rsidR="00273249" w:rsidRPr="00273249" w:rsidRDefault="00273249" w:rsidP="006E0D7A">
      <w:pPr>
        <w:spacing w:after="0" w:line="240" w:lineRule="auto"/>
        <w:jc w:val="both"/>
        <w:rPr>
          <w:lang w:val="es-CO"/>
        </w:rPr>
      </w:pPr>
      <w:r w:rsidRPr="00273249">
        <w:rPr>
          <w:lang w:val="es-CO"/>
        </w:rPr>
        <w:t>Un profesor no podrá dirigir simultáneamente más de seis Proyectos Finales.</w:t>
      </w:r>
    </w:p>
    <w:p w14:paraId="51BD555D" w14:textId="77777777" w:rsidR="00F75B75" w:rsidRDefault="00F75B75" w:rsidP="006E0D7A">
      <w:pPr>
        <w:pStyle w:val="Ttulo11"/>
        <w:rPr>
          <w:color w:val="4A442A" w:themeColor="background2" w:themeShade="40"/>
        </w:rPr>
      </w:pPr>
    </w:p>
    <w:p w14:paraId="36733A99" w14:textId="7D702160" w:rsidR="00273249" w:rsidRPr="0024044D" w:rsidRDefault="00273249" w:rsidP="006E0D7A">
      <w:pPr>
        <w:pStyle w:val="Ttulo11"/>
        <w:rPr>
          <w:color w:val="4A442A" w:themeColor="background2" w:themeShade="40"/>
        </w:rPr>
      </w:pPr>
      <w:r w:rsidRPr="0024044D">
        <w:rPr>
          <w:color w:val="4A442A" w:themeColor="background2" w:themeShade="40"/>
        </w:rPr>
        <w:t>3. Proceso de propuesta, aprobación e inscripción</w:t>
      </w:r>
    </w:p>
    <w:p w14:paraId="4D0A9A36" w14:textId="77777777" w:rsidR="00F75B75" w:rsidRDefault="00F75B75" w:rsidP="006E0D7A">
      <w:pPr>
        <w:spacing w:after="0" w:line="240" w:lineRule="auto"/>
        <w:jc w:val="both"/>
        <w:rPr>
          <w:lang w:val="es-CO"/>
        </w:rPr>
      </w:pPr>
    </w:p>
    <w:p w14:paraId="75317D40" w14:textId="6780A36E" w:rsidR="00273249" w:rsidRPr="00273249" w:rsidRDefault="00273249" w:rsidP="006E0D7A">
      <w:pPr>
        <w:spacing w:after="0" w:line="240" w:lineRule="auto"/>
        <w:jc w:val="both"/>
        <w:rPr>
          <w:lang w:val="es-CO"/>
        </w:rPr>
      </w:pPr>
      <w:r w:rsidRPr="00273249">
        <w:rPr>
          <w:lang w:val="es-CO"/>
        </w:rPr>
        <w:t>Durante el semestre anterior al desarrollo del Proyecto Final, el estudiante escogerá el tema y el director del trabajo.</w:t>
      </w:r>
      <w:r>
        <w:rPr>
          <w:lang w:val="es-CO"/>
        </w:rPr>
        <w:t xml:space="preserve"> C</w:t>
      </w:r>
      <w:r w:rsidRPr="00273249">
        <w:rPr>
          <w:lang w:val="es-CO"/>
        </w:rPr>
        <w:t xml:space="preserve">on la asesoría del director, </w:t>
      </w:r>
      <w:r>
        <w:rPr>
          <w:lang w:val="es-CO"/>
        </w:rPr>
        <w:t xml:space="preserve">el estudiante </w:t>
      </w:r>
      <w:r w:rsidRPr="00273249">
        <w:rPr>
          <w:lang w:val="es-CO"/>
        </w:rPr>
        <w:t>elaborará la propuesta siguiendo el formato del Anexo 1. La propuesta deberá presentar de manera clara la justificación, objetivos, metodología, consideraciones éticas, cronograma, recursos requeridos y personas conocedoras del tema.</w:t>
      </w:r>
      <w:r>
        <w:rPr>
          <w:lang w:val="es-CO"/>
        </w:rPr>
        <w:t xml:space="preserve"> Estar propuesta debe entregarse usando </w:t>
      </w:r>
      <w:r w:rsidRPr="00273249">
        <w:rPr>
          <w:lang w:val="es-CO"/>
        </w:rPr>
        <w:t xml:space="preserve">el medio definido por el Comité de Pregrado, </w:t>
      </w:r>
      <w:r>
        <w:rPr>
          <w:lang w:val="es-CO"/>
        </w:rPr>
        <w:t xml:space="preserve">y debe estar </w:t>
      </w:r>
      <w:r w:rsidRPr="00273249">
        <w:rPr>
          <w:lang w:val="es-CO"/>
        </w:rPr>
        <w:t>avalada por el director, a más tardar el viernes de la penúltima semana de clases antes de las 5:00 p. m.</w:t>
      </w:r>
    </w:p>
    <w:p w14:paraId="45872320" w14:textId="77777777" w:rsidR="006E0D7A" w:rsidRDefault="006E0D7A" w:rsidP="006E0D7A">
      <w:pPr>
        <w:spacing w:after="0" w:line="240" w:lineRule="auto"/>
        <w:rPr>
          <w:lang w:val="es-CO"/>
        </w:rPr>
      </w:pPr>
    </w:p>
    <w:p w14:paraId="069EF285" w14:textId="79798242" w:rsidR="00273249" w:rsidRPr="00273249" w:rsidRDefault="00273249" w:rsidP="006E0D7A">
      <w:pPr>
        <w:spacing w:after="0" w:line="240" w:lineRule="auto"/>
        <w:rPr>
          <w:lang w:val="es-CO"/>
        </w:rPr>
      </w:pPr>
      <w:r w:rsidRPr="00273249">
        <w:rPr>
          <w:lang w:val="es-CO"/>
        </w:rPr>
        <w:t>El Comité de Pregrado estudiará la propuesta, verificará su factibilidad y congruencia con los fines del programa, y comunicará por escrito su decisión al estudiante.</w:t>
      </w:r>
    </w:p>
    <w:p w14:paraId="06AF61A6" w14:textId="77777777" w:rsidR="006E0D7A" w:rsidRDefault="006E0D7A" w:rsidP="006E0D7A">
      <w:pPr>
        <w:spacing w:after="0" w:line="240" w:lineRule="auto"/>
        <w:rPr>
          <w:lang w:val="es-CO"/>
        </w:rPr>
      </w:pPr>
    </w:p>
    <w:p w14:paraId="1ACA8BF2" w14:textId="6C5B53EB" w:rsidR="00273249" w:rsidRPr="00273249" w:rsidRDefault="00273249" w:rsidP="006E0D7A">
      <w:pPr>
        <w:spacing w:after="0" w:line="240" w:lineRule="auto"/>
        <w:rPr>
          <w:lang w:val="es-CO"/>
        </w:rPr>
      </w:pPr>
      <w:r w:rsidRPr="00273249">
        <w:rPr>
          <w:lang w:val="es-CO"/>
        </w:rPr>
        <w:t xml:space="preserve">El estudiante podrá inscribir </w:t>
      </w:r>
      <w:r>
        <w:rPr>
          <w:lang w:val="es-CO"/>
        </w:rPr>
        <w:t xml:space="preserve">el curso, </w:t>
      </w:r>
      <w:r w:rsidRPr="00273249">
        <w:rPr>
          <w:lang w:val="es-CO"/>
        </w:rPr>
        <w:t>FISI 3989</w:t>
      </w:r>
      <w:r>
        <w:rPr>
          <w:lang w:val="es-CO"/>
        </w:rPr>
        <w:t xml:space="preserve"> Proyecto Final – Investigación o monografía,</w:t>
      </w:r>
      <w:r w:rsidRPr="00273249">
        <w:rPr>
          <w:lang w:val="es-CO"/>
        </w:rPr>
        <w:t xml:space="preserve"> únicamente si la propuesta fue aprobada en el semestre anterior y cumple los prerrequisitos y </w:t>
      </w:r>
      <w:proofErr w:type="spellStart"/>
      <w:r w:rsidRPr="00273249">
        <w:rPr>
          <w:lang w:val="es-CO"/>
        </w:rPr>
        <w:t>co-requisitos</w:t>
      </w:r>
      <w:proofErr w:type="spellEnd"/>
      <w:r w:rsidRPr="00273249">
        <w:rPr>
          <w:lang w:val="es-CO"/>
        </w:rPr>
        <w:t xml:space="preserve"> del curso.</w:t>
      </w:r>
    </w:p>
    <w:p w14:paraId="264C4AD0" w14:textId="77777777" w:rsidR="006E0D7A" w:rsidRDefault="006E0D7A" w:rsidP="006E0D7A">
      <w:pPr>
        <w:spacing w:after="0" w:line="240" w:lineRule="auto"/>
        <w:rPr>
          <w:lang w:val="es-CO"/>
        </w:rPr>
      </w:pPr>
    </w:p>
    <w:p w14:paraId="67677C28" w14:textId="1141D9C6" w:rsidR="00273249" w:rsidRPr="00273249" w:rsidRDefault="00273249" w:rsidP="006E0D7A">
      <w:pPr>
        <w:spacing w:after="0" w:line="240" w:lineRule="auto"/>
        <w:rPr>
          <w:lang w:val="es-CO"/>
        </w:rPr>
      </w:pPr>
      <w:r w:rsidRPr="00273249">
        <w:rPr>
          <w:lang w:val="es-CO"/>
        </w:rPr>
        <w:t>Una vez inscrito el curso, el estudiante desarrollará el proyecto de acuerdo con la propuesta y el cronograma aprobados. Los cambios sustanciales de objetivos, metodología, alcance o dirección deberán ser informados y justificados ante las instancias académicas correspondientes.</w:t>
      </w:r>
    </w:p>
    <w:p w14:paraId="183027D7" w14:textId="77777777" w:rsidR="006E0D7A" w:rsidRDefault="006E0D7A" w:rsidP="006E0D7A">
      <w:pPr>
        <w:pStyle w:val="Ttulo11"/>
        <w:rPr>
          <w:color w:val="4A442A" w:themeColor="background2" w:themeShade="40"/>
        </w:rPr>
      </w:pPr>
    </w:p>
    <w:p w14:paraId="5C422EF8" w14:textId="57DEC4C9" w:rsidR="00273249" w:rsidRPr="00273249" w:rsidRDefault="00273249" w:rsidP="006E0D7A">
      <w:pPr>
        <w:pStyle w:val="Ttulo11"/>
      </w:pPr>
      <w:r w:rsidRPr="00273249">
        <w:rPr>
          <w:color w:val="4A442A" w:themeColor="background2" w:themeShade="40"/>
        </w:rPr>
        <w:t>4. Cronograma general del proceso</w:t>
      </w:r>
    </w:p>
    <w:p w14:paraId="7210CB2A" w14:textId="77777777" w:rsidR="00273249" w:rsidRDefault="00273249" w:rsidP="006E0D7A">
      <w:pPr>
        <w:pStyle w:val="Prrafodelista"/>
        <w:spacing w:after="0" w:line="240" w:lineRule="auto"/>
      </w:pPr>
    </w:p>
    <w:p w14:paraId="094EF9C1" w14:textId="77777777" w:rsidR="00273249" w:rsidRPr="00273249" w:rsidRDefault="00273249" w:rsidP="006E0D7A">
      <w:pPr>
        <w:spacing w:after="0" w:line="240" w:lineRule="auto"/>
        <w:rPr>
          <w:lang w:val="es-CO"/>
        </w:rPr>
      </w:pPr>
      <w:r w:rsidRPr="00273249">
        <w:rPr>
          <w:lang w:val="es-CO"/>
        </w:rPr>
        <w:t>El siguiente cronograma resume los hitos mínimos del Proyecto Final. Las fechas exactas de cada semestre se comunicarán mediante el calendario de actividades del Departamento de Física.</w:t>
      </w:r>
    </w:p>
    <w:tbl>
      <w:tblPr>
        <w:tblW w:w="0" w:type="auto"/>
        <w:jc w:val="center"/>
        <w:tblLook w:val="04A0" w:firstRow="1" w:lastRow="0" w:firstColumn="1" w:lastColumn="0" w:noHBand="0" w:noVBand="1"/>
      </w:tblPr>
      <w:tblGrid>
        <w:gridCol w:w="2088"/>
        <w:gridCol w:w="5328"/>
        <w:gridCol w:w="2088"/>
      </w:tblGrid>
      <w:tr w:rsidR="00273249" w14:paraId="5AB5B7BF" w14:textId="77777777" w:rsidTr="002E4C21">
        <w:trPr>
          <w:cantSplit/>
          <w:tblHeader/>
          <w:jc w:val="center"/>
        </w:trPr>
        <w:tc>
          <w:tcPr>
            <w:tcW w:w="2088" w:type="dxa"/>
            <w:shd w:val="clear" w:color="auto" w:fill="7F7F7F" w:themeFill="text1" w:themeFillTint="80"/>
            <w:tcMar>
              <w:top w:w="100" w:type="dxa"/>
              <w:left w:w="120" w:type="dxa"/>
              <w:bottom w:w="100" w:type="dxa"/>
              <w:right w:w="120" w:type="dxa"/>
            </w:tcMar>
            <w:vAlign w:val="center"/>
          </w:tcPr>
          <w:p w14:paraId="35D01F61" w14:textId="77777777" w:rsidR="00273249" w:rsidRDefault="00273249" w:rsidP="006E0D7A">
            <w:pPr>
              <w:spacing w:after="0" w:line="240" w:lineRule="auto"/>
            </w:pPr>
            <w:proofErr w:type="spellStart"/>
            <w:r>
              <w:rPr>
                <w:b/>
                <w:color w:val="FFFFFF"/>
                <w:sz w:val="18"/>
              </w:rPr>
              <w:lastRenderedPageBreak/>
              <w:t>Momento</w:t>
            </w:r>
            <w:proofErr w:type="spellEnd"/>
          </w:p>
        </w:tc>
        <w:tc>
          <w:tcPr>
            <w:tcW w:w="5328" w:type="dxa"/>
            <w:shd w:val="clear" w:color="auto" w:fill="7F7F7F" w:themeFill="text1" w:themeFillTint="80"/>
            <w:tcMar>
              <w:top w:w="100" w:type="dxa"/>
              <w:left w:w="120" w:type="dxa"/>
              <w:bottom w:w="100" w:type="dxa"/>
              <w:right w:w="120" w:type="dxa"/>
            </w:tcMar>
            <w:vAlign w:val="center"/>
          </w:tcPr>
          <w:p w14:paraId="0C50A3E8" w14:textId="77777777" w:rsidR="00273249" w:rsidRDefault="00273249" w:rsidP="006E0D7A">
            <w:pPr>
              <w:spacing w:after="0" w:line="240" w:lineRule="auto"/>
            </w:pPr>
            <w:proofErr w:type="spellStart"/>
            <w:r>
              <w:rPr>
                <w:b/>
                <w:color w:val="FFFFFF"/>
                <w:sz w:val="18"/>
              </w:rPr>
              <w:t>Actividad</w:t>
            </w:r>
            <w:proofErr w:type="spellEnd"/>
            <w:r>
              <w:rPr>
                <w:b/>
                <w:color w:val="FFFFFF"/>
                <w:sz w:val="18"/>
              </w:rPr>
              <w:t xml:space="preserve"> principal</w:t>
            </w:r>
          </w:p>
        </w:tc>
        <w:tc>
          <w:tcPr>
            <w:tcW w:w="2088" w:type="dxa"/>
            <w:shd w:val="clear" w:color="auto" w:fill="7F7F7F" w:themeFill="text1" w:themeFillTint="80"/>
            <w:tcMar>
              <w:top w:w="100" w:type="dxa"/>
              <w:left w:w="120" w:type="dxa"/>
              <w:bottom w:w="100" w:type="dxa"/>
              <w:right w:w="120" w:type="dxa"/>
            </w:tcMar>
            <w:vAlign w:val="center"/>
          </w:tcPr>
          <w:p w14:paraId="0CACC2B1" w14:textId="77777777" w:rsidR="00273249" w:rsidRDefault="00273249" w:rsidP="006E0D7A">
            <w:pPr>
              <w:spacing w:after="0" w:line="240" w:lineRule="auto"/>
            </w:pPr>
            <w:proofErr w:type="spellStart"/>
            <w:r>
              <w:rPr>
                <w:b/>
                <w:color w:val="FFFFFF"/>
                <w:sz w:val="18"/>
              </w:rPr>
              <w:t>Responsable</w:t>
            </w:r>
            <w:proofErr w:type="spellEnd"/>
            <w:r>
              <w:rPr>
                <w:b/>
                <w:color w:val="FFFFFF"/>
                <w:sz w:val="18"/>
              </w:rPr>
              <w:t xml:space="preserve"> / </w:t>
            </w:r>
            <w:proofErr w:type="spellStart"/>
            <w:r>
              <w:rPr>
                <w:b/>
                <w:color w:val="FFFFFF"/>
                <w:sz w:val="18"/>
              </w:rPr>
              <w:t>producto</w:t>
            </w:r>
            <w:proofErr w:type="spellEnd"/>
          </w:p>
        </w:tc>
      </w:tr>
      <w:tr w:rsidR="00273249" w14:paraId="2DADBBB9" w14:textId="77777777" w:rsidTr="002E4C21">
        <w:trPr>
          <w:cantSplit/>
          <w:jc w:val="center"/>
        </w:trPr>
        <w:tc>
          <w:tcPr>
            <w:tcW w:w="2088" w:type="dxa"/>
            <w:tcMar>
              <w:top w:w="100" w:type="dxa"/>
              <w:left w:w="120" w:type="dxa"/>
              <w:bottom w:w="100" w:type="dxa"/>
              <w:right w:w="120" w:type="dxa"/>
            </w:tcMar>
            <w:vAlign w:val="center"/>
          </w:tcPr>
          <w:p w14:paraId="0857041D" w14:textId="77777777" w:rsidR="00273249" w:rsidRDefault="00273249" w:rsidP="006E0D7A">
            <w:pPr>
              <w:spacing w:after="0" w:line="240" w:lineRule="auto"/>
            </w:pPr>
            <w:proofErr w:type="spellStart"/>
            <w:r>
              <w:rPr>
                <w:sz w:val="18"/>
              </w:rPr>
              <w:t>Semestre</w:t>
            </w:r>
            <w:proofErr w:type="spellEnd"/>
            <w:r>
              <w:rPr>
                <w:sz w:val="18"/>
              </w:rPr>
              <w:t xml:space="preserve"> anterior</w:t>
            </w:r>
          </w:p>
        </w:tc>
        <w:tc>
          <w:tcPr>
            <w:tcW w:w="5328" w:type="dxa"/>
            <w:tcMar>
              <w:top w:w="100" w:type="dxa"/>
              <w:left w:w="120" w:type="dxa"/>
              <w:bottom w:w="100" w:type="dxa"/>
              <w:right w:w="120" w:type="dxa"/>
            </w:tcMar>
            <w:vAlign w:val="center"/>
          </w:tcPr>
          <w:p w14:paraId="0D458B54" w14:textId="77777777" w:rsidR="00273249" w:rsidRPr="00273249" w:rsidRDefault="00273249" w:rsidP="006E0D7A">
            <w:pPr>
              <w:spacing w:after="0" w:line="240" w:lineRule="auto"/>
              <w:rPr>
                <w:lang w:val="es-CO"/>
              </w:rPr>
            </w:pPr>
            <w:r w:rsidRPr="00273249">
              <w:rPr>
                <w:sz w:val="18"/>
                <w:lang w:val="es-CO"/>
              </w:rPr>
              <w:t>Definición del tema y selección del director.</w:t>
            </w:r>
          </w:p>
        </w:tc>
        <w:tc>
          <w:tcPr>
            <w:tcW w:w="2088" w:type="dxa"/>
            <w:tcMar>
              <w:top w:w="100" w:type="dxa"/>
              <w:left w:w="120" w:type="dxa"/>
              <w:bottom w:w="100" w:type="dxa"/>
              <w:right w:w="120" w:type="dxa"/>
            </w:tcMar>
            <w:vAlign w:val="center"/>
          </w:tcPr>
          <w:p w14:paraId="3FFED13C" w14:textId="77777777" w:rsidR="00273249" w:rsidRDefault="00273249" w:rsidP="006E0D7A">
            <w:pPr>
              <w:spacing w:after="0" w:line="240" w:lineRule="auto"/>
            </w:pPr>
            <w:proofErr w:type="spellStart"/>
            <w:r>
              <w:rPr>
                <w:sz w:val="18"/>
              </w:rPr>
              <w:t>Estudiante</w:t>
            </w:r>
            <w:proofErr w:type="spellEnd"/>
            <w:r>
              <w:rPr>
                <w:sz w:val="18"/>
              </w:rPr>
              <w:t xml:space="preserve"> y director</w:t>
            </w:r>
          </w:p>
        </w:tc>
      </w:tr>
      <w:tr w:rsidR="00273249" w14:paraId="6E710F9A" w14:textId="77777777" w:rsidTr="002E4C21">
        <w:trPr>
          <w:cantSplit/>
          <w:jc w:val="center"/>
        </w:trPr>
        <w:tc>
          <w:tcPr>
            <w:tcW w:w="2088" w:type="dxa"/>
            <w:tcMar>
              <w:top w:w="100" w:type="dxa"/>
              <w:left w:w="120" w:type="dxa"/>
              <w:bottom w:w="100" w:type="dxa"/>
              <w:right w:w="120" w:type="dxa"/>
            </w:tcMar>
            <w:vAlign w:val="center"/>
          </w:tcPr>
          <w:p w14:paraId="7D076246" w14:textId="77777777" w:rsidR="00273249" w:rsidRDefault="00273249" w:rsidP="006E0D7A">
            <w:pPr>
              <w:spacing w:after="0" w:line="240" w:lineRule="auto"/>
            </w:pPr>
            <w:r>
              <w:rPr>
                <w:sz w:val="18"/>
              </w:rPr>
              <w:t xml:space="preserve">Hasta la </w:t>
            </w:r>
            <w:proofErr w:type="spellStart"/>
            <w:r>
              <w:rPr>
                <w:sz w:val="18"/>
              </w:rPr>
              <w:t>penúltima</w:t>
            </w:r>
            <w:proofErr w:type="spellEnd"/>
            <w:r>
              <w:rPr>
                <w:sz w:val="18"/>
              </w:rPr>
              <w:t xml:space="preserve"> </w:t>
            </w:r>
            <w:proofErr w:type="spellStart"/>
            <w:r>
              <w:rPr>
                <w:sz w:val="18"/>
              </w:rPr>
              <w:t>semana</w:t>
            </w:r>
            <w:proofErr w:type="spellEnd"/>
            <w:r>
              <w:rPr>
                <w:sz w:val="18"/>
              </w:rPr>
              <w:t xml:space="preserve"> del </w:t>
            </w:r>
            <w:proofErr w:type="spellStart"/>
            <w:r>
              <w:rPr>
                <w:sz w:val="18"/>
              </w:rPr>
              <w:t>semestre</w:t>
            </w:r>
            <w:proofErr w:type="spellEnd"/>
            <w:r>
              <w:rPr>
                <w:sz w:val="18"/>
              </w:rPr>
              <w:t xml:space="preserve"> anterior</w:t>
            </w:r>
          </w:p>
        </w:tc>
        <w:tc>
          <w:tcPr>
            <w:tcW w:w="5328" w:type="dxa"/>
            <w:tcMar>
              <w:top w:w="100" w:type="dxa"/>
              <w:left w:w="120" w:type="dxa"/>
              <w:bottom w:w="100" w:type="dxa"/>
              <w:right w:w="120" w:type="dxa"/>
            </w:tcMar>
            <w:vAlign w:val="center"/>
          </w:tcPr>
          <w:p w14:paraId="1F520EDE" w14:textId="77777777" w:rsidR="00273249" w:rsidRPr="00273249" w:rsidRDefault="00273249" w:rsidP="006E0D7A">
            <w:pPr>
              <w:spacing w:after="0" w:line="240" w:lineRule="auto"/>
              <w:rPr>
                <w:lang w:val="es-CO"/>
              </w:rPr>
            </w:pPr>
            <w:r w:rsidRPr="00273249">
              <w:rPr>
                <w:sz w:val="18"/>
                <w:lang w:val="es-CO"/>
              </w:rPr>
              <w:t>Entrega de la propuesta avalada por el director.</w:t>
            </w:r>
          </w:p>
        </w:tc>
        <w:tc>
          <w:tcPr>
            <w:tcW w:w="2088" w:type="dxa"/>
            <w:tcMar>
              <w:top w:w="100" w:type="dxa"/>
              <w:left w:w="120" w:type="dxa"/>
              <w:bottom w:w="100" w:type="dxa"/>
              <w:right w:w="120" w:type="dxa"/>
            </w:tcMar>
            <w:vAlign w:val="center"/>
          </w:tcPr>
          <w:p w14:paraId="2A1122CE" w14:textId="77777777" w:rsidR="00273249" w:rsidRDefault="00273249" w:rsidP="006E0D7A">
            <w:pPr>
              <w:spacing w:after="0" w:line="240" w:lineRule="auto"/>
            </w:pPr>
            <w:proofErr w:type="spellStart"/>
            <w:r>
              <w:rPr>
                <w:sz w:val="18"/>
              </w:rPr>
              <w:t>Estudiante</w:t>
            </w:r>
            <w:proofErr w:type="spellEnd"/>
            <w:r>
              <w:rPr>
                <w:sz w:val="18"/>
              </w:rPr>
              <w:t xml:space="preserve"> y director</w:t>
            </w:r>
          </w:p>
        </w:tc>
      </w:tr>
      <w:tr w:rsidR="00273249" w14:paraId="0BCC2BB4" w14:textId="77777777" w:rsidTr="002E4C21">
        <w:trPr>
          <w:cantSplit/>
          <w:jc w:val="center"/>
        </w:trPr>
        <w:tc>
          <w:tcPr>
            <w:tcW w:w="2088" w:type="dxa"/>
            <w:tcMar>
              <w:top w:w="100" w:type="dxa"/>
              <w:left w:w="120" w:type="dxa"/>
              <w:bottom w:w="100" w:type="dxa"/>
              <w:right w:w="120" w:type="dxa"/>
            </w:tcMar>
            <w:vAlign w:val="center"/>
          </w:tcPr>
          <w:p w14:paraId="02706DD3" w14:textId="77777777" w:rsidR="00273249" w:rsidRDefault="00273249" w:rsidP="006E0D7A">
            <w:pPr>
              <w:spacing w:after="0" w:line="240" w:lineRule="auto"/>
            </w:pPr>
            <w:r>
              <w:rPr>
                <w:sz w:val="18"/>
              </w:rPr>
              <w:t xml:space="preserve">Final del </w:t>
            </w:r>
            <w:proofErr w:type="spellStart"/>
            <w:r>
              <w:rPr>
                <w:sz w:val="18"/>
              </w:rPr>
              <w:t>semestre</w:t>
            </w:r>
            <w:proofErr w:type="spellEnd"/>
            <w:r>
              <w:rPr>
                <w:sz w:val="18"/>
              </w:rPr>
              <w:t xml:space="preserve"> anterior</w:t>
            </w:r>
          </w:p>
        </w:tc>
        <w:tc>
          <w:tcPr>
            <w:tcW w:w="5328" w:type="dxa"/>
            <w:tcMar>
              <w:top w:w="100" w:type="dxa"/>
              <w:left w:w="120" w:type="dxa"/>
              <w:bottom w:w="100" w:type="dxa"/>
              <w:right w:w="120" w:type="dxa"/>
            </w:tcMar>
            <w:vAlign w:val="center"/>
          </w:tcPr>
          <w:p w14:paraId="2E31FA44" w14:textId="77777777" w:rsidR="00273249" w:rsidRPr="00273249" w:rsidRDefault="00273249" w:rsidP="006E0D7A">
            <w:pPr>
              <w:spacing w:after="0" w:line="240" w:lineRule="auto"/>
              <w:rPr>
                <w:lang w:val="es-CO"/>
              </w:rPr>
            </w:pPr>
            <w:r w:rsidRPr="00273249">
              <w:rPr>
                <w:sz w:val="18"/>
                <w:lang w:val="es-CO"/>
              </w:rPr>
              <w:t>Revisión y decisión sobre la propuesta.</w:t>
            </w:r>
          </w:p>
        </w:tc>
        <w:tc>
          <w:tcPr>
            <w:tcW w:w="2088" w:type="dxa"/>
            <w:tcMar>
              <w:top w:w="100" w:type="dxa"/>
              <w:left w:w="120" w:type="dxa"/>
              <w:bottom w:w="100" w:type="dxa"/>
              <w:right w:w="120" w:type="dxa"/>
            </w:tcMar>
            <w:vAlign w:val="center"/>
          </w:tcPr>
          <w:p w14:paraId="4E5AC88A" w14:textId="77777777" w:rsidR="00273249" w:rsidRDefault="00273249" w:rsidP="006E0D7A">
            <w:pPr>
              <w:spacing w:after="0" w:line="240" w:lineRule="auto"/>
            </w:pPr>
            <w:r>
              <w:rPr>
                <w:sz w:val="18"/>
              </w:rPr>
              <w:t>Comité de Pregrado</w:t>
            </w:r>
          </w:p>
        </w:tc>
      </w:tr>
      <w:tr w:rsidR="00273249" w14:paraId="4324B406" w14:textId="77777777" w:rsidTr="002E4C21">
        <w:trPr>
          <w:cantSplit/>
          <w:jc w:val="center"/>
        </w:trPr>
        <w:tc>
          <w:tcPr>
            <w:tcW w:w="2088" w:type="dxa"/>
            <w:tcMar>
              <w:top w:w="100" w:type="dxa"/>
              <w:left w:w="120" w:type="dxa"/>
              <w:bottom w:w="100" w:type="dxa"/>
              <w:right w:w="120" w:type="dxa"/>
            </w:tcMar>
            <w:vAlign w:val="center"/>
          </w:tcPr>
          <w:p w14:paraId="32B55C80" w14:textId="77777777" w:rsidR="00273249" w:rsidRPr="00273249" w:rsidRDefault="00273249" w:rsidP="006E0D7A">
            <w:pPr>
              <w:spacing w:after="0" w:line="240" w:lineRule="auto"/>
              <w:rPr>
                <w:lang w:val="es-CO"/>
              </w:rPr>
            </w:pPr>
            <w:r w:rsidRPr="00273249">
              <w:rPr>
                <w:sz w:val="18"/>
                <w:lang w:val="es-CO"/>
              </w:rPr>
              <w:t>Inicio del semestre del Proyecto Final</w:t>
            </w:r>
          </w:p>
        </w:tc>
        <w:tc>
          <w:tcPr>
            <w:tcW w:w="5328" w:type="dxa"/>
            <w:tcMar>
              <w:top w:w="100" w:type="dxa"/>
              <w:left w:w="120" w:type="dxa"/>
              <w:bottom w:w="100" w:type="dxa"/>
              <w:right w:w="120" w:type="dxa"/>
            </w:tcMar>
            <w:vAlign w:val="center"/>
          </w:tcPr>
          <w:p w14:paraId="72AA789B" w14:textId="77777777" w:rsidR="00273249" w:rsidRPr="00273249" w:rsidRDefault="00273249" w:rsidP="006E0D7A">
            <w:pPr>
              <w:spacing w:after="0" w:line="240" w:lineRule="auto"/>
              <w:rPr>
                <w:lang w:val="es-CO"/>
              </w:rPr>
            </w:pPr>
            <w:r w:rsidRPr="00273249">
              <w:rPr>
                <w:sz w:val="18"/>
                <w:lang w:val="es-CO"/>
              </w:rPr>
              <w:t>Inscripción de FISI 3989 e inicio del trabajo según cronograma aprobado.</w:t>
            </w:r>
          </w:p>
        </w:tc>
        <w:tc>
          <w:tcPr>
            <w:tcW w:w="2088" w:type="dxa"/>
            <w:tcMar>
              <w:top w:w="100" w:type="dxa"/>
              <w:left w:w="120" w:type="dxa"/>
              <w:bottom w:w="100" w:type="dxa"/>
              <w:right w:w="120" w:type="dxa"/>
            </w:tcMar>
            <w:vAlign w:val="center"/>
          </w:tcPr>
          <w:p w14:paraId="10E1D7E9" w14:textId="77777777" w:rsidR="00273249" w:rsidRDefault="00273249" w:rsidP="006E0D7A">
            <w:pPr>
              <w:spacing w:after="0" w:line="240" w:lineRule="auto"/>
            </w:pPr>
            <w:proofErr w:type="spellStart"/>
            <w:r>
              <w:rPr>
                <w:sz w:val="18"/>
              </w:rPr>
              <w:t>Estudiante</w:t>
            </w:r>
            <w:proofErr w:type="spellEnd"/>
            <w:r>
              <w:rPr>
                <w:sz w:val="18"/>
              </w:rPr>
              <w:t xml:space="preserve">, Coordinador </w:t>
            </w:r>
            <w:proofErr w:type="spellStart"/>
            <w:r>
              <w:rPr>
                <w:sz w:val="18"/>
              </w:rPr>
              <w:t>académico</w:t>
            </w:r>
            <w:proofErr w:type="spellEnd"/>
          </w:p>
        </w:tc>
      </w:tr>
      <w:tr w:rsidR="00273249" w14:paraId="107494CA" w14:textId="77777777" w:rsidTr="002E4C21">
        <w:trPr>
          <w:cantSplit/>
          <w:jc w:val="center"/>
        </w:trPr>
        <w:tc>
          <w:tcPr>
            <w:tcW w:w="2088" w:type="dxa"/>
            <w:tcMar>
              <w:top w:w="100" w:type="dxa"/>
              <w:left w:w="120" w:type="dxa"/>
              <w:bottom w:w="100" w:type="dxa"/>
              <w:right w:w="120" w:type="dxa"/>
            </w:tcMar>
            <w:vAlign w:val="center"/>
          </w:tcPr>
          <w:p w14:paraId="721B34BA" w14:textId="77777777" w:rsidR="00273249" w:rsidRDefault="00273249" w:rsidP="006E0D7A">
            <w:pPr>
              <w:spacing w:after="0" w:line="240" w:lineRule="auto"/>
            </w:pPr>
            <w:r>
              <w:rPr>
                <w:sz w:val="18"/>
              </w:rPr>
              <w:t>Semana 8</w:t>
            </w:r>
          </w:p>
        </w:tc>
        <w:tc>
          <w:tcPr>
            <w:tcW w:w="5328" w:type="dxa"/>
            <w:tcMar>
              <w:top w:w="100" w:type="dxa"/>
              <w:left w:w="120" w:type="dxa"/>
              <w:bottom w:w="100" w:type="dxa"/>
              <w:right w:w="120" w:type="dxa"/>
            </w:tcMar>
            <w:vAlign w:val="center"/>
          </w:tcPr>
          <w:p w14:paraId="18C2A8A7" w14:textId="77777777" w:rsidR="00273249" w:rsidRPr="00273249" w:rsidRDefault="00273249" w:rsidP="006E0D7A">
            <w:pPr>
              <w:spacing w:after="0" w:line="240" w:lineRule="auto"/>
              <w:rPr>
                <w:lang w:val="es-CO"/>
              </w:rPr>
            </w:pPr>
            <w:r w:rsidRPr="00273249">
              <w:rPr>
                <w:sz w:val="18"/>
                <w:lang w:val="es-CO"/>
              </w:rPr>
              <w:t>Entrega del avance escrito y presentación oral de avance.</w:t>
            </w:r>
          </w:p>
        </w:tc>
        <w:tc>
          <w:tcPr>
            <w:tcW w:w="2088" w:type="dxa"/>
            <w:tcMar>
              <w:top w:w="100" w:type="dxa"/>
              <w:left w:w="120" w:type="dxa"/>
              <w:bottom w:w="100" w:type="dxa"/>
              <w:right w:w="120" w:type="dxa"/>
            </w:tcMar>
            <w:vAlign w:val="center"/>
          </w:tcPr>
          <w:p w14:paraId="7ECCC37D" w14:textId="77777777" w:rsidR="00273249" w:rsidRDefault="00273249" w:rsidP="006E0D7A">
            <w:pPr>
              <w:spacing w:after="0" w:line="240" w:lineRule="auto"/>
            </w:pPr>
            <w:proofErr w:type="spellStart"/>
            <w:r>
              <w:rPr>
                <w:sz w:val="18"/>
              </w:rPr>
              <w:t>Estudiante</w:t>
            </w:r>
            <w:proofErr w:type="spellEnd"/>
            <w:r>
              <w:rPr>
                <w:sz w:val="18"/>
              </w:rPr>
              <w:t xml:space="preserve"> / director / </w:t>
            </w:r>
            <w:proofErr w:type="spellStart"/>
            <w:r>
              <w:rPr>
                <w:sz w:val="18"/>
              </w:rPr>
              <w:t>profesor</w:t>
            </w:r>
            <w:proofErr w:type="spellEnd"/>
            <w:r>
              <w:rPr>
                <w:sz w:val="18"/>
              </w:rPr>
              <w:t xml:space="preserve"> </w:t>
            </w:r>
            <w:proofErr w:type="spellStart"/>
            <w:r>
              <w:rPr>
                <w:sz w:val="18"/>
              </w:rPr>
              <w:t>asistente</w:t>
            </w:r>
            <w:proofErr w:type="spellEnd"/>
          </w:p>
        </w:tc>
      </w:tr>
      <w:tr w:rsidR="00273249" w14:paraId="10D59194" w14:textId="77777777" w:rsidTr="002E4C21">
        <w:trPr>
          <w:cantSplit/>
          <w:jc w:val="center"/>
        </w:trPr>
        <w:tc>
          <w:tcPr>
            <w:tcW w:w="2088" w:type="dxa"/>
            <w:tcMar>
              <w:top w:w="100" w:type="dxa"/>
              <w:left w:w="120" w:type="dxa"/>
              <w:bottom w:w="100" w:type="dxa"/>
              <w:right w:w="120" w:type="dxa"/>
            </w:tcMar>
            <w:vAlign w:val="center"/>
          </w:tcPr>
          <w:p w14:paraId="637CBEF4" w14:textId="77777777" w:rsidR="00273249" w:rsidRDefault="00273249" w:rsidP="006E0D7A">
            <w:pPr>
              <w:spacing w:after="0" w:line="240" w:lineRule="auto"/>
            </w:pPr>
            <w:r>
              <w:rPr>
                <w:sz w:val="18"/>
              </w:rPr>
              <w:t xml:space="preserve">Final de la </w:t>
            </w:r>
            <w:proofErr w:type="spellStart"/>
            <w:r>
              <w:rPr>
                <w:sz w:val="18"/>
              </w:rPr>
              <w:t>semana</w:t>
            </w:r>
            <w:proofErr w:type="spellEnd"/>
            <w:r>
              <w:rPr>
                <w:sz w:val="18"/>
              </w:rPr>
              <w:t xml:space="preserve"> 8</w:t>
            </w:r>
          </w:p>
        </w:tc>
        <w:tc>
          <w:tcPr>
            <w:tcW w:w="5328" w:type="dxa"/>
            <w:tcMar>
              <w:top w:w="100" w:type="dxa"/>
              <w:left w:w="120" w:type="dxa"/>
              <w:bottom w:w="100" w:type="dxa"/>
              <w:right w:w="120" w:type="dxa"/>
            </w:tcMar>
            <w:vAlign w:val="center"/>
          </w:tcPr>
          <w:p w14:paraId="43B691F9" w14:textId="77777777" w:rsidR="00273249" w:rsidRPr="00273249" w:rsidRDefault="00273249" w:rsidP="006E0D7A">
            <w:pPr>
              <w:spacing w:after="0" w:line="240" w:lineRule="auto"/>
              <w:rPr>
                <w:lang w:val="es-CO"/>
              </w:rPr>
            </w:pPr>
            <w:r w:rsidRPr="00273249">
              <w:rPr>
                <w:sz w:val="18"/>
                <w:lang w:val="es-CO"/>
              </w:rPr>
              <w:t>Registro y comunicación de la nota del avance (30 %), antes de la última fecha de retiros.</w:t>
            </w:r>
          </w:p>
        </w:tc>
        <w:tc>
          <w:tcPr>
            <w:tcW w:w="2088" w:type="dxa"/>
            <w:tcMar>
              <w:top w:w="100" w:type="dxa"/>
              <w:left w:w="120" w:type="dxa"/>
              <w:bottom w:w="100" w:type="dxa"/>
              <w:right w:w="120" w:type="dxa"/>
            </w:tcMar>
            <w:vAlign w:val="center"/>
          </w:tcPr>
          <w:p w14:paraId="4E0AD68C" w14:textId="77777777" w:rsidR="00273249" w:rsidRDefault="00273249" w:rsidP="006E0D7A">
            <w:pPr>
              <w:spacing w:after="0" w:line="240" w:lineRule="auto"/>
            </w:pPr>
            <w:r>
              <w:rPr>
                <w:sz w:val="18"/>
              </w:rPr>
              <w:t>Director</w:t>
            </w:r>
          </w:p>
        </w:tc>
      </w:tr>
      <w:tr w:rsidR="00273249" w14:paraId="6130390A" w14:textId="77777777" w:rsidTr="002E4C21">
        <w:trPr>
          <w:cantSplit/>
          <w:jc w:val="center"/>
        </w:trPr>
        <w:tc>
          <w:tcPr>
            <w:tcW w:w="2088" w:type="dxa"/>
            <w:tcMar>
              <w:top w:w="100" w:type="dxa"/>
              <w:left w:w="120" w:type="dxa"/>
              <w:bottom w:w="100" w:type="dxa"/>
              <w:right w:w="120" w:type="dxa"/>
            </w:tcMar>
            <w:vAlign w:val="center"/>
          </w:tcPr>
          <w:p w14:paraId="6C3E90A3" w14:textId="77777777" w:rsidR="00273249" w:rsidRDefault="00273249" w:rsidP="006E0D7A">
            <w:pPr>
              <w:spacing w:after="0" w:line="240" w:lineRule="auto"/>
            </w:pPr>
            <w:proofErr w:type="spellStart"/>
            <w:r>
              <w:rPr>
                <w:sz w:val="18"/>
              </w:rPr>
              <w:t>Última</w:t>
            </w:r>
            <w:proofErr w:type="spellEnd"/>
            <w:r>
              <w:rPr>
                <w:sz w:val="18"/>
              </w:rPr>
              <w:t xml:space="preserve"> </w:t>
            </w:r>
            <w:proofErr w:type="spellStart"/>
            <w:r>
              <w:rPr>
                <w:sz w:val="18"/>
              </w:rPr>
              <w:t>semana</w:t>
            </w:r>
            <w:proofErr w:type="spellEnd"/>
            <w:r>
              <w:rPr>
                <w:sz w:val="18"/>
              </w:rPr>
              <w:t xml:space="preserve"> de </w:t>
            </w:r>
            <w:proofErr w:type="spellStart"/>
            <w:r>
              <w:rPr>
                <w:sz w:val="18"/>
              </w:rPr>
              <w:t>clases</w:t>
            </w:r>
            <w:proofErr w:type="spellEnd"/>
          </w:p>
        </w:tc>
        <w:tc>
          <w:tcPr>
            <w:tcW w:w="5328" w:type="dxa"/>
            <w:tcMar>
              <w:top w:w="100" w:type="dxa"/>
              <w:left w:w="120" w:type="dxa"/>
              <w:bottom w:w="100" w:type="dxa"/>
              <w:right w:w="120" w:type="dxa"/>
            </w:tcMar>
            <w:vAlign w:val="center"/>
          </w:tcPr>
          <w:p w14:paraId="373FAE0F" w14:textId="77777777" w:rsidR="00273249" w:rsidRPr="00273249" w:rsidRDefault="00273249" w:rsidP="006E0D7A">
            <w:pPr>
              <w:spacing w:after="0" w:line="240" w:lineRule="auto"/>
              <w:rPr>
                <w:lang w:val="es-CO"/>
              </w:rPr>
            </w:pPr>
            <w:r w:rsidRPr="00273249">
              <w:rPr>
                <w:sz w:val="18"/>
                <w:lang w:val="es-CO"/>
              </w:rPr>
              <w:t>Entrega de la versión final del documento con visto bueno del director.</w:t>
            </w:r>
          </w:p>
        </w:tc>
        <w:tc>
          <w:tcPr>
            <w:tcW w:w="2088" w:type="dxa"/>
            <w:tcMar>
              <w:top w:w="100" w:type="dxa"/>
              <w:left w:w="120" w:type="dxa"/>
              <w:bottom w:w="100" w:type="dxa"/>
              <w:right w:w="120" w:type="dxa"/>
            </w:tcMar>
            <w:vAlign w:val="center"/>
          </w:tcPr>
          <w:p w14:paraId="21053E35" w14:textId="77777777" w:rsidR="00273249" w:rsidRDefault="00273249" w:rsidP="006E0D7A">
            <w:pPr>
              <w:spacing w:after="0" w:line="240" w:lineRule="auto"/>
            </w:pPr>
            <w:proofErr w:type="spellStart"/>
            <w:r>
              <w:rPr>
                <w:sz w:val="18"/>
              </w:rPr>
              <w:t>Estudiante</w:t>
            </w:r>
            <w:proofErr w:type="spellEnd"/>
          </w:p>
        </w:tc>
      </w:tr>
      <w:tr w:rsidR="00273249" w14:paraId="08B91DDA" w14:textId="77777777" w:rsidTr="002E4C21">
        <w:trPr>
          <w:cantSplit/>
          <w:jc w:val="center"/>
        </w:trPr>
        <w:tc>
          <w:tcPr>
            <w:tcW w:w="2088" w:type="dxa"/>
            <w:tcMar>
              <w:top w:w="100" w:type="dxa"/>
              <w:left w:w="120" w:type="dxa"/>
              <w:bottom w:w="100" w:type="dxa"/>
              <w:right w:w="120" w:type="dxa"/>
            </w:tcMar>
            <w:vAlign w:val="center"/>
          </w:tcPr>
          <w:p w14:paraId="120920E8" w14:textId="77777777" w:rsidR="00273249" w:rsidRDefault="00273249" w:rsidP="006E0D7A">
            <w:pPr>
              <w:spacing w:after="0" w:line="240" w:lineRule="auto"/>
            </w:pPr>
            <w:r>
              <w:rPr>
                <w:sz w:val="18"/>
              </w:rPr>
              <w:t xml:space="preserve">Calendario de </w:t>
            </w:r>
            <w:proofErr w:type="spellStart"/>
            <w:r>
              <w:rPr>
                <w:sz w:val="18"/>
              </w:rPr>
              <w:t>sustentaciones</w:t>
            </w:r>
            <w:proofErr w:type="spellEnd"/>
          </w:p>
        </w:tc>
        <w:tc>
          <w:tcPr>
            <w:tcW w:w="5328" w:type="dxa"/>
            <w:tcMar>
              <w:top w:w="100" w:type="dxa"/>
              <w:left w:w="120" w:type="dxa"/>
              <w:bottom w:w="100" w:type="dxa"/>
              <w:right w:w="120" w:type="dxa"/>
            </w:tcMar>
            <w:vAlign w:val="center"/>
          </w:tcPr>
          <w:p w14:paraId="034029D2" w14:textId="77777777" w:rsidR="00273249" w:rsidRPr="00273249" w:rsidRDefault="00273249" w:rsidP="006E0D7A">
            <w:pPr>
              <w:spacing w:after="0" w:line="240" w:lineRule="auto"/>
              <w:rPr>
                <w:lang w:val="es-CO"/>
              </w:rPr>
            </w:pPr>
            <w:r w:rsidRPr="00273249">
              <w:rPr>
                <w:sz w:val="18"/>
                <w:lang w:val="es-CO"/>
              </w:rPr>
              <w:t>Presentación pública y evaluación por el Jurado Calificador.</w:t>
            </w:r>
          </w:p>
        </w:tc>
        <w:tc>
          <w:tcPr>
            <w:tcW w:w="2088" w:type="dxa"/>
            <w:tcMar>
              <w:top w:w="100" w:type="dxa"/>
              <w:left w:w="120" w:type="dxa"/>
              <w:bottom w:w="100" w:type="dxa"/>
              <w:right w:w="120" w:type="dxa"/>
            </w:tcMar>
            <w:vAlign w:val="center"/>
          </w:tcPr>
          <w:p w14:paraId="4F90FFFB" w14:textId="77777777" w:rsidR="00273249" w:rsidRDefault="00273249" w:rsidP="006E0D7A">
            <w:pPr>
              <w:spacing w:after="0" w:line="240" w:lineRule="auto"/>
            </w:pPr>
            <w:proofErr w:type="spellStart"/>
            <w:r>
              <w:rPr>
                <w:sz w:val="18"/>
              </w:rPr>
              <w:t>Estudiante</w:t>
            </w:r>
            <w:proofErr w:type="spellEnd"/>
            <w:r>
              <w:rPr>
                <w:sz w:val="18"/>
              </w:rPr>
              <w:t xml:space="preserve"> / </w:t>
            </w:r>
            <w:proofErr w:type="spellStart"/>
            <w:r>
              <w:rPr>
                <w:sz w:val="18"/>
              </w:rPr>
              <w:t>jurado</w:t>
            </w:r>
            <w:proofErr w:type="spellEnd"/>
          </w:p>
        </w:tc>
      </w:tr>
      <w:tr w:rsidR="00273249" w14:paraId="533A0DAA" w14:textId="77777777" w:rsidTr="002E4C21">
        <w:trPr>
          <w:cantSplit/>
          <w:jc w:val="center"/>
        </w:trPr>
        <w:tc>
          <w:tcPr>
            <w:tcW w:w="2088" w:type="dxa"/>
            <w:tcMar>
              <w:top w:w="100" w:type="dxa"/>
              <w:left w:w="120" w:type="dxa"/>
              <w:bottom w:w="100" w:type="dxa"/>
              <w:right w:w="120" w:type="dxa"/>
            </w:tcMar>
            <w:vAlign w:val="center"/>
          </w:tcPr>
          <w:p w14:paraId="40BADA42" w14:textId="77777777" w:rsidR="00273249" w:rsidRPr="00273249" w:rsidRDefault="00273249" w:rsidP="006E0D7A">
            <w:pPr>
              <w:spacing w:after="0" w:line="240" w:lineRule="auto"/>
              <w:rPr>
                <w:lang w:val="es-CO"/>
              </w:rPr>
            </w:pPr>
            <w:r w:rsidRPr="00273249">
              <w:rPr>
                <w:sz w:val="18"/>
                <w:lang w:val="es-CO"/>
              </w:rPr>
              <w:t>Hasta 8 días hábiles después de la sustentación</w:t>
            </w:r>
          </w:p>
        </w:tc>
        <w:tc>
          <w:tcPr>
            <w:tcW w:w="5328" w:type="dxa"/>
            <w:tcMar>
              <w:top w:w="100" w:type="dxa"/>
              <w:left w:w="120" w:type="dxa"/>
              <w:bottom w:w="100" w:type="dxa"/>
              <w:right w:w="120" w:type="dxa"/>
            </w:tcMar>
            <w:vAlign w:val="center"/>
          </w:tcPr>
          <w:p w14:paraId="5B53FA4E" w14:textId="77777777" w:rsidR="00273249" w:rsidRPr="00273249" w:rsidRDefault="00273249" w:rsidP="006E0D7A">
            <w:pPr>
              <w:spacing w:after="0" w:line="240" w:lineRule="auto"/>
              <w:rPr>
                <w:lang w:val="es-CO"/>
              </w:rPr>
            </w:pPr>
            <w:r w:rsidRPr="00273249">
              <w:rPr>
                <w:sz w:val="18"/>
                <w:lang w:val="es-CO"/>
              </w:rPr>
              <w:t>Entrega de la versión corregida al Jurado Calificador.</w:t>
            </w:r>
          </w:p>
        </w:tc>
        <w:tc>
          <w:tcPr>
            <w:tcW w:w="2088" w:type="dxa"/>
            <w:tcMar>
              <w:top w:w="100" w:type="dxa"/>
              <w:left w:w="120" w:type="dxa"/>
              <w:bottom w:w="100" w:type="dxa"/>
              <w:right w:w="120" w:type="dxa"/>
            </w:tcMar>
            <w:vAlign w:val="center"/>
          </w:tcPr>
          <w:p w14:paraId="3FB6647E" w14:textId="77777777" w:rsidR="00273249" w:rsidRDefault="00273249" w:rsidP="006E0D7A">
            <w:pPr>
              <w:spacing w:after="0" w:line="240" w:lineRule="auto"/>
            </w:pPr>
            <w:proofErr w:type="spellStart"/>
            <w:r>
              <w:rPr>
                <w:sz w:val="18"/>
              </w:rPr>
              <w:t>Estudiante</w:t>
            </w:r>
            <w:proofErr w:type="spellEnd"/>
          </w:p>
        </w:tc>
      </w:tr>
      <w:tr w:rsidR="00273249" w14:paraId="3CD03927" w14:textId="77777777" w:rsidTr="002E4C21">
        <w:trPr>
          <w:cantSplit/>
          <w:jc w:val="center"/>
        </w:trPr>
        <w:tc>
          <w:tcPr>
            <w:tcW w:w="2088" w:type="dxa"/>
            <w:tcMar>
              <w:top w:w="100" w:type="dxa"/>
              <w:left w:w="120" w:type="dxa"/>
              <w:bottom w:w="100" w:type="dxa"/>
              <w:right w:w="120" w:type="dxa"/>
            </w:tcMar>
            <w:vAlign w:val="center"/>
          </w:tcPr>
          <w:p w14:paraId="752B0F11" w14:textId="77777777" w:rsidR="00273249" w:rsidRPr="00273249" w:rsidRDefault="00273249" w:rsidP="006E0D7A">
            <w:pPr>
              <w:spacing w:after="0" w:line="240" w:lineRule="auto"/>
              <w:rPr>
                <w:lang w:val="es-CO"/>
              </w:rPr>
            </w:pPr>
            <w:r w:rsidRPr="00273249">
              <w:rPr>
                <w:sz w:val="18"/>
                <w:lang w:val="es-CO"/>
              </w:rPr>
              <w:t>Después de aprobación de correcciones</w:t>
            </w:r>
          </w:p>
        </w:tc>
        <w:tc>
          <w:tcPr>
            <w:tcW w:w="5328" w:type="dxa"/>
            <w:tcMar>
              <w:top w:w="100" w:type="dxa"/>
              <w:left w:w="120" w:type="dxa"/>
              <w:bottom w:w="100" w:type="dxa"/>
              <w:right w:w="120" w:type="dxa"/>
            </w:tcMar>
            <w:vAlign w:val="center"/>
          </w:tcPr>
          <w:p w14:paraId="0FEDF6FD" w14:textId="77777777" w:rsidR="00273249" w:rsidRPr="00273249" w:rsidRDefault="00273249" w:rsidP="006E0D7A">
            <w:pPr>
              <w:spacing w:after="0" w:line="240" w:lineRule="auto"/>
              <w:rPr>
                <w:lang w:val="es-CO"/>
              </w:rPr>
            </w:pPr>
            <w:r w:rsidRPr="00273249">
              <w:rPr>
                <w:sz w:val="18"/>
                <w:lang w:val="es-CO"/>
              </w:rPr>
              <w:t>Entrega de la versión definitiva y documentación requerida a la Biblioteca General.</w:t>
            </w:r>
          </w:p>
        </w:tc>
        <w:tc>
          <w:tcPr>
            <w:tcW w:w="2088" w:type="dxa"/>
            <w:tcMar>
              <w:top w:w="100" w:type="dxa"/>
              <w:left w:w="120" w:type="dxa"/>
              <w:bottom w:w="100" w:type="dxa"/>
              <w:right w:w="120" w:type="dxa"/>
            </w:tcMar>
            <w:vAlign w:val="center"/>
          </w:tcPr>
          <w:p w14:paraId="37290C78" w14:textId="77777777" w:rsidR="00273249" w:rsidRDefault="00273249" w:rsidP="006E0D7A">
            <w:pPr>
              <w:spacing w:after="0" w:line="240" w:lineRule="auto"/>
            </w:pPr>
            <w:proofErr w:type="spellStart"/>
            <w:r>
              <w:rPr>
                <w:sz w:val="18"/>
              </w:rPr>
              <w:t>Estudiante</w:t>
            </w:r>
            <w:proofErr w:type="spellEnd"/>
            <w:r>
              <w:rPr>
                <w:sz w:val="18"/>
              </w:rPr>
              <w:t xml:space="preserve"> / director</w:t>
            </w:r>
          </w:p>
        </w:tc>
      </w:tr>
    </w:tbl>
    <w:p w14:paraId="1B2D53AE" w14:textId="77777777" w:rsidR="00273249" w:rsidRDefault="00273249" w:rsidP="006E0D7A">
      <w:pPr>
        <w:pStyle w:val="Ttulo11"/>
        <w:ind w:left="720"/>
      </w:pPr>
    </w:p>
    <w:p w14:paraId="789381CA" w14:textId="3B5723E0" w:rsidR="00273249" w:rsidRPr="00273249" w:rsidRDefault="00273249" w:rsidP="006E0D7A">
      <w:pPr>
        <w:pStyle w:val="Ttulo11"/>
        <w:rPr>
          <w:rFonts w:ascii="Aptos" w:hAnsi="Aptos"/>
          <w:b w:val="0"/>
          <w:bCs/>
          <w:color w:val="auto"/>
          <w:sz w:val="24"/>
        </w:rPr>
      </w:pPr>
      <w:r w:rsidRPr="00273249">
        <w:rPr>
          <w:rFonts w:ascii="Aptos" w:hAnsi="Aptos"/>
          <w:b w:val="0"/>
          <w:bCs/>
          <w:color w:val="auto"/>
          <w:sz w:val="24"/>
        </w:rPr>
        <w:t>En el caso de que el estudiante inscriba el curso en periodo intersemestral se ajustará el cronograma al tiempo correspondiente en 8 semanas.</w:t>
      </w:r>
    </w:p>
    <w:p w14:paraId="3846194F" w14:textId="77777777" w:rsidR="00273249" w:rsidRDefault="00273249" w:rsidP="006E0D7A">
      <w:pPr>
        <w:pStyle w:val="Ttulo11"/>
        <w:ind w:left="720"/>
      </w:pPr>
    </w:p>
    <w:p w14:paraId="306DD6B3" w14:textId="77777777" w:rsidR="00273249" w:rsidRDefault="00273249" w:rsidP="006E0D7A">
      <w:pPr>
        <w:pStyle w:val="Ttulo11"/>
        <w:ind w:left="720"/>
      </w:pPr>
    </w:p>
    <w:p w14:paraId="34EFEAC4" w14:textId="77777777" w:rsidR="00273249" w:rsidRPr="00BF4346" w:rsidRDefault="00273249" w:rsidP="006E0D7A">
      <w:pPr>
        <w:pStyle w:val="Ttulo11"/>
        <w:rPr>
          <w:color w:val="4A442A" w:themeColor="background2" w:themeShade="40"/>
        </w:rPr>
      </w:pPr>
      <w:r w:rsidRPr="00BF4346">
        <w:rPr>
          <w:color w:val="4A442A" w:themeColor="background2" w:themeShade="40"/>
        </w:rPr>
        <w:t>5. Responsabilidades</w:t>
      </w:r>
    </w:p>
    <w:p w14:paraId="730E2FA6" w14:textId="77777777" w:rsidR="00273249" w:rsidRDefault="00273249" w:rsidP="006E0D7A">
      <w:pPr>
        <w:pStyle w:val="Ttulo21"/>
      </w:pPr>
    </w:p>
    <w:p w14:paraId="0246FA54" w14:textId="29F832CA" w:rsidR="00273249" w:rsidRDefault="00273249" w:rsidP="006E0D7A">
      <w:pPr>
        <w:pStyle w:val="Ttulo21"/>
        <w:numPr>
          <w:ilvl w:val="1"/>
          <w:numId w:val="14"/>
        </w:numPr>
      </w:pPr>
      <w:r>
        <w:t>Del estudiante</w:t>
      </w:r>
    </w:p>
    <w:p w14:paraId="77FE2847" w14:textId="77777777" w:rsidR="00273249" w:rsidRDefault="00273249" w:rsidP="006E0D7A">
      <w:pPr>
        <w:spacing w:after="0" w:line="240" w:lineRule="auto"/>
      </w:pPr>
    </w:p>
    <w:p w14:paraId="6116F9A3" w14:textId="26E12427" w:rsidR="00F75B75" w:rsidRDefault="00273249" w:rsidP="006E0D7A">
      <w:pPr>
        <w:pStyle w:val="Prrafodelista"/>
        <w:numPr>
          <w:ilvl w:val="0"/>
          <w:numId w:val="23"/>
        </w:numPr>
        <w:spacing w:after="0" w:line="240" w:lineRule="auto"/>
        <w:jc w:val="both"/>
        <w:rPr>
          <w:lang w:val="es-CO"/>
        </w:rPr>
      </w:pPr>
      <w:r w:rsidRPr="00F75B75">
        <w:rPr>
          <w:lang w:val="es-CO"/>
        </w:rPr>
        <w:t>Escoger oportunamente el tema y el director y elaborar, con su asesoría, la propuesta del Proyecto Final.</w:t>
      </w:r>
    </w:p>
    <w:p w14:paraId="24A0FA74" w14:textId="46024B7E" w:rsidR="00273249" w:rsidRPr="00F75B75" w:rsidRDefault="00273249" w:rsidP="006E0D7A">
      <w:pPr>
        <w:pStyle w:val="Prrafodelista"/>
        <w:numPr>
          <w:ilvl w:val="0"/>
          <w:numId w:val="23"/>
        </w:numPr>
        <w:spacing w:after="0" w:line="240" w:lineRule="auto"/>
        <w:jc w:val="both"/>
        <w:rPr>
          <w:lang w:val="es-CO"/>
        </w:rPr>
      </w:pPr>
      <w:r w:rsidRPr="00F75B75">
        <w:rPr>
          <w:lang w:val="es-CO"/>
        </w:rPr>
        <w:t>Cumplir las normas de redacción, citación, integridad académica y uso responsable de inteligencia artificial aplicables al trabajo.</w:t>
      </w:r>
    </w:p>
    <w:p w14:paraId="4EB4F10F" w14:textId="77777777" w:rsidR="00273249" w:rsidRPr="00273249" w:rsidRDefault="00273249" w:rsidP="006E0D7A">
      <w:pPr>
        <w:pStyle w:val="Prrafodelista"/>
        <w:numPr>
          <w:ilvl w:val="0"/>
          <w:numId w:val="23"/>
        </w:numPr>
        <w:spacing w:after="0" w:line="240" w:lineRule="auto"/>
        <w:jc w:val="both"/>
        <w:rPr>
          <w:lang w:val="es-CO"/>
        </w:rPr>
      </w:pPr>
      <w:r w:rsidRPr="00273249">
        <w:rPr>
          <w:lang w:val="es-CO"/>
        </w:rPr>
        <w:t>Desarrollar el proyecto de acuerdo con los objetivos, metodología y cronograma aprobados, manteniendo comunicación regular con el director.</w:t>
      </w:r>
    </w:p>
    <w:p w14:paraId="0E9099C7" w14:textId="77777777" w:rsidR="00273249" w:rsidRPr="00273249" w:rsidRDefault="00273249" w:rsidP="006E0D7A">
      <w:pPr>
        <w:pStyle w:val="Prrafodelista"/>
        <w:numPr>
          <w:ilvl w:val="0"/>
          <w:numId w:val="23"/>
        </w:numPr>
        <w:spacing w:after="0" w:line="240" w:lineRule="auto"/>
        <w:jc w:val="both"/>
        <w:rPr>
          <w:lang w:val="es-CO"/>
        </w:rPr>
      </w:pPr>
      <w:r w:rsidRPr="00273249">
        <w:rPr>
          <w:lang w:val="es-CO"/>
        </w:rPr>
        <w:t>Entregar el avance escrito y realizar la presentación oral de seguimiento en la semana 8.</w:t>
      </w:r>
    </w:p>
    <w:p w14:paraId="5C682C27" w14:textId="77777777" w:rsidR="00273249" w:rsidRPr="00273249" w:rsidRDefault="00273249" w:rsidP="006E0D7A">
      <w:pPr>
        <w:pStyle w:val="Prrafodelista"/>
        <w:numPr>
          <w:ilvl w:val="0"/>
          <w:numId w:val="23"/>
        </w:numPr>
        <w:spacing w:after="0" w:line="240" w:lineRule="auto"/>
        <w:jc w:val="both"/>
        <w:rPr>
          <w:lang w:val="es-CO"/>
        </w:rPr>
      </w:pPr>
      <w:r w:rsidRPr="00273249">
        <w:rPr>
          <w:lang w:val="es-CO"/>
        </w:rPr>
        <w:t>Entregar la versión final del documento, con visto bueno del director, a más tardar el jueves de la última semana de clases a las 5:00 p. m., por el medio dispuesto por el Comité de Pregrado. El documento deberá incluir un resumen en español y en inglés.</w:t>
      </w:r>
    </w:p>
    <w:p w14:paraId="2372AB3D" w14:textId="77777777" w:rsidR="00273249" w:rsidRPr="00273249" w:rsidRDefault="00273249" w:rsidP="006E0D7A">
      <w:pPr>
        <w:pStyle w:val="Prrafodelista"/>
        <w:numPr>
          <w:ilvl w:val="0"/>
          <w:numId w:val="23"/>
        </w:numPr>
        <w:spacing w:after="0" w:line="240" w:lineRule="auto"/>
        <w:jc w:val="both"/>
        <w:rPr>
          <w:lang w:val="es-CO"/>
        </w:rPr>
      </w:pPr>
      <w:r w:rsidRPr="00273249">
        <w:rPr>
          <w:lang w:val="es-CO"/>
        </w:rPr>
        <w:t>Realizar la presentación pública del Proyecto Final en la fecha definida por el Departamento. La presentación tendrá una duración de 20 minutos, seguida de hasta 20 minutos de preguntas del jurado y de los asistentes.</w:t>
      </w:r>
    </w:p>
    <w:p w14:paraId="011FF930" w14:textId="77777777" w:rsidR="00273249" w:rsidRPr="00273249" w:rsidRDefault="00273249" w:rsidP="006E0D7A">
      <w:pPr>
        <w:pStyle w:val="Prrafodelista"/>
        <w:numPr>
          <w:ilvl w:val="0"/>
          <w:numId w:val="23"/>
        </w:numPr>
        <w:spacing w:after="0" w:line="240" w:lineRule="auto"/>
        <w:jc w:val="both"/>
        <w:rPr>
          <w:lang w:val="es-CO"/>
        </w:rPr>
      </w:pPr>
      <w:r w:rsidRPr="00273249">
        <w:rPr>
          <w:lang w:val="es-CO"/>
        </w:rPr>
        <w:lastRenderedPageBreak/>
        <w:t>Incorporar las correcciones solicitadas por el Jurado Calificador y entregar la versión corregida a más tardar ocho días hábiles después de la sustentación.</w:t>
      </w:r>
    </w:p>
    <w:p w14:paraId="42A7587D" w14:textId="77777777" w:rsidR="00273249" w:rsidRPr="00273249" w:rsidRDefault="00273249" w:rsidP="006E0D7A">
      <w:pPr>
        <w:pStyle w:val="Prrafodelista"/>
        <w:numPr>
          <w:ilvl w:val="0"/>
          <w:numId w:val="23"/>
        </w:numPr>
        <w:spacing w:after="0" w:line="240" w:lineRule="auto"/>
        <w:jc w:val="both"/>
        <w:rPr>
          <w:lang w:val="es-CO"/>
        </w:rPr>
      </w:pPr>
      <w:r w:rsidRPr="00273249">
        <w:rPr>
          <w:lang w:val="es-CO"/>
        </w:rPr>
        <w:t xml:space="preserve">Entregar a la Biblioteca General la versión definitiva aprobada y los documentos requeridos, una vez el director verifique el cumplimiento de las correcciones. </w:t>
      </w:r>
    </w:p>
    <w:p w14:paraId="33DABBEB" w14:textId="77777777" w:rsidR="00F75B75" w:rsidRDefault="00F75B75" w:rsidP="006E0D7A">
      <w:pPr>
        <w:pStyle w:val="Ttulo21"/>
        <w:ind w:left="360"/>
      </w:pPr>
    </w:p>
    <w:p w14:paraId="28FA9A24" w14:textId="31BB791B" w:rsidR="00273249" w:rsidRDefault="00273249" w:rsidP="006E0D7A">
      <w:pPr>
        <w:pStyle w:val="Ttulo21"/>
        <w:numPr>
          <w:ilvl w:val="1"/>
          <w:numId w:val="14"/>
        </w:numPr>
      </w:pPr>
      <w:r>
        <w:t>Del director</w:t>
      </w:r>
    </w:p>
    <w:p w14:paraId="4E65E71C" w14:textId="77777777" w:rsidR="00F75B75" w:rsidRDefault="00F75B75" w:rsidP="006E0D7A">
      <w:pPr>
        <w:pStyle w:val="Ttulo21"/>
        <w:ind w:left="360"/>
      </w:pPr>
    </w:p>
    <w:p w14:paraId="20DFDBAC" w14:textId="151F34D0" w:rsidR="00F75B75" w:rsidRDefault="00273249" w:rsidP="006E0D7A">
      <w:pPr>
        <w:pStyle w:val="Prrafodelista"/>
        <w:numPr>
          <w:ilvl w:val="0"/>
          <w:numId w:val="16"/>
        </w:numPr>
        <w:spacing w:after="0" w:line="240" w:lineRule="auto"/>
        <w:jc w:val="both"/>
        <w:rPr>
          <w:lang w:val="es-CO"/>
        </w:rPr>
      </w:pPr>
      <w:r w:rsidRPr="00F75B75">
        <w:rPr>
          <w:lang w:val="es-CO"/>
        </w:rPr>
        <w:t>Orientar al estudiante en la elaboración de la propuesta y avalar su presentación al Comité de Pregrado.</w:t>
      </w:r>
    </w:p>
    <w:p w14:paraId="6C8729FF" w14:textId="26246F67" w:rsidR="00273249" w:rsidRPr="00F75B75" w:rsidRDefault="00273249" w:rsidP="006E0D7A">
      <w:pPr>
        <w:pStyle w:val="Prrafodelista"/>
        <w:numPr>
          <w:ilvl w:val="0"/>
          <w:numId w:val="16"/>
        </w:numPr>
        <w:spacing w:after="0" w:line="240" w:lineRule="auto"/>
        <w:jc w:val="both"/>
        <w:rPr>
          <w:lang w:val="es-CO"/>
        </w:rPr>
      </w:pPr>
      <w:r w:rsidRPr="00F75B75">
        <w:rPr>
          <w:lang w:val="es-CO"/>
        </w:rPr>
        <w:t>Verificar la viabilidad del proyecto y la disponibilidad oportuna de los recursos e insumos necesarios para su desarrollo.</w:t>
      </w:r>
    </w:p>
    <w:p w14:paraId="18630271" w14:textId="77777777" w:rsidR="00273249" w:rsidRPr="00273249" w:rsidRDefault="00273249" w:rsidP="006E0D7A">
      <w:pPr>
        <w:pStyle w:val="Prrafodelista"/>
        <w:numPr>
          <w:ilvl w:val="0"/>
          <w:numId w:val="16"/>
        </w:numPr>
        <w:spacing w:after="0" w:line="240" w:lineRule="auto"/>
        <w:jc w:val="both"/>
        <w:rPr>
          <w:lang w:val="es-CO"/>
        </w:rPr>
      </w:pPr>
      <w:r w:rsidRPr="00273249">
        <w:rPr>
          <w:lang w:val="es-CO"/>
        </w:rPr>
        <w:t>Orientar permanentemente al estudiante y hacer seguimiento al cumplimiento del cronograma.</w:t>
      </w:r>
    </w:p>
    <w:p w14:paraId="2961649F" w14:textId="77777777" w:rsidR="00273249" w:rsidRPr="00273249" w:rsidRDefault="00273249" w:rsidP="006E0D7A">
      <w:pPr>
        <w:pStyle w:val="Prrafodelista"/>
        <w:numPr>
          <w:ilvl w:val="0"/>
          <w:numId w:val="16"/>
        </w:numPr>
        <w:spacing w:after="0" w:line="240" w:lineRule="auto"/>
        <w:jc w:val="both"/>
        <w:rPr>
          <w:lang w:val="es-CO"/>
        </w:rPr>
      </w:pPr>
      <w:r w:rsidRPr="00273249">
        <w:rPr>
          <w:lang w:val="es-CO"/>
        </w:rPr>
        <w:t>Organizar la presentación de avance de la semana 8 e invitar a un profesor de planta del Departamento de Física para acompañar la sesión.</w:t>
      </w:r>
    </w:p>
    <w:p w14:paraId="185DEAC0" w14:textId="77777777" w:rsidR="00273249" w:rsidRPr="00273249" w:rsidRDefault="00273249" w:rsidP="006E0D7A">
      <w:pPr>
        <w:pStyle w:val="Prrafodelista"/>
        <w:numPr>
          <w:ilvl w:val="0"/>
          <w:numId w:val="16"/>
        </w:numPr>
        <w:spacing w:after="0" w:line="240" w:lineRule="auto"/>
        <w:jc w:val="both"/>
        <w:rPr>
          <w:lang w:val="es-CO"/>
        </w:rPr>
      </w:pPr>
      <w:r w:rsidRPr="00273249">
        <w:rPr>
          <w:lang w:val="es-CO"/>
        </w:rPr>
        <w:t>Evaluar el avance mediante el formato del Anexo 2 y comunicar la nota correspondiente al 30 % del curso antes de la última fecha de retiros.</w:t>
      </w:r>
    </w:p>
    <w:p w14:paraId="66038A0F" w14:textId="77777777" w:rsidR="00273249" w:rsidRPr="00273249" w:rsidRDefault="00273249" w:rsidP="006E0D7A">
      <w:pPr>
        <w:pStyle w:val="Prrafodelista"/>
        <w:numPr>
          <w:ilvl w:val="0"/>
          <w:numId w:val="16"/>
        </w:numPr>
        <w:spacing w:after="0" w:line="240" w:lineRule="auto"/>
        <w:jc w:val="both"/>
        <w:rPr>
          <w:lang w:val="es-CO"/>
        </w:rPr>
      </w:pPr>
      <w:r w:rsidRPr="00273249">
        <w:rPr>
          <w:lang w:val="es-CO"/>
        </w:rPr>
        <w:t>Aprobar la versión final del documento antes de su entrega al Departamento y verificar posteriormente que la versión destinada a Biblioteca incorpore las correcciones solicitadas por el jurado.</w:t>
      </w:r>
    </w:p>
    <w:p w14:paraId="30D45823" w14:textId="77777777" w:rsidR="00273249" w:rsidRPr="00273249" w:rsidRDefault="00273249" w:rsidP="006E0D7A">
      <w:pPr>
        <w:pStyle w:val="Prrafodelista"/>
        <w:numPr>
          <w:ilvl w:val="0"/>
          <w:numId w:val="16"/>
        </w:numPr>
        <w:spacing w:after="0" w:line="240" w:lineRule="auto"/>
        <w:jc w:val="both"/>
        <w:rPr>
          <w:lang w:val="es-CO"/>
        </w:rPr>
      </w:pPr>
      <w:r w:rsidRPr="00273249">
        <w:rPr>
          <w:lang w:val="es-CO"/>
        </w:rPr>
        <w:t>Acordar con la Coordinación Académica la fecha de presentación pública del Proyecto Final.</w:t>
      </w:r>
    </w:p>
    <w:p w14:paraId="1A7A20EE" w14:textId="77777777" w:rsidR="00F75B75" w:rsidRDefault="00F75B75" w:rsidP="006E0D7A">
      <w:pPr>
        <w:pStyle w:val="Ttulo21"/>
        <w:jc w:val="both"/>
      </w:pPr>
    </w:p>
    <w:p w14:paraId="5D4605C3" w14:textId="7CD194D5" w:rsidR="00273249" w:rsidRDefault="00273249" w:rsidP="006E0D7A">
      <w:pPr>
        <w:pStyle w:val="Ttulo21"/>
        <w:numPr>
          <w:ilvl w:val="1"/>
          <w:numId w:val="14"/>
        </w:numPr>
        <w:jc w:val="both"/>
      </w:pPr>
      <w:r>
        <w:t>Del Jurado Calificador</w:t>
      </w:r>
    </w:p>
    <w:p w14:paraId="254D2FF2" w14:textId="77777777" w:rsidR="00F75B75" w:rsidRDefault="00F75B75" w:rsidP="006E0D7A">
      <w:pPr>
        <w:pStyle w:val="Ttulo21"/>
        <w:ind w:left="360"/>
        <w:jc w:val="both"/>
      </w:pPr>
    </w:p>
    <w:p w14:paraId="4AB246A6" w14:textId="77777777" w:rsidR="00F75B75" w:rsidRPr="006E0D7A" w:rsidRDefault="00273249" w:rsidP="006E0D7A">
      <w:pPr>
        <w:pStyle w:val="Prrafodelista"/>
        <w:numPr>
          <w:ilvl w:val="0"/>
          <w:numId w:val="24"/>
        </w:numPr>
        <w:spacing w:after="0" w:line="240" w:lineRule="auto"/>
        <w:jc w:val="both"/>
        <w:rPr>
          <w:lang w:val="es-CO"/>
        </w:rPr>
      </w:pPr>
      <w:r w:rsidRPr="006E0D7A">
        <w:rPr>
          <w:lang w:val="es-CO"/>
        </w:rPr>
        <w:t>El Jurado Calificador estará compuesto por el director y un evaluador conocedor del tema. El evaluador podrá ser profesor de planta de la Universidad o investigador activo con doctorado, perteneciente a la Universidad de los Andes o a otra institución.</w:t>
      </w:r>
    </w:p>
    <w:p w14:paraId="5797612D" w14:textId="2B572EFC" w:rsidR="00273249" w:rsidRPr="006E0D7A" w:rsidRDefault="00273249" w:rsidP="006E0D7A">
      <w:pPr>
        <w:pStyle w:val="Prrafodelista"/>
        <w:numPr>
          <w:ilvl w:val="0"/>
          <w:numId w:val="24"/>
        </w:numPr>
        <w:spacing w:after="0" w:line="240" w:lineRule="auto"/>
        <w:jc w:val="both"/>
        <w:rPr>
          <w:lang w:val="es-CO"/>
        </w:rPr>
      </w:pPr>
      <w:r w:rsidRPr="006E0D7A">
        <w:rPr>
          <w:lang w:val="es-CO"/>
        </w:rPr>
        <w:t xml:space="preserve">Si existe </w:t>
      </w:r>
      <w:proofErr w:type="spellStart"/>
      <w:r w:rsidRPr="006E0D7A">
        <w:rPr>
          <w:lang w:val="es-CO"/>
        </w:rPr>
        <w:t>co-director</w:t>
      </w:r>
      <w:proofErr w:type="spellEnd"/>
      <w:r w:rsidRPr="006E0D7A">
        <w:rPr>
          <w:lang w:val="es-CO"/>
        </w:rPr>
        <w:t xml:space="preserve">, este también formará parte del jurado. Para efectos de la nota final, director y </w:t>
      </w:r>
      <w:proofErr w:type="spellStart"/>
      <w:r w:rsidRPr="006E0D7A">
        <w:rPr>
          <w:lang w:val="es-CO"/>
        </w:rPr>
        <w:t>co-director</w:t>
      </w:r>
      <w:proofErr w:type="spellEnd"/>
      <w:r w:rsidRPr="006E0D7A">
        <w:rPr>
          <w:lang w:val="es-CO"/>
        </w:rPr>
        <w:t xml:space="preserve"> deberán acordar una única calificación correspondiente al componente del director.</w:t>
      </w:r>
    </w:p>
    <w:p w14:paraId="049D5C67" w14:textId="77777777" w:rsidR="00F75B75" w:rsidRPr="006E0D7A" w:rsidRDefault="00273249" w:rsidP="006E0D7A">
      <w:pPr>
        <w:pStyle w:val="Prrafodelista"/>
        <w:numPr>
          <w:ilvl w:val="0"/>
          <w:numId w:val="24"/>
        </w:numPr>
        <w:spacing w:after="0" w:line="240" w:lineRule="auto"/>
        <w:jc w:val="both"/>
        <w:rPr>
          <w:lang w:val="es-CO"/>
        </w:rPr>
      </w:pPr>
      <w:r w:rsidRPr="006E0D7A">
        <w:rPr>
          <w:lang w:val="es-CO"/>
        </w:rPr>
        <w:t>Cada miembro del jurado recibirá la versión final del proyecto y el formato de evaluación correspondiente antes de la sustentación.</w:t>
      </w:r>
    </w:p>
    <w:p w14:paraId="405FEDF0" w14:textId="291CAAA5" w:rsidR="00273249" w:rsidRPr="006E0D7A" w:rsidRDefault="00273249" w:rsidP="006E0D7A">
      <w:pPr>
        <w:pStyle w:val="Prrafodelista"/>
        <w:numPr>
          <w:ilvl w:val="0"/>
          <w:numId w:val="24"/>
        </w:numPr>
        <w:spacing w:after="0" w:line="240" w:lineRule="auto"/>
        <w:jc w:val="both"/>
        <w:rPr>
          <w:lang w:val="es-CO"/>
        </w:rPr>
      </w:pPr>
      <w:r w:rsidRPr="006E0D7A">
        <w:rPr>
          <w:lang w:val="es-CO"/>
        </w:rPr>
        <w:t>La evaluación final considerará integralmente el documento escrito y la sustentación pública. Los evaluadores deberán diligenciar el formato a más tardar el día hábil siguiente a la sustentación.</w:t>
      </w:r>
    </w:p>
    <w:p w14:paraId="725B329F" w14:textId="77777777" w:rsidR="006E0D7A" w:rsidRDefault="006E0D7A" w:rsidP="006E0D7A">
      <w:pPr>
        <w:pStyle w:val="Ttulo21"/>
        <w:jc w:val="both"/>
      </w:pPr>
    </w:p>
    <w:p w14:paraId="3B37EFDF" w14:textId="3888C786" w:rsidR="00273249" w:rsidRDefault="00273249" w:rsidP="006E0D7A">
      <w:pPr>
        <w:pStyle w:val="Ttulo21"/>
        <w:jc w:val="both"/>
      </w:pPr>
      <w:r>
        <w:t>5.4 Del Comité de Pregrado y del Departamento</w:t>
      </w:r>
    </w:p>
    <w:p w14:paraId="6BFA1620" w14:textId="77777777" w:rsidR="00273249" w:rsidRPr="00273249" w:rsidRDefault="00273249" w:rsidP="006E0D7A">
      <w:pPr>
        <w:pStyle w:val="Prrafodelista"/>
        <w:spacing w:after="0" w:line="240" w:lineRule="auto"/>
        <w:ind w:left="360"/>
        <w:jc w:val="both"/>
        <w:rPr>
          <w:lang w:val="es-CO"/>
        </w:rPr>
      </w:pPr>
    </w:p>
    <w:p w14:paraId="742FBAD7" w14:textId="29AB321C" w:rsidR="00273249" w:rsidRPr="00273249" w:rsidRDefault="00273249" w:rsidP="006E0D7A">
      <w:pPr>
        <w:pStyle w:val="Prrafodelista"/>
        <w:numPr>
          <w:ilvl w:val="0"/>
          <w:numId w:val="25"/>
        </w:numPr>
        <w:spacing w:after="0" w:line="240" w:lineRule="auto"/>
        <w:ind w:left="851" w:hanging="425"/>
        <w:jc w:val="both"/>
        <w:rPr>
          <w:lang w:val="es-CO"/>
        </w:rPr>
      </w:pPr>
      <w:r w:rsidRPr="00273249">
        <w:rPr>
          <w:lang w:val="es-CO"/>
        </w:rPr>
        <w:t xml:space="preserve">Estudiar al final de cada semestre las propuestas recibidas y emitir concepto sobre su factibilidad </w:t>
      </w:r>
      <w:r w:rsidR="006E0D7A">
        <w:rPr>
          <w:lang w:val="es-CO"/>
        </w:rPr>
        <w:t xml:space="preserve">y </w:t>
      </w:r>
      <w:r w:rsidRPr="00273249">
        <w:rPr>
          <w:lang w:val="es-CO"/>
        </w:rPr>
        <w:t>congruencia con los fines del programa.</w:t>
      </w:r>
    </w:p>
    <w:p w14:paraId="661FB5A0" w14:textId="77777777" w:rsidR="00273249" w:rsidRPr="00273249" w:rsidRDefault="00273249" w:rsidP="006E0D7A">
      <w:pPr>
        <w:pStyle w:val="Prrafodelista"/>
        <w:numPr>
          <w:ilvl w:val="0"/>
          <w:numId w:val="25"/>
        </w:numPr>
        <w:spacing w:after="0" w:line="240" w:lineRule="auto"/>
        <w:ind w:left="851" w:hanging="425"/>
        <w:jc w:val="both"/>
        <w:rPr>
          <w:lang w:val="es-CO"/>
        </w:rPr>
      </w:pPr>
      <w:r w:rsidRPr="00273249">
        <w:rPr>
          <w:lang w:val="es-CO"/>
        </w:rPr>
        <w:t>Comunicar al estudiante la decisión sobre la propuesta.</w:t>
      </w:r>
    </w:p>
    <w:p w14:paraId="6987AE23" w14:textId="77777777" w:rsidR="00273249" w:rsidRPr="00273249" w:rsidRDefault="00273249" w:rsidP="006E0D7A">
      <w:pPr>
        <w:pStyle w:val="Prrafodelista"/>
        <w:numPr>
          <w:ilvl w:val="0"/>
          <w:numId w:val="25"/>
        </w:numPr>
        <w:spacing w:after="0" w:line="240" w:lineRule="auto"/>
        <w:ind w:left="851" w:hanging="425"/>
        <w:jc w:val="both"/>
        <w:rPr>
          <w:lang w:val="es-CO"/>
        </w:rPr>
      </w:pPr>
      <w:r w:rsidRPr="00273249">
        <w:rPr>
          <w:lang w:val="es-CO"/>
        </w:rPr>
        <w:t>Designar, teniendo en cuenta las sugerencias del director, al evaluador que integrará el Jurado Calificador y hacerle llegar el documento final.</w:t>
      </w:r>
    </w:p>
    <w:p w14:paraId="15306DF4" w14:textId="77777777" w:rsidR="00273249" w:rsidRPr="00273249" w:rsidRDefault="00273249" w:rsidP="006E0D7A">
      <w:pPr>
        <w:pStyle w:val="Prrafodelista"/>
        <w:numPr>
          <w:ilvl w:val="0"/>
          <w:numId w:val="25"/>
        </w:numPr>
        <w:spacing w:after="0" w:line="240" w:lineRule="auto"/>
        <w:ind w:left="851" w:hanging="425"/>
        <w:jc w:val="both"/>
        <w:rPr>
          <w:lang w:val="es-CO"/>
        </w:rPr>
      </w:pPr>
      <w:r w:rsidRPr="00273249">
        <w:rPr>
          <w:lang w:val="es-CO"/>
        </w:rPr>
        <w:t>Consolidar la calificación definitiva del curso de acuerdo con los porcentajes establecidos en este instructivo.</w:t>
      </w:r>
    </w:p>
    <w:p w14:paraId="7DF6D911" w14:textId="77777777" w:rsidR="00273249" w:rsidRPr="00273249" w:rsidRDefault="00273249" w:rsidP="006E0D7A">
      <w:pPr>
        <w:pStyle w:val="Prrafodelista"/>
        <w:numPr>
          <w:ilvl w:val="0"/>
          <w:numId w:val="25"/>
        </w:numPr>
        <w:spacing w:after="0" w:line="240" w:lineRule="auto"/>
        <w:ind w:left="851" w:hanging="425"/>
        <w:jc w:val="both"/>
        <w:rPr>
          <w:lang w:val="es-CO"/>
        </w:rPr>
      </w:pPr>
      <w:r w:rsidRPr="00273249">
        <w:rPr>
          <w:lang w:val="es-CO"/>
        </w:rPr>
        <w:t>Resolver o remitir a la instancia competente las situaciones no previstas en este reglamento.</w:t>
      </w:r>
    </w:p>
    <w:p w14:paraId="01F2608F" w14:textId="77777777" w:rsidR="00273249" w:rsidRDefault="00273249" w:rsidP="006E0D7A">
      <w:pPr>
        <w:pStyle w:val="Ttulo11"/>
        <w:ind w:left="360"/>
        <w:rPr>
          <w:color w:val="4A442A" w:themeColor="background2" w:themeShade="40"/>
        </w:rPr>
      </w:pPr>
    </w:p>
    <w:p w14:paraId="4A6EF955" w14:textId="77777777" w:rsidR="00273249" w:rsidRPr="00BF4346" w:rsidRDefault="00273249" w:rsidP="006E0D7A">
      <w:pPr>
        <w:pStyle w:val="Ttulo11"/>
        <w:rPr>
          <w:color w:val="4A442A" w:themeColor="background2" w:themeShade="40"/>
        </w:rPr>
      </w:pPr>
      <w:r w:rsidRPr="00BF4346">
        <w:rPr>
          <w:color w:val="4A442A" w:themeColor="background2" w:themeShade="40"/>
        </w:rPr>
        <w:t>6. Seguimiento y evaluación</w:t>
      </w:r>
    </w:p>
    <w:p w14:paraId="1E60123E" w14:textId="77777777" w:rsidR="00273249" w:rsidRDefault="00273249" w:rsidP="006E0D7A">
      <w:pPr>
        <w:pStyle w:val="Ttulo21"/>
        <w:ind w:left="360"/>
      </w:pPr>
    </w:p>
    <w:p w14:paraId="66A88F44" w14:textId="77777777" w:rsidR="00273249" w:rsidRDefault="00273249" w:rsidP="006E0D7A">
      <w:pPr>
        <w:pStyle w:val="Ttulo21"/>
        <w:ind w:left="360"/>
      </w:pPr>
      <w:r>
        <w:t>6.1 Seguimiento de la semana 8</w:t>
      </w:r>
    </w:p>
    <w:p w14:paraId="6B8D0D20" w14:textId="77777777" w:rsidR="00273249" w:rsidRDefault="00273249" w:rsidP="006E0D7A">
      <w:pPr>
        <w:pStyle w:val="Prrafodelista"/>
        <w:spacing w:after="0" w:line="240" w:lineRule="auto"/>
        <w:ind w:left="360"/>
      </w:pPr>
    </w:p>
    <w:p w14:paraId="1D3D7445" w14:textId="77777777" w:rsidR="00273249" w:rsidRPr="00273249" w:rsidRDefault="00273249" w:rsidP="006E0D7A">
      <w:pPr>
        <w:pStyle w:val="Prrafodelista"/>
        <w:spacing w:after="0" w:line="240" w:lineRule="auto"/>
        <w:ind w:left="360"/>
        <w:jc w:val="both"/>
        <w:rPr>
          <w:lang w:val="es-CO"/>
        </w:rPr>
      </w:pPr>
      <w:r w:rsidRPr="00273249">
        <w:rPr>
          <w:lang w:val="es-CO"/>
        </w:rPr>
        <w:t>En la octava semana de clases el estudiante entregará un avance escrito que incluya, como mínimo, la estructura prevista del documento, una primera versión de la tabla de contenido, los avances obtenidos y un primer reporte de la revisión bibliográfica. Además, realizará una presentación oral ante el director y un profesor de planta del Departamento de Física. El director asignará la calificación de este seguimiento con base en los objetivos aprobados y en el formato del Anexo 2.</w:t>
      </w:r>
    </w:p>
    <w:p w14:paraId="59A2476B" w14:textId="77777777" w:rsidR="00273249" w:rsidRDefault="00273249" w:rsidP="000250B1">
      <w:pPr>
        <w:pStyle w:val="Ttulo21"/>
        <w:ind w:left="360"/>
      </w:pPr>
      <w:r>
        <w:lastRenderedPageBreak/>
        <w:t xml:space="preserve">6.2 Evaluación </w:t>
      </w:r>
    </w:p>
    <w:tbl>
      <w:tblPr>
        <w:tblW w:w="0" w:type="auto"/>
        <w:jc w:val="center"/>
        <w:tblLook w:val="04A0" w:firstRow="1" w:lastRow="0" w:firstColumn="1" w:lastColumn="0" w:noHBand="0" w:noVBand="1"/>
      </w:tblPr>
      <w:tblGrid>
        <w:gridCol w:w="2365"/>
        <w:gridCol w:w="3719"/>
        <w:gridCol w:w="2719"/>
        <w:gridCol w:w="1133"/>
      </w:tblGrid>
      <w:tr w:rsidR="00273249" w14:paraId="44C7E4B4" w14:textId="77777777" w:rsidTr="002E4C21">
        <w:trPr>
          <w:cantSplit/>
          <w:tblHeader/>
          <w:jc w:val="center"/>
        </w:trPr>
        <w:tc>
          <w:tcPr>
            <w:tcW w:w="2376" w:type="dxa"/>
            <w:shd w:val="clear" w:color="auto" w:fill="7F7F7F" w:themeFill="text1" w:themeFillTint="80"/>
            <w:tcMar>
              <w:top w:w="100" w:type="dxa"/>
              <w:left w:w="120" w:type="dxa"/>
              <w:bottom w:w="100" w:type="dxa"/>
              <w:right w:w="120" w:type="dxa"/>
            </w:tcMar>
            <w:vAlign w:val="center"/>
          </w:tcPr>
          <w:p w14:paraId="419AB13B" w14:textId="77777777" w:rsidR="00273249" w:rsidRDefault="00273249" w:rsidP="006E0D7A">
            <w:pPr>
              <w:spacing w:after="0" w:line="240" w:lineRule="auto"/>
            </w:pPr>
            <w:proofErr w:type="spellStart"/>
            <w:r>
              <w:rPr>
                <w:b/>
                <w:color w:val="FFFFFF"/>
                <w:sz w:val="17"/>
              </w:rPr>
              <w:t>Componente</w:t>
            </w:r>
            <w:proofErr w:type="spellEnd"/>
          </w:p>
        </w:tc>
        <w:tc>
          <w:tcPr>
            <w:tcW w:w="3744" w:type="dxa"/>
            <w:shd w:val="clear" w:color="auto" w:fill="7F7F7F" w:themeFill="text1" w:themeFillTint="80"/>
            <w:tcMar>
              <w:top w:w="100" w:type="dxa"/>
              <w:left w:w="120" w:type="dxa"/>
              <w:bottom w:w="100" w:type="dxa"/>
              <w:right w:w="120" w:type="dxa"/>
            </w:tcMar>
            <w:vAlign w:val="center"/>
          </w:tcPr>
          <w:p w14:paraId="668E0AB5" w14:textId="77777777" w:rsidR="00273249" w:rsidRDefault="00273249" w:rsidP="006E0D7A">
            <w:pPr>
              <w:spacing w:after="0" w:line="240" w:lineRule="auto"/>
            </w:pPr>
            <w:proofErr w:type="spellStart"/>
            <w:r>
              <w:rPr>
                <w:b/>
                <w:color w:val="FFFFFF"/>
                <w:sz w:val="17"/>
              </w:rPr>
              <w:t>Evidencias</w:t>
            </w:r>
            <w:proofErr w:type="spellEnd"/>
          </w:p>
        </w:tc>
        <w:tc>
          <w:tcPr>
            <w:tcW w:w="2736" w:type="dxa"/>
            <w:shd w:val="clear" w:color="auto" w:fill="7F7F7F" w:themeFill="text1" w:themeFillTint="80"/>
            <w:tcMar>
              <w:top w:w="100" w:type="dxa"/>
              <w:left w:w="120" w:type="dxa"/>
              <w:bottom w:w="100" w:type="dxa"/>
              <w:right w:w="120" w:type="dxa"/>
            </w:tcMar>
            <w:vAlign w:val="center"/>
          </w:tcPr>
          <w:p w14:paraId="723DBFA1" w14:textId="77777777" w:rsidR="00273249" w:rsidRDefault="00273249" w:rsidP="006E0D7A">
            <w:pPr>
              <w:spacing w:after="0" w:line="240" w:lineRule="auto"/>
            </w:pPr>
            <w:proofErr w:type="spellStart"/>
            <w:r>
              <w:rPr>
                <w:b/>
                <w:color w:val="FFFFFF"/>
                <w:sz w:val="17"/>
              </w:rPr>
              <w:t>Evaluador</w:t>
            </w:r>
            <w:proofErr w:type="spellEnd"/>
          </w:p>
        </w:tc>
        <w:tc>
          <w:tcPr>
            <w:tcW w:w="864" w:type="dxa"/>
            <w:shd w:val="clear" w:color="auto" w:fill="7F7F7F" w:themeFill="text1" w:themeFillTint="80"/>
            <w:tcMar>
              <w:top w:w="100" w:type="dxa"/>
              <w:left w:w="120" w:type="dxa"/>
              <w:bottom w:w="100" w:type="dxa"/>
              <w:right w:w="120" w:type="dxa"/>
            </w:tcMar>
            <w:vAlign w:val="center"/>
          </w:tcPr>
          <w:p w14:paraId="45ED89AF" w14:textId="77777777" w:rsidR="00273249" w:rsidRDefault="00273249" w:rsidP="006E0D7A">
            <w:pPr>
              <w:spacing w:after="0" w:line="240" w:lineRule="auto"/>
            </w:pPr>
            <w:r>
              <w:rPr>
                <w:b/>
                <w:color w:val="FFFFFF"/>
                <w:sz w:val="17"/>
              </w:rPr>
              <w:t>Peso</w:t>
            </w:r>
          </w:p>
        </w:tc>
      </w:tr>
      <w:tr w:rsidR="00273249" w14:paraId="30DC03CC" w14:textId="77777777" w:rsidTr="002E4C21">
        <w:trPr>
          <w:cantSplit/>
          <w:jc w:val="center"/>
        </w:trPr>
        <w:tc>
          <w:tcPr>
            <w:tcW w:w="2376" w:type="dxa"/>
            <w:tcMar>
              <w:top w:w="100" w:type="dxa"/>
              <w:left w:w="120" w:type="dxa"/>
              <w:bottom w:w="100" w:type="dxa"/>
              <w:right w:w="120" w:type="dxa"/>
            </w:tcMar>
            <w:vAlign w:val="center"/>
          </w:tcPr>
          <w:p w14:paraId="439D96F8" w14:textId="77777777" w:rsidR="00273249" w:rsidRDefault="00273249" w:rsidP="006E0D7A">
            <w:pPr>
              <w:spacing w:after="0" w:line="240" w:lineRule="auto"/>
            </w:pPr>
            <w:r>
              <w:rPr>
                <w:sz w:val="17"/>
              </w:rPr>
              <w:t>Avance del Proyecto Final</w:t>
            </w:r>
          </w:p>
        </w:tc>
        <w:tc>
          <w:tcPr>
            <w:tcW w:w="3744" w:type="dxa"/>
            <w:tcMar>
              <w:top w:w="100" w:type="dxa"/>
              <w:left w:w="120" w:type="dxa"/>
              <w:bottom w:w="100" w:type="dxa"/>
              <w:right w:w="120" w:type="dxa"/>
            </w:tcMar>
            <w:vAlign w:val="center"/>
          </w:tcPr>
          <w:p w14:paraId="0FB5902C" w14:textId="77777777" w:rsidR="00273249" w:rsidRPr="00273249" w:rsidRDefault="00273249" w:rsidP="006E0D7A">
            <w:pPr>
              <w:spacing w:after="0" w:line="240" w:lineRule="auto"/>
              <w:rPr>
                <w:lang w:val="es-CO"/>
              </w:rPr>
            </w:pPr>
            <w:r w:rsidRPr="00273249">
              <w:rPr>
                <w:sz w:val="17"/>
                <w:lang w:val="es-CO"/>
              </w:rPr>
              <w:t>Documento y presentación de avance</w:t>
            </w:r>
          </w:p>
        </w:tc>
        <w:tc>
          <w:tcPr>
            <w:tcW w:w="2736" w:type="dxa"/>
            <w:tcMar>
              <w:top w:w="100" w:type="dxa"/>
              <w:left w:w="120" w:type="dxa"/>
              <w:bottom w:w="100" w:type="dxa"/>
              <w:right w:w="120" w:type="dxa"/>
            </w:tcMar>
            <w:vAlign w:val="center"/>
          </w:tcPr>
          <w:p w14:paraId="4368A6ED" w14:textId="77777777" w:rsidR="00273249" w:rsidRDefault="00273249" w:rsidP="006E0D7A">
            <w:pPr>
              <w:spacing w:after="0" w:line="240" w:lineRule="auto"/>
            </w:pPr>
            <w:r>
              <w:rPr>
                <w:sz w:val="17"/>
              </w:rPr>
              <w:t>Director</w:t>
            </w:r>
          </w:p>
        </w:tc>
        <w:tc>
          <w:tcPr>
            <w:tcW w:w="864" w:type="dxa"/>
            <w:tcMar>
              <w:top w:w="100" w:type="dxa"/>
              <w:left w:w="120" w:type="dxa"/>
              <w:bottom w:w="100" w:type="dxa"/>
              <w:right w:w="120" w:type="dxa"/>
            </w:tcMar>
            <w:vAlign w:val="center"/>
          </w:tcPr>
          <w:p w14:paraId="20D89BC1" w14:textId="77777777" w:rsidR="00273249" w:rsidRDefault="00273249" w:rsidP="006E0D7A">
            <w:pPr>
              <w:spacing w:after="0" w:line="240" w:lineRule="auto"/>
            </w:pPr>
            <w:r>
              <w:rPr>
                <w:sz w:val="17"/>
              </w:rPr>
              <w:t>30 %</w:t>
            </w:r>
          </w:p>
        </w:tc>
      </w:tr>
      <w:tr w:rsidR="00273249" w14:paraId="26DF9145" w14:textId="77777777" w:rsidTr="002E4C21">
        <w:trPr>
          <w:cantSplit/>
          <w:jc w:val="center"/>
        </w:trPr>
        <w:tc>
          <w:tcPr>
            <w:tcW w:w="2376" w:type="dxa"/>
            <w:tcMar>
              <w:top w:w="100" w:type="dxa"/>
              <w:left w:w="120" w:type="dxa"/>
              <w:bottom w:w="100" w:type="dxa"/>
              <w:right w:w="120" w:type="dxa"/>
            </w:tcMar>
            <w:vAlign w:val="center"/>
          </w:tcPr>
          <w:p w14:paraId="038A63EF" w14:textId="77777777" w:rsidR="00273249" w:rsidRDefault="00273249" w:rsidP="006E0D7A">
            <w:pPr>
              <w:spacing w:after="0" w:line="240" w:lineRule="auto"/>
            </w:pPr>
            <w:proofErr w:type="spellStart"/>
            <w:r>
              <w:rPr>
                <w:sz w:val="17"/>
              </w:rPr>
              <w:t>Evaluación</w:t>
            </w:r>
            <w:proofErr w:type="spellEnd"/>
            <w:r>
              <w:rPr>
                <w:sz w:val="17"/>
              </w:rPr>
              <w:t xml:space="preserve"> final – director</w:t>
            </w:r>
          </w:p>
        </w:tc>
        <w:tc>
          <w:tcPr>
            <w:tcW w:w="3744" w:type="dxa"/>
            <w:tcMar>
              <w:top w:w="100" w:type="dxa"/>
              <w:left w:w="120" w:type="dxa"/>
              <w:bottom w:w="100" w:type="dxa"/>
              <w:right w:w="120" w:type="dxa"/>
            </w:tcMar>
            <w:vAlign w:val="center"/>
          </w:tcPr>
          <w:p w14:paraId="6F286B7D" w14:textId="77777777" w:rsidR="00273249" w:rsidRPr="00273249" w:rsidRDefault="00273249" w:rsidP="006E0D7A">
            <w:pPr>
              <w:spacing w:after="0" w:line="240" w:lineRule="auto"/>
              <w:rPr>
                <w:lang w:val="es-CO"/>
              </w:rPr>
            </w:pPr>
            <w:r w:rsidRPr="00273249">
              <w:rPr>
                <w:sz w:val="17"/>
                <w:lang w:val="es-CO"/>
              </w:rPr>
              <w:t>Documento final y sustentación pública</w:t>
            </w:r>
          </w:p>
        </w:tc>
        <w:tc>
          <w:tcPr>
            <w:tcW w:w="2736" w:type="dxa"/>
            <w:tcMar>
              <w:top w:w="100" w:type="dxa"/>
              <w:left w:w="120" w:type="dxa"/>
              <w:bottom w:w="100" w:type="dxa"/>
              <w:right w:w="120" w:type="dxa"/>
            </w:tcMar>
            <w:vAlign w:val="center"/>
          </w:tcPr>
          <w:p w14:paraId="7CB085EE" w14:textId="77777777" w:rsidR="00273249" w:rsidRPr="00273249" w:rsidRDefault="00273249" w:rsidP="006E0D7A">
            <w:pPr>
              <w:spacing w:after="0" w:line="240" w:lineRule="auto"/>
              <w:rPr>
                <w:lang w:val="es-CO"/>
              </w:rPr>
            </w:pPr>
            <w:r w:rsidRPr="00273249">
              <w:rPr>
                <w:sz w:val="17"/>
                <w:lang w:val="es-CO"/>
              </w:rPr>
              <w:t xml:space="preserve">Director (y </w:t>
            </w:r>
            <w:proofErr w:type="spellStart"/>
            <w:r w:rsidRPr="00273249">
              <w:rPr>
                <w:sz w:val="17"/>
                <w:lang w:val="es-CO"/>
              </w:rPr>
              <w:t>co-director</w:t>
            </w:r>
            <w:proofErr w:type="spellEnd"/>
            <w:r w:rsidRPr="00273249">
              <w:rPr>
                <w:sz w:val="17"/>
                <w:lang w:val="es-CO"/>
              </w:rPr>
              <w:t>, si aplica, en una sola nota)</w:t>
            </w:r>
          </w:p>
        </w:tc>
        <w:tc>
          <w:tcPr>
            <w:tcW w:w="864" w:type="dxa"/>
            <w:tcMar>
              <w:top w:w="100" w:type="dxa"/>
              <w:left w:w="120" w:type="dxa"/>
              <w:bottom w:w="100" w:type="dxa"/>
              <w:right w:w="120" w:type="dxa"/>
            </w:tcMar>
            <w:vAlign w:val="center"/>
          </w:tcPr>
          <w:p w14:paraId="1B0EEE7A" w14:textId="77777777" w:rsidR="00273249" w:rsidRDefault="00273249" w:rsidP="006E0D7A">
            <w:pPr>
              <w:spacing w:after="0" w:line="240" w:lineRule="auto"/>
            </w:pPr>
            <w:r>
              <w:rPr>
                <w:sz w:val="17"/>
              </w:rPr>
              <w:t>35 %</w:t>
            </w:r>
          </w:p>
        </w:tc>
      </w:tr>
      <w:tr w:rsidR="00273249" w14:paraId="5E37E3A4" w14:textId="77777777" w:rsidTr="002E4C21">
        <w:trPr>
          <w:cantSplit/>
          <w:jc w:val="center"/>
        </w:trPr>
        <w:tc>
          <w:tcPr>
            <w:tcW w:w="2376" w:type="dxa"/>
            <w:tcMar>
              <w:top w:w="100" w:type="dxa"/>
              <w:left w:w="120" w:type="dxa"/>
              <w:bottom w:w="100" w:type="dxa"/>
              <w:right w:w="120" w:type="dxa"/>
            </w:tcMar>
            <w:vAlign w:val="center"/>
          </w:tcPr>
          <w:p w14:paraId="69D4BA76" w14:textId="77777777" w:rsidR="00273249" w:rsidRDefault="00273249" w:rsidP="006E0D7A">
            <w:pPr>
              <w:spacing w:after="0" w:line="240" w:lineRule="auto"/>
            </w:pPr>
            <w:proofErr w:type="spellStart"/>
            <w:r>
              <w:rPr>
                <w:sz w:val="17"/>
              </w:rPr>
              <w:t>Evaluación</w:t>
            </w:r>
            <w:proofErr w:type="spellEnd"/>
            <w:r>
              <w:rPr>
                <w:sz w:val="17"/>
              </w:rPr>
              <w:t xml:space="preserve"> final – </w:t>
            </w:r>
            <w:proofErr w:type="spellStart"/>
            <w:r>
              <w:rPr>
                <w:sz w:val="17"/>
              </w:rPr>
              <w:t>jurado</w:t>
            </w:r>
            <w:proofErr w:type="spellEnd"/>
          </w:p>
        </w:tc>
        <w:tc>
          <w:tcPr>
            <w:tcW w:w="3744" w:type="dxa"/>
            <w:tcMar>
              <w:top w:w="100" w:type="dxa"/>
              <w:left w:w="120" w:type="dxa"/>
              <w:bottom w:w="100" w:type="dxa"/>
              <w:right w:w="120" w:type="dxa"/>
            </w:tcMar>
            <w:vAlign w:val="center"/>
          </w:tcPr>
          <w:p w14:paraId="21023C20" w14:textId="77777777" w:rsidR="00273249" w:rsidRPr="00273249" w:rsidRDefault="00273249" w:rsidP="006E0D7A">
            <w:pPr>
              <w:spacing w:after="0" w:line="240" w:lineRule="auto"/>
              <w:rPr>
                <w:lang w:val="es-CO"/>
              </w:rPr>
            </w:pPr>
            <w:r w:rsidRPr="00273249">
              <w:rPr>
                <w:sz w:val="17"/>
                <w:lang w:val="es-CO"/>
              </w:rPr>
              <w:t>Documento final y sustentación pública</w:t>
            </w:r>
          </w:p>
        </w:tc>
        <w:tc>
          <w:tcPr>
            <w:tcW w:w="2736" w:type="dxa"/>
            <w:tcMar>
              <w:top w:w="100" w:type="dxa"/>
              <w:left w:w="120" w:type="dxa"/>
              <w:bottom w:w="100" w:type="dxa"/>
              <w:right w:w="120" w:type="dxa"/>
            </w:tcMar>
            <w:vAlign w:val="center"/>
          </w:tcPr>
          <w:p w14:paraId="6DC969BE" w14:textId="77777777" w:rsidR="00273249" w:rsidRPr="00273249" w:rsidRDefault="00273249" w:rsidP="006E0D7A">
            <w:pPr>
              <w:spacing w:after="0" w:line="240" w:lineRule="auto"/>
              <w:rPr>
                <w:lang w:val="es-CO"/>
              </w:rPr>
            </w:pPr>
            <w:r w:rsidRPr="00273249">
              <w:rPr>
                <w:sz w:val="17"/>
                <w:lang w:val="es-CO"/>
              </w:rPr>
              <w:t>Evaluador externo al equipo de dirección</w:t>
            </w:r>
          </w:p>
        </w:tc>
        <w:tc>
          <w:tcPr>
            <w:tcW w:w="864" w:type="dxa"/>
            <w:tcMar>
              <w:top w:w="100" w:type="dxa"/>
              <w:left w:w="120" w:type="dxa"/>
              <w:bottom w:w="100" w:type="dxa"/>
              <w:right w:w="120" w:type="dxa"/>
            </w:tcMar>
            <w:vAlign w:val="center"/>
          </w:tcPr>
          <w:p w14:paraId="62EAA139" w14:textId="77777777" w:rsidR="00273249" w:rsidRDefault="00273249" w:rsidP="006E0D7A">
            <w:pPr>
              <w:spacing w:after="0" w:line="240" w:lineRule="auto"/>
            </w:pPr>
            <w:r>
              <w:rPr>
                <w:sz w:val="17"/>
              </w:rPr>
              <w:t>35 %</w:t>
            </w:r>
          </w:p>
        </w:tc>
      </w:tr>
      <w:tr w:rsidR="00273249" w:rsidRPr="00273249" w14:paraId="246094BC" w14:textId="77777777" w:rsidTr="002E4C21">
        <w:trPr>
          <w:cantSplit/>
          <w:jc w:val="center"/>
        </w:trPr>
        <w:tc>
          <w:tcPr>
            <w:tcW w:w="9994" w:type="dxa"/>
            <w:gridSpan w:val="4"/>
            <w:shd w:val="clear" w:color="auto" w:fill="EAF2FB"/>
            <w:tcMar>
              <w:top w:w="130" w:type="dxa"/>
              <w:left w:w="160" w:type="dxa"/>
              <w:bottom w:w="130" w:type="dxa"/>
              <w:right w:w="160" w:type="dxa"/>
            </w:tcMar>
          </w:tcPr>
          <w:p w14:paraId="212505EA" w14:textId="77777777" w:rsidR="00273249" w:rsidRPr="00273249" w:rsidRDefault="00273249" w:rsidP="006E0D7A">
            <w:pPr>
              <w:spacing w:after="0" w:line="240" w:lineRule="auto"/>
              <w:rPr>
                <w:lang w:val="es-CO"/>
              </w:rPr>
            </w:pPr>
            <w:r w:rsidRPr="00273249">
              <w:rPr>
                <w:b/>
                <w:color w:val="0B4EA2"/>
                <w:lang w:val="es-CO"/>
              </w:rPr>
              <w:t>Calificación definitiva</w:t>
            </w:r>
            <w:r w:rsidRPr="00273249">
              <w:rPr>
                <w:b/>
                <w:color w:val="0B4EA2"/>
                <w:lang w:val="es-CO"/>
              </w:rPr>
              <w:br/>
            </w:r>
            <w:r w:rsidRPr="00273249">
              <w:rPr>
                <w:sz w:val="20"/>
                <w:lang w:val="es-CO"/>
              </w:rPr>
              <w:t>La nota final del curso será numérica, en escala de 1,5 a 5,0 y con una sola cifra decimal. La calificación aprobatoria será 3,0. La definición y revisión de la nota se regirá por el Reglamento General de Estudiantes de Pregrado.</w:t>
            </w:r>
          </w:p>
        </w:tc>
      </w:tr>
    </w:tbl>
    <w:p w14:paraId="2836C904" w14:textId="77777777" w:rsidR="00273249" w:rsidRDefault="00273249" w:rsidP="006E0D7A">
      <w:pPr>
        <w:pStyle w:val="Ttulo11"/>
        <w:ind w:left="360"/>
        <w:rPr>
          <w:color w:val="4A442A" w:themeColor="background2" w:themeShade="40"/>
        </w:rPr>
      </w:pPr>
    </w:p>
    <w:p w14:paraId="58CA5453" w14:textId="77777777" w:rsidR="00273249" w:rsidRPr="00BF4346" w:rsidRDefault="00273249" w:rsidP="006E0D7A">
      <w:pPr>
        <w:pStyle w:val="Ttulo11"/>
        <w:rPr>
          <w:color w:val="4A442A" w:themeColor="background2" w:themeShade="40"/>
        </w:rPr>
      </w:pPr>
      <w:r w:rsidRPr="00BF4346">
        <w:rPr>
          <w:color w:val="4A442A" w:themeColor="background2" w:themeShade="40"/>
        </w:rPr>
        <w:t>7. Situaciones académicas especiales</w:t>
      </w:r>
    </w:p>
    <w:p w14:paraId="6511E4FE" w14:textId="77777777" w:rsidR="00273249" w:rsidRDefault="00273249" w:rsidP="006E0D7A">
      <w:pPr>
        <w:pStyle w:val="Ttulo11"/>
        <w:ind w:left="360"/>
      </w:pPr>
    </w:p>
    <w:p w14:paraId="7A8AD33D" w14:textId="77777777" w:rsidR="00273249" w:rsidRDefault="00273249" w:rsidP="006E0D7A">
      <w:pPr>
        <w:pStyle w:val="Ttulo21"/>
        <w:jc w:val="both"/>
      </w:pPr>
      <w:r>
        <w:t>7.1 Entrega extemporánea y Pendiente Especial</w:t>
      </w:r>
    </w:p>
    <w:p w14:paraId="0451C6DF" w14:textId="77777777" w:rsidR="006E0D7A" w:rsidRDefault="006E0D7A" w:rsidP="006E0D7A">
      <w:pPr>
        <w:pStyle w:val="Prrafodelista"/>
        <w:spacing w:after="0" w:line="240" w:lineRule="auto"/>
        <w:ind w:left="360"/>
        <w:jc w:val="both"/>
        <w:rPr>
          <w:lang w:val="es-CO"/>
        </w:rPr>
      </w:pPr>
    </w:p>
    <w:p w14:paraId="3AD6CBBD" w14:textId="45630F61" w:rsidR="00273249" w:rsidRPr="00273249" w:rsidRDefault="00273249" w:rsidP="006E0D7A">
      <w:pPr>
        <w:pStyle w:val="Prrafodelista"/>
        <w:spacing w:after="0" w:line="240" w:lineRule="auto"/>
        <w:ind w:left="360"/>
        <w:jc w:val="both"/>
        <w:rPr>
          <w:lang w:val="es-CO"/>
        </w:rPr>
      </w:pPr>
      <w:r w:rsidRPr="00273249">
        <w:rPr>
          <w:lang w:val="es-CO"/>
        </w:rPr>
        <w:t>El incumplimiento de las fechas de entrega podrá dar lugar a una calificación de hasta cero (0), de acuerdo con el régimen académico vigente. En circunstancias excepcionales de fuerza mayor que impidan concluir el trabajo dentro del periodo establecido, el estudiante podrá solicitar un Pendiente Especial ante la instancia competente de la Facultad de Ciencias, de acuerdo con el Reglamento General de Estudiantes de Pregrado.</w:t>
      </w:r>
    </w:p>
    <w:p w14:paraId="539CE752" w14:textId="77777777" w:rsidR="006E0D7A" w:rsidRDefault="006E0D7A" w:rsidP="006E0D7A">
      <w:pPr>
        <w:pStyle w:val="Ttulo21"/>
        <w:jc w:val="both"/>
      </w:pPr>
    </w:p>
    <w:p w14:paraId="5D52DFCF" w14:textId="101A14CE" w:rsidR="00273249" w:rsidRDefault="00273249" w:rsidP="006E0D7A">
      <w:pPr>
        <w:pStyle w:val="Ttulo21"/>
        <w:jc w:val="both"/>
      </w:pPr>
      <w:r>
        <w:t>7.2 Revisión de calificaciones</w:t>
      </w:r>
    </w:p>
    <w:p w14:paraId="50386EC6" w14:textId="77777777" w:rsidR="006E0D7A" w:rsidRDefault="006E0D7A" w:rsidP="006E0D7A">
      <w:pPr>
        <w:pStyle w:val="Prrafodelista"/>
        <w:spacing w:after="0" w:line="240" w:lineRule="auto"/>
        <w:ind w:left="360"/>
        <w:jc w:val="both"/>
        <w:rPr>
          <w:lang w:val="es-CO"/>
        </w:rPr>
      </w:pPr>
    </w:p>
    <w:p w14:paraId="4F60F359" w14:textId="50470931" w:rsidR="00273249" w:rsidRPr="00273249" w:rsidRDefault="00273249" w:rsidP="006E0D7A">
      <w:pPr>
        <w:pStyle w:val="Prrafodelista"/>
        <w:spacing w:after="0" w:line="240" w:lineRule="auto"/>
        <w:ind w:left="360"/>
        <w:jc w:val="both"/>
        <w:rPr>
          <w:lang w:val="es-CO"/>
        </w:rPr>
      </w:pPr>
      <w:r w:rsidRPr="00273249">
        <w:rPr>
          <w:lang w:val="es-CO"/>
        </w:rPr>
        <w:t>Si el estudiante considera que una calificación ha sido asignada de manera inadecuada, podrá solicitar su revisión de forma justificada siguiendo el procedimiento vigente para revisión de notas y, cuando corresponda, segundo calificador.</w:t>
      </w:r>
    </w:p>
    <w:p w14:paraId="7F3B591E" w14:textId="77777777" w:rsidR="006E0D7A" w:rsidRDefault="006E0D7A" w:rsidP="006E0D7A">
      <w:pPr>
        <w:pStyle w:val="Ttulo21"/>
        <w:ind w:left="360"/>
        <w:jc w:val="both"/>
      </w:pPr>
    </w:p>
    <w:p w14:paraId="55646D6E" w14:textId="1FFE70D5" w:rsidR="00273249" w:rsidRDefault="00273249" w:rsidP="00D4035D">
      <w:pPr>
        <w:pStyle w:val="Ttulo21"/>
        <w:jc w:val="both"/>
      </w:pPr>
      <w:r>
        <w:t>7.3 Cambios sustanciales durante el proyecto</w:t>
      </w:r>
    </w:p>
    <w:p w14:paraId="24B0D0EC" w14:textId="77777777" w:rsidR="006E0D7A" w:rsidRDefault="006E0D7A" w:rsidP="006E0D7A">
      <w:pPr>
        <w:pStyle w:val="Prrafodelista"/>
        <w:spacing w:after="0" w:line="240" w:lineRule="auto"/>
        <w:ind w:left="360"/>
        <w:jc w:val="both"/>
        <w:rPr>
          <w:lang w:val="es-CO"/>
        </w:rPr>
      </w:pPr>
    </w:p>
    <w:p w14:paraId="08C6F579" w14:textId="22D6C784" w:rsidR="00273249" w:rsidRPr="00273249" w:rsidRDefault="00273249" w:rsidP="006E0D7A">
      <w:pPr>
        <w:pStyle w:val="Prrafodelista"/>
        <w:spacing w:after="0" w:line="240" w:lineRule="auto"/>
        <w:ind w:left="360"/>
        <w:jc w:val="both"/>
        <w:rPr>
          <w:lang w:val="es-CO"/>
        </w:rPr>
      </w:pPr>
      <w:r w:rsidRPr="00273249">
        <w:rPr>
          <w:lang w:val="es-CO"/>
        </w:rPr>
        <w:t>Cuando durante el semestre sea necesario modificar de manera sustancial los objetivos, la metodología, el alcance, la dirección del trabajo o los recursos indispensables, el estudiante y el director deberán documentar el cambio y comunicarlo oportunamente al Comité de Pregrado o a la instancia académica que este defina. Los cambios no deben alterar la naturaleza formativa ni la viabilidad del Proyecto Final dentro del periodo académico.</w:t>
      </w:r>
    </w:p>
    <w:p w14:paraId="27B377F0" w14:textId="77777777" w:rsidR="006E0D7A" w:rsidRDefault="006E0D7A" w:rsidP="006E0D7A">
      <w:pPr>
        <w:pStyle w:val="Ttulo21"/>
        <w:ind w:left="360"/>
        <w:jc w:val="both"/>
      </w:pPr>
    </w:p>
    <w:p w14:paraId="53C3D4A2" w14:textId="5E3B0206" w:rsidR="00273249" w:rsidRDefault="00273249" w:rsidP="00D4035D">
      <w:pPr>
        <w:pStyle w:val="Ttulo21"/>
        <w:numPr>
          <w:ilvl w:val="1"/>
          <w:numId w:val="16"/>
        </w:numPr>
        <w:ind w:left="426" w:hanging="578"/>
        <w:jc w:val="both"/>
      </w:pPr>
      <w:r>
        <w:t>Ética, integridad académica y uso de inteligencia artificial</w:t>
      </w:r>
    </w:p>
    <w:p w14:paraId="35F87B1E" w14:textId="77777777" w:rsidR="006E0D7A" w:rsidRDefault="006E0D7A" w:rsidP="006E0D7A">
      <w:pPr>
        <w:spacing w:after="0" w:line="240" w:lineRule="auto"/>
        <w:ind w:left="360"/>
        <w:jc w:val="both"/>
        <w:rPr>
          <w:lang w:val="es-CO"/>
        </w:rPr>
      </w:pPr>
    </w:p>
    <w:p w14:paraId="1AC1351A" w14:textId="7D9E1E2C" w:rsidR="00273249" w:rsidRPr="006E0D7A" w:rsidRDefault="00273249" w:rsidP="006E0D7A">
      <w:pPr>
        <w:spacing w:after="0" w:line="240" w:lineRule="auto"/>
        <w:ind w:left="360"/>
        <w:jc w:val="both"/>
        <w:rPr>
          <w:lang w:val="es-CO"/>
        </w:rPr>
      </w:pPr>
      <w:r w:rsidRPr="006E0D7A">
        <w:rPr>
          <w:lang w:val="es-CO"/>
        </w:rPr>
        <w:t>El Proyecto Final deberá cumplir las normas institucionales de integridad académica, citación, manejo responsable de datos y uso de herramientas de inteligencia artificial generativa. Cuando el proyecto requiera evaluación por un comité de ética u otra autorización institucional, esta condición deberá identificarse en la propuesta y gestionarse antes de ejecutar las actividades que estén sujetas a aprobación.</w:t>
      </w:r>
    </w:p>
    <w:p w14:paraId="13AFFFF5" w14:textId="77777777" w:rsidR="00273249" w:rsidRDefault="00273249" w:rsidP="006E0D7A">
      <w:pPr>
        <w:spacing w:after="0" w:line="240" w:lineRule="auto"/>
        <w:rPr>
          <w:lang w:val="es-CO"/>
        </w:rPr>
      </w:pPr>
    </w:p>
    <w:p w14:paraId="693F51AB" w14:textId="77777777" w:rsidR="00273249" w:rsidRPr="00273249" w:rsidRDefault="00273249" w:rsidP="006E0D7A">
      <w:pPr>
        <w:spacing w:after="0" w:line="240" w:lineRule="auto"/>
        <w:rPr>
          <w:lang w:val="es-CO"/>
        </w:rPr>
      </w:pPr>
    </w:p>
    <w:p w14:paraId="62065CC7" w14:textId="77777777" w:rsid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p>
    <w:p w14:paraId="1C04A207" w14:textId="77777777" w:rsid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p>
    <w:p w14:paraId="42B84444" w14:textId="77777777" w:rsid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p>
    <w:p w14:paraId="04C1447C" w14:textId="77777777" w:rsid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p>
    <w:p w14:paraId="422EA632" w14:textId="77777777" w:rsid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p>
    <w:p w14:paraId="6AEE018A" w14:textId="1B45CBBE" w:rsidR="00BD57AA" w:rsidRPr="00BD57AA" w:rsidRDefault="00BD57AA" w:rsidP="00BD57AA">
      <w:pPr>
        <w:pStyle w:val="Listaconvietas4"/>
        <w:numPr>
          <w:ilvl w:val="0"/>
          <w:numId w:val="0"/>
        </w:numPr>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ANEXO 1. FORMATO PARA LA PROPUESTA DEL PROYECTO FINAL </w:t>
      </w:r>
    </w:p>
    <w:p w14:paraId="370E4D47" w14:textId="47BDEDE3" w:rsid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p>
    <w:p w14:paraId="04E0AA76" w14:textId="12AAA1CF" w:rsidR="00BD57AA" w:rsidRP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Título del Proyecto Final</w:t>
      </w:r>
    </w:p>
    <w:p w14:paraId="39F817D5" w14:textId="77777777" w:rsidR="00BD57AA" w:rsidRP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 FISI 3989 Proyecto Final – Investigación o monografía</w:t>
      </w:r>
    </w:p>
    <w:p w14:paraId="7DB70B3C" w14:textId="77777777" w:rsidR="00BD57AA" w:rsidRP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Nombre del Autor </w:t>
      </w:r>
    </w:p>
    <w:p w14:paraId="7236FA39" w14:textId="77777777" w:rsidR="00BD57AA" w:rsidRP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Código de estudiante </w:t>
      </w:r>
    </w:p>
    <w:p w14:paraId="422A5F9B" w14:textId="77777777" w:rsidR="00BD57AA" w:rsidRPr="00BD57AA" w:rsidRDefault="00BD57AA" w:rsidP="00BD57AA">
      <w:pPr>
        <w:suppressAutoHyphens/>
        <w:spacing w:after="0" w:line="240" w:lineRule="auto"/>
        <w:jc w:val="center"/>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Director: Nombre del </w:t>
      </w:r>
      <w:proofErr w:type="gramStart"/>
      <w:r w:rsidRPr="00BD57AA">
        <w:rPr>
          <w:rFonts w:ascii="Aptos" w:eastAsia="AR PL SungtiL GB" w:hAnsi="Aptos" w:cs="Lohit Devanagari"/>
          <w:b/>
          <w:bCs/>
          <w:color w:val="1F2937"/>
          <w:kern w:val="2"/>
          <w:szCs w:val="24"/>
          <w:lang w:val="es-ES" w:eastAsia="zh-CN" w:bidi="hi-IN"/>
        </w:rPr>
        <w:t>Director</w:t>
      </w:r>
      <w:proofErr w:type="gramEnd"/>
      <w:r w:rsidRPr="00BD57AA">
        <w:rPr>
          <w:rFonts w:ascii="Aptos" w:eastAsia="AR PL SungtiL GB" w:hAnsi="Aptos" w:cs="Lohit Devanagari"/>
          <w:b/>
          <w:bCs/>
          <w:color w:val="1F2937"/>
          <w:kern w:val="2"/>
          <w:szCs w:val="24"/>
          <w:lang w:val="es-ES" w:eastAsia="zh-CN" w:bidi="hi-IN"/>
        </w:rPr>
        <w:t xml:space="preserve"> </w:t>
      </w:r>
    </w:p>
    <w:p w14:paraId="6EA2A3BC" w14:textId="77777777" w:rsidR="00BD57AA" w:rsidRPr="00BD57AA" w:rsidRDefault="00BD57AA" w:rsidP="00BD57AA">
      <w:pPr>
        <w:suppressAutoHyphens/>
        <w:spacing w:after="0" w:line="240" w:lineRule="auto"/>
        <w:jc w:val="center"/>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Fecha</w:t>
      </w:r>
      <w:r w:rsidRPr="00BD57AA">
        <w:rPr>
          <w:rFonts w:ascii="Aptos" w:eastAsia="AR PL SungtiL GB" w:hAnsi="Aptos" w:cs="Lohit Devanagari"/>
          <w:color w:val="1F2937"/>
          <w:kern w:val="2"/>
          <w:szCs w:val="24"/>
          <w:lang w:val="es-ES" w:eastAsia="zh-CN" w:bidi="hi-IN"/>
        </w:rPr>
        <w:t xml:space="preserve"> </w:t>
      </w:r>
    </w:p>
    <w:p w14:paraId="707048BF" w14:textId="77777777" w:rsidR="00BD57AA" w:rsidRPr="00BD57AA" w:rsidRDefault="00BD57AA" w:rsidP="00BD57AA">
      <w:pPr>
        <w:suppressAutoHyphens/>
        <w:spacing w:after="140" w:line="276" w:lineRule="auto"/>
        <w:jc w:val="center"/>
        <w:rPr>
          <w:rFonts w:eastAsia="AR PL SungtiL GB" w:cs="Lohit Devanagari"/>
          <w:color w:val="1F2937"/>
          <w:kern w:val="2"/>
          <w:szCs w:val="24"/>
          <w:lang w:val="es-ES" w:eastAsia="zh-CN" w:bidi="hi-IN"/>
        </w:rPr>
      </w:pPr>
    </w:p>
    <w:p w14:paraId="1EA3C57E" w14:textId="77777777" w:rsidR="00BD57AA" w:rsidRPr="00BD57AA" w:rsidRDefault="00BD57AA" w:rsidP="00BD57AA">
      <w:pPr>
        <w:numPr>
          <w:ilvl w:val="1"/>
          <w:numId w:val="26"/>
        </w:numPr>
        <w:suppressAutoHyphens/>
        <w:spacing w:after="140" w:line="276" w:lineRule="auto"/>
        <w:rPr>
          <w:rFonts w:ascii="Aptos" w:eastAsia="Aptos" w:hAnsi="Aptos" w:cs="Aptos"/>
          <w:b/>
          <w:bCs/>
          <w:color w:val="1F2937"/>
          <w:szCs w:val="24"/>
          <w:lang w:val="es-ES"/>
        </w:rPr>
      </w:pPr>
      <w:r w:rsidRPr="00BD57AA">
        <w:rPr>
          <w:rFonts w:ascii="Aptos" w:eastAsia="Aptos" w:hAnsi="Aptos" w:cs="Aptos"/>
          <w:b/>
          <w:bCs/>
          <w:color w:val="1F2937"/>
          <w:szCs w:val="24"/>
          <w:lang w:val="es-ES"/>
        </w:rPr>
        <w:t xml:space="preserve">Introducción </w:t>
      </w:r>
    </w:p>
    <w:p w14:paraId="0BDC413A" w14:textId="77777777" w:rsidR="00BD57AA" w:rsidRPr="00BD57AA" w:rsidRDefault="00BD57AA" w:rsidP="00BD57AA">
      <w:pPr>
        <w:suppressAutoHyphens/>
        <w:spacing w:after="140" w:line="276" w:lineRule="auto"/>
        <w:jc w:val="both"/>
        <w:rPr>
          <w:rFonts w:ascii="Aptos" w:eastAsia="Aptos" w:hAnsi="Aptos" w:cs="Aptos"/>
          <w:color w:val="1F2937"/>
          <w:szCs w:val="24"/>
          <w:lang w:val="es-ES"/>
        </w:rPr>
      </w:pPr>
      <w:r w:rsidRPr="00BD57AA">
        <w:rPr>
          <w:rFonts w:ascii="Aptos" w:eastAsia="Aptos" w:hAnsi="Aptos" w:cs="Aptos"/>
          <w:color w:val="1F2937"/>
          <w:szCs w:val="24"/>
          <w:lang w:val="es-ES"/>
        </w:rPr>
        <w:t>Introducción a la propuesta del Proyecto Final. Debe incluir un resumen del estado del arte del problema a tratar, y la justificación del proyecto. También deben aparecer citadas las referencias de la bibliografía. Si se usa la IA a lo largo del documento se deben seguir los lineamientos institucionales para citación con uso de la inteligencia artificial.</w:t>
      </w:r>
    </w:p>
    <w:p w14:paraId="1BBF085E" w14:textId="77777777" w:rsidR="00BD57AA" w:rsidRPr="00BD57AA" w:rsidRDefault="00BD57AA" w:rsidP="00BD57AA">
      <w:pPr>
        <w:suppressAutoHyphens/>
        <w:spacing w:after="140" w:line="276" w:lineRule="auto"/>
        <w:jc w:val="both"/>
        <w:rPr>
          <w:rFonts w:ascii="Aptos" w:eastAsia="Aptos" w:hAnsi="Aptos" w:cs="Aptos"/>
          <w:color w:val="1F2937"/>
          <w:szCs w:val="24"/>
          <w:lang w:val="es-ES"/>
        </w:rPr>
      </w:pPr>
      <w:hyperlink r:id="rId8" w:history="1">
        <w:r w:rsidRPr="00BD57AA">
          <w:rPr>
            <w:rFonts w:ascii="Aptos" w:eastAsia="Aptos" w:hAnsi="Aptos" w:cs="Aptos"/>
            <w:color w:val="467886"/>
            <w:szCs w:val="24"/>
            <w:u w:val="single"/>
            <w:lang w:val="es-ES"/>
          </w:rPr>
          <w:t>https://secretariageneral.uniandes.edu.co/images/documents/lineamientos-uso-inteligencia-artificial-generativa-IAG-uniandes.pdf</w:t>
        </w:r>
      </w:hyperlink>
    </w:p>
    <w:p w14:paraId="0AB0BDC4" w14:textId="77777777" w:rsidR="00BD57AA" w:rsidRPr="00BD57AA" w:rsidRDefault="00BD57AA" w:rsidP="00BD57AA">
      <w:pPr>
        <w:numPr>
          <w:ilvl w:val="1"/>
          <w:numId w:val="26"/>
        </w:numPr>
        <w:suppressAutoHyphens/>
        <w:spacing w:after="140" w:line="276" w:lineRule="auto"/>
        <w:rPr>
          <w:rFonts w:ascii="Aptos" w:eastAsia="Aptos" w:hAnsi="Aptos" w:cs="Aptos"/>
          <w:b/>
          <w:bCs/>
          <w:color w:val="1F2937"/>
          <w:szCs w:val="24"/>
          <w:lang w:val="es-ES"/>
        </w:rPr>
      </w:pPr>
      <w:r w:rsidRPr="00BD57AA">
        <w:rPr>
          <w:rFonts w:ascii="Aptos" w:eastAsia="Aptos" w:hAnsi="Aptos" w:cs="Aptos"/>
          <w:b/>
          <w:bCs/>
          <w:color w:val="1F2937"/>
          <w:szCs w:val="24"/>
          <w:lang w:val="es-ES"/>
        </w:rPr>
        <w:t xml:space="preserve">Objetivo General </w:t>
      </w:r>
    </w:p>
    <w:p w14:paraId="396CC3D9" w14:textId="77777777" w:rsidR="00BD57AA" w:rsidRPr="00BD57AA" w:rsidRDefault="00BD57AA" w:rsidP="00BD57AA">
      <w:pPr>
        <w:suppressAutoHyphens/>
        <w:spacing w:after="140" w:line="276" w:lineRule="auto"/>
        <w:rPr>
          <w:rFonts w:ascii="Aptos" w:eastAsia="Aptos" w:hAnsi="Aptos" w:cs="Aptos"/>
          <w:color w:val="1F2937"/>
          <w:szCs w:val="24"/>
          <w:lang w:val="es-ES"/>
        </w:rPr>
      </w:pPr>
      <w:r w:rsidRPr="00BD57AA">
        <w:rPr>
          <w:rFonts w:ascii="Aptos" w:eastAsia="Aptos" w:hAnsi="Aptos" w:cs="Aptos"/>
          <w:color w:val="1F2937"/>
          <w:szCs w:val="24"/>
          <w:lang w:val="es-ES"/>
        </w:rPr>
        <w:t xml:space="preserve">Objetivo general del trabajo. Empieza con un verbo en infinitivo y medible. </w:t>
      </w:r>
    </w:p>
    <w:p w14:paraId="1CA225CA" w14:textId="77777777" w:rsidR="00BD57AA" w:rsidRPr="00BD57AA" w:rsidRDefault="00BD57AA" w:rsidP="00BD57AA">
      <w:pPr>
        <w:numPr>
          <w:ilvl w:val="1"/>
          <w:numId w:val="26"/>
        </w:numPr>
        <w:suppressAutoHyphens/>
        <w:spacing w:after="140" w:line="276" w:lineRule="auto"/>
        <w:rPr>
          <w:rFonts w:ascii="Aptos" w:eastAsia="Aptos" w:hAnsi="Aptos" w:cs="Aptos"/>
          <w:b/>
          <w:bCs/>
          <w:color w:val="1F2937"/>
          <w:szCs w:val="24"/>
          <w:lang w:val="es-ES"/>
        </w:rPr>
      </w:pPr>
      <w:r w:rsidRPr="00BD57AA">
        <w:rPr>
          <w:rFonts w:ascii="Aptos" w:eastAsia="Aptos" w:hAnsi="Aptos" w:cs="Aptos"/>
          <w:b/>
          <w:bCs/>
          <w:color w:val="1F2937"/>
          <w:szCs w:val="24"/>
          <w:lang w:val="es-ES"/>
        </w:rPr>
        <w:t xml:space="preserve">Objetivos Específicos </w:t>
      </w:r>
    </w:p>
    <w:p w14:paraId="13907494" w14:textId="77777777" w:rsidR="00BD57AA" w:rsidRPr="00BD57AA" w:rsidRDefault="00BD57AA" w:rsidP="00BD57AA">
      <w:pPr>
        <w:suppressAutoHyphens/>
        <w:spacing w:after="140" w:line="276" w:lineRule="auto"/>
        <w:jc w:val="both"/>
        <w:rPr>
          <w:rFonts w:ascii="Aptos" w:eastAsia="Aptos" w:hAnsi="Aptos" w:cs="Aptos"/>
          <w:color w:val="1F2937"/>
          <w:szCs w:val="24"/>
          <w:lang w:val="es-ES"/>
        </w:rPr>
      </w:pPr>
      <w:r w:rsidRPr="00BD57AA">
        <w:rPr>
          <w:rFonts w:ascii="Aptos" w:eastAsia="Aptos" w:hAnsi="Aptos" w:cs="Aptos"/>
          <w:color w:val="1F2937"/>
          <w:szCs w:val="24"/>
          <w:lang w:val="es-ES"/>
        </w:rPr>
        <w:t>Objetivos específicos del trabajo. Empiezan con un verbo en infinitivo y medible. Los objetivos deben ser alcanzables en el tiempo del curso.</w:t>
      </w:r>
    </w:p>
    <w:p w14:paraId="27D4FC1A" w14:textId="77777777" w:rsidR="00BD57AA" w:rsidRPr="00BD57AA" w:rsidRDefault="00BD57AA" w:rsidP="00BD57AA">
      <w:pPr>
        <w:suppressAutoHyphens/>
        <w:spacing w:after="140" w:line="276" w:lineRule="auto"/>
        <w:rPr>
          <w:rFonts w:ascii="Aptos" w:eastAsia="Aptos" w:hAnsi="Aptos" w:cs="Aptos"/>
          <w:color w:val="1F2937"/>
          <w:szCs w:val="24"/>
          <w:lang w:val="es-ES"/>
        </w:rPr>
      </w:pPr>
      <w:r w:rsidRPr="00BD57AA">
        <w:rPr>
          <w:rFonts w:ascii="Aptos" w:eastAsia="Aptos" w:hAnsi="Aptos" w:cs="Aptos"/>
          <w:color w:val="1F2937"/>
          <w:szCs w:val="24"/>
          <w:lang w:val="es-ES"/>
        </w:rPr>
        <w:t xml:space="preserve">· Objetivo 1 </w:t>
      </w:r>
    </w:p>
    <w:p w14:paraId="30D83CF9" w14:textId="77777777" w:rsidR="00BD57AA" w:rsidRPr="00BD57AA" w:rsidRDefault="00BD57AA" w:rsidP="00BD57AA">
      <w:pPr>
        <w:suppressAutoHyphens/>
        <w:spacing w:after="140" w:line="276" w:lineRule="auto"/>
        <w:rPr>
          <w:rFonts w:ascii="Aptos" w:eastAsia="Aptos" w:hAnsi="Aptos" w:cs="Aptos"/>
          <w:color w:val="1F2937"/>
          <w:szCs w:val="24"/>
          <w:lang w:val="es-ES"/>
        </w:rPr>
      </w:pPr>
      <w:r w:rsidRPr="00BD57AA">
        <w:rPr>
          <w:rFonts w:ascii="Aptos" w:eastAsia="Aptos" w:hAnsi="Aptos" w:cs="Aptos"/>
          <w:color w:val="1F2937"/>
          <w:szCs w:val="24"/>
          <w:lang w:val="es-ES"/>
        </w:rPr>
        <w:t xml:space="preserve">· Objetivo 2 </w:t>
      </w:r>
    </w:p>
    <w:p w14:paraId="72A7F9E4" w14:textId="77777777" w:rsidR="00BD57AA" w:rsidRPr="00BD57AA" w:rsidRDefault="00BD57AA" w:rsidP="00BD57AA">
      <w:pPr>
        <w:suppressAutoHyphens/>
        <w:spacing w:after="140" w:line="276" w:lineRule="auto"/>
        <w:rPr>
          <w:rFonts w:ascii="Aptos" w:eastAsia="Aptos" w:hAnsi="Aptos" w:cs="Aptos"/>
          <w:color w:val="1F2937"/>
          <w:szCs w:val="24"/>
          <w:lang w:val="es-ES"/>
        </w:rPr>
      </w:pPr>
      <w:r w:rsidRPr="00BD57AA">
        <w:rPr>
          <w:rFonts w:ascii="Aptos" w:eastAsia="Aptos" w:hAnsi="Aptos" w:cs="Aptos"/>
          <w:color w:val="1F2937"/>
          <w:szCs w:val="24"/>
          <w:lang w:val="es-ES"/>
        </w:rPr>
        <w:t xml:space="preserve">· … </w:t>
      </w:r>
    </w:p>
    <w:p w14:paraId="312A8D13" w14:textId="77777777" w:rsidR="00BD57AA" w:rsidRPr="00BD57AA" w:rsidRDefault="00BD57AA" w:rsidP="00BD57AA">
      <w:pPr>
        <w:numPr>
          <w:ilvl w:val="1"/>
          <w:numId w:val="26"/>
        </w:numPr>
        <w:suppressAutoHyphens/>
        <w:spacing w:after="140" w:line="276" w:lineRule="auto"/>
        <w:rPr>
          <w:rFonts w:ascii="Aptos" w:eastAsia="Aptos" w:hAnsi="Aptos" w:cs="Aptos"/>
          <w:b/>
          <w:bCs/>
          <w:color w:val="1F2937"/>
          <w:szCs w:val="24"/>
          <w:lang w:val="es-ES"/>
        </w:rPr>
      </w:pPr>
      <w:r w:rsidRPr="00BD57AA">
        <w:rPr>
          <w:rFonts w:ascii="Aptos" w:eastAsia="Aptos" w:hAnsi="Aptos" w:cs="Aptos"/>
          <w:b/>
          <w:bCs/>
          <w:color w:val="1F2937"/>
          <w:szCs w:val="24"/>
          <w:lang w:val="es-ES"/>
        </w:rPr>
        <w:t xml:space="preserve">Metodología </w:t>
      </w:r>
    </w:p>
    <w:p w14:paraId="4872E572" w14:textId="77777777" w:rsidR="00BD57AA" w:rsidRPr="00BD57AA" w:rsidRDefault="00BD57AA" w:rsidP="00BD57AA">
      <w:pPr>
        <w:suppressAutoHyphens/>
        <w:spacing w:after="140" w:line="276" w:lineRule="auto"/>
        <w:rPr>
          <w:rFonts w:ascii="Aptos" w:eastAsia="Aptos" w:hAnsi="Aptos" w:cs="Aptos"/>
          <w:color w:val="1F2937"/>
          <w:szCs w:val="24"/>
          <w:lang w:val="es-ES"/>
        </w:rPr>
      </w:pPr>
      <w:r w:rsidRPr="00BD57AA">
        <w:rPr>
          <w:rFonts w:ascii="Aptos" w:eastAsia="Aptos" w:hAnsi="Aptos" w:cs="Aptos"/>
          <w:color w:val="1F2937"/>
          <w:szCs w:val="24"/>
          <w:lang w:val="es-ES"/>
        </w:rPr>
        <w:t>Exponer DETALLADAMENTE la metodología que se usará en el Proyecto Final.</w:t>
      </w:r>
    </w:p>
    <w:p w14:paraId="7AD9348E" w14:textId="77777777" w:rsidR="00BD57AA" w:rsidRPr="00BD57AA" w:rsidRDefault="00BD57AA" w:rsidP="00BD57AA">
      <w:pPr>
        <w:suppressAutoHyphens/>
        <w:spacing w:after="140" w:line="276" w:lineRule="auto"/>
        <w:jc w:val="both"/>
        <w:rPr>
          <w:rFonts w:ascii="Aptos" w:eastAsia="Aptos" w:hAnsi="Aptos" w:cs="Aptos"/>
          <w:color w:val="1F2937"/>
          <w:szCs w:val="24"/>
          <w:lang w:val="es-ES"/>
        </w:rPr>
      </w:pPr>
      <w:r w:rsidRPr="00BD57AA">
        <w:rPr>
          <w:rFonts w:ascii="Aptos" w:eastAsia="Aptos" w:hAnsi="Aptos" w:cs="Aptos"/>
          <w:color w:val="1F2937"/>
          <w:szCs w:val="24"/>
          <w:lang w:val="es-ES"/>
        </w:rPr>
        <w:t xml:space="preserve">Para un proyecto con perfil teórico, computacional o de revisión bibliográfica se debe incluir información que dé respuesta a preguntas como: ¿Cómo se harán los cálculos teóricos? ¿Cómo se harán las simulaciones? ¿Qué requerimientos computacionales se necesitan? ¿Qué espacios físicos o virtuales se van a utilizar? ¿De dónde se obtendrán los datos a utilizar? </w:t>
      </w:r>
    </w:p>
    <w:p w14:paraId="79C22C3C" w14:textId="77777777" w:rsidR="00BD57AA" w:rsidRPr="00BD57AA" w:rsidRDefault="00BD57AA" w:rsidP="00BD57AA">
      <w:pPr>
        <w:suppressAutoHyphens/>
        <w:spacing w:after="140" w:line="276" w:lineRule="auto"/>
        <w:jc w:val="both"/>
        <w:rPr>
          <w:rFonts w:ascii="Aptos" w:eastAsia="Aptos" w:hAnsi="Aptos" w:cs="Aptos"/>
          <w:color w:val="1F2937"/>
          <w:szCs w:val="24"/>
          <w:lang w:val="es-ES"/>
        </w:rPr>
      </w:pPr>
      <w:r w:rsidRPr="00BD57AA">
        <w:rPr>
          <w:rFonts w:ascii="Aptos" w:eastAsia="Aptos" w:hAnsi="Aptos" w:cs="Aptos"/>
          <w:color w:val="1F2937"/>
          <w:szCs w:val="24"/>
          <w:lang w:val="es-ES"/>
        </w:rPr>
        <w:t xml:space="preserve">Si el proyecto es experimental debe tenerse en cuenta que para que se apruebe la propuesta, los aparatos e insumos experimentales que se usarán en el proyecto deben estar previamente disponibles en la Universidad, o garantizar su disponibilidad para el tiempo en el que se realizará la misma. En esta sección se debe dar respuesta a preguntas como ¿Qué montajes experimentales se van a usar y qué materiales se requieren? ¿En qué espacio físico se llevarán a cabo los experimentos? Si se usan aparatos externos, ¿qué permisos se necesitan? Si hay que realizar pagos a terceros, ¿cómo se financiará esto? </w:t>
      </w:r>
    </w:p>
    <w:p w14:paraId="2927F55B" w14:textId="77777777" w:rsidR="00BD57AA" w:rsidRPr="00BD57AA" w:rsidRDefault="00BD57AA" w:rsidP="00BD57AA">
      <w:pPr>
        <w:numPr>
          <w:ilvl w:val="1"/>
          <w:numId w:val="26"/>
        </w:numPr>
        <w:suppressAutoHyphens/>
        <w:spacing w:after="140" w:line="276" w:lineRule="auto"/>
        <w:rPr>
          <w:rFonts w:ascii="Aptos" w:eastAsia="Aptos" w:hAnsi="Aptos" w:cs="Aptos"/>
          <w:b/>
          <w:bCs/>
          <w:color w:val="1F2937"/>
          <w:szCs w:val="24"/>
          <w:lang w:val="es-ES"/>
        </w:rPr>
      </w:pPr>
      <w:r w:rsidRPr="00BD57AA">
        <w:rPr>
          <w:rFonts w:ascii="Aptos" w:eastAsia="Aptos" w:hAnsi="Aptos" w:cs="Aptos"/>
          <w:b/>
          <w:bCs/>
          <w:color w:val="1F2937"/>
          <w:szCs w:val="24"/>
          <w:lang w:val="es-ES"/>
        </w:rPr>
        <w:t xml:space="preserve">Consideraciones Éticas </w:t>
      </w:r>
    </w:p>
    <w:p w14:paraId="7CFC6BC3" w14:textId="77777777" w:rsidR="00BD57AA" w:rsidRPr="00BD57AA" w:rsidRDefault="00BD57AA" w:rsidP="00BD57AA">
      <w:pPr>
        <w:suppressAutoHyphens/>
        <w:spacing w:after="140" w:line="276" w:lineRule="auto"/>
        <w:jc w:val="both"/>
        <w:rPr>
          <w:rFonts w:ascii="Aptos" w:eastAsia="Aptos" w:hAnsi="Aptos" w:cs="Aptos"/>
          <w:color w:val="1F2937"/>
          <w:szCs w:val="24"/>
          <w:lang w:val="es-ES"/>
        </w:rPr>
      </w:pPr>
      <w:r w:rsidRPr="00BD57AA">
        <w:rPr>
          <w:rFonts w:ascii="Aptos" w:eastAsia="Aptos" w:hAnsi="Aptos" w:cs="Aptos"/>
          <w:color w:val="1F2937"/>
          <w:szCs w:val="24"/>
          <w:lang w:val="es-ES"/>
        </w:rPr>
        <w:lastRenderedPageBreak/>
        <w:t>Esta sección debe incluir los detalles relacionados con aspectos éticos involucrados en el proyecto. Por ejemplo, se puede describir el protocolo establecido para el manejo de datos de manera que se asegure que no habrá manipulación de la información, ni habrá plagio de los mismos.  Es el espacio también para mencionar el uso de la IA de acuerdo con los lineamientos institucionales mencionados previamente. También se puede tener en cuenta si hay algún conflicto de intereses involucrado en el desarrollo del proyecto o se puede detallar si el trabajo está relacionado con las actividades y poblaciones humanas mencionadas en el siguiente enlace</w:t>
      </w:r>
    </w:p>
    <w:p w14:paraId="7ABF1185" w14:textId="77777777" w:rsidR="00BD57AA" w:rsidRPr="00BD57AA" w:rsidRDefault="00BD57AA" w:rsidP="00BD57AA">
      <w:pPr>
        <w:suppressAutoHyphens/>
        <w:spacing w:after="140" w:line="276" w:lineRule="auto"/>
        <w:jc w:val="both"/>
        <w:rPr>
          <w:rFonts w:ascii="Aptos" w:eastAsia="Aptos" w:hAnsi="Aptos" w:cs="Aptos"/>
          <w:color w:val="1F2937"/>
          <w:szCs w:val="24"/>
          <w:lang w:val="es-ES"/>
        </w:rPr>
      </w:pPr>
      <w:r w:rsidRPr="00BD57AA">
        <w:rPr>
          <w:rFonts w:ascii="Aptos" w:eastAsia="Aptos" w:hAnsi="Aptos" w:cs="Aptos"/>
          <w:color w:val="1F2937"/>
          <w:szCs w:val="24"/>
          <w:lang w:val="es-ES"/>
        </w:rPr>
        <w:t xml:space="preserve"> https://ciencias.uniandes.edu.co/investigacion/comite-de-etica. </w:t>
      </w:r>
    </w:p>
    <w:p w14:paraId="0F101AEC" w14:textId="77777777" w:rsidR="00BD57AA" w:rsidRPr="00BD57AA" w:rsidRDefault="00BD57AA" w:rsidP="00BD57AA">
      <w:pPr>
        <w:suppressAutoHyphens/>
        <w:spacing w:after="140" w:line="276" w:lineRule="auto"/>
        <w:jc w:val="both"/>
        <w:rPr>
          <w:rFonts w:ascii="Aptos" w:eastAsia="Aptos" w:hAnsi="Aptos" w:cs="Aptos"/>
          <w:color w:val="1F2937"/>
          <w:szCs w:val="24"/>
          <w:lang w:val="es-ES"/>
        </w:rPr>
      </w:pPr>
      <w:r w:rsidRPr="00BD57AA">
        <w:rPr>
          <w:rFonts w:ascii="Aptos" w:eastAsia="Aptos" w:hAnsi="Aptos" w:cs="Aptos"/>
          <w:color w:val="1F2937"/>
          <w:szCs w:val="24"/>
          <w:lang w:val="es-ES"/>
        </w:rPr>
        <w:t>Es importante tener en cuenta que esta sección debe incluir una frase explícita sobre si el proyecto debe pasar o no a estudio del comité de ética de la Facultad de Ciencias. Además, aunque no se debe escribir un texto específico al respecto, el documento escrito debe aplicar las consideraciones éticas asociadas a citación, manejo de datos y presentación de resultados.</w:t>
      </w:r>
    </w:p>
    <w:p w14:paraId="77E59018" w14:textId="77777777" w:rsidR="00BD57AA" w:rsidRPr="00BD57AA" w:rsidRDefault="00BD57AA" w:rsidP="00BD57AA">
      <w:pPr>
        <w:numPr>
          <w:ilvl w:val="1"/>
          <w:numId w:val="26"/>
        </w:numPr>
        <w:suppressAutoHyphens/>
        <w:spacing w:after="140" w:line="276" w:lineRule="auto"/>
        <w:jc w:val="both"/>
        <w:rPr>
          <w:rFonts w:ascii="Aptos" w:eastAsia="Aptos" w:hAnsi="Aptos" w:cs="Aptos"/>
          <w:b/>
          <w:bCs/>
          <w:color w:val="1F2937"/>
          <w:szCs w:val="24"/>
          <w:lang w:val="es-ES"/>
        </w:rPr>
      </w:pPr>
      <w:r w:rsidRPr="00BD57AA">
        <w:rPr>
          <w:rFonts w:ascii="Aptos" w:eastAsia="Aptos" w:hAnsi="Aptos" w:cs="Aptos"/>
          <w:b/>
          <w:bCs/>
          <w:color w:val="1F2937"/>
          <w:szCs w:val="24"/>
          <w:lang w:val="es-ES"/>
        </w:rPr>
        <w:t>Cronograma de trabajo</w:t>
      </w:r>
    </w:p>
    <w:p w14:paraId="3CD5EA0C" w14:textId="77777777" w:rsidR="00BD57AA" w:rsidRPr="00BD57AA" w:rsidRDefault="00BD57AA" w:rsidP="00BD57AA">
      <w:pPr>
        <w:suppressAutoHyphens/>
        <w:spacing w:after="140" w:line="276" w:lineRule="auto"/>
        <w:ind w:left="720"/>
        <w:rPr>
          <w:rFonts w:ascii="Aptos" w:eastAsia="Aptos" w:hAnsi="Aptos" w:cs="Aptos"/>
          <w:b/>
          <w:bCs/>
          <w:color w:val="1F2937"/>
          <w:szCs w:val="24"/>
          <w:lang w:val="es-ES"/>
        </w:rPr>
      </w:pPr>
    </w:p>
    <w:tbl>
      <w:tblPr>
        <w:tblW w:w="9350" w:type="dxa"/>
        <w:jc w:val="center"/>
        <w:tblLook w:val="04A0" w:firstRow="1" w:lastRow="0" w:firstColumn="1" w:lastColumn="0" w:noHBand="0" w:noVBand="1"/>
      </w:tblPr>
      <w:tblGrid>
        <w:gridCol w:w="2556"/>
        <w:gridCol w:w="414"/>
        <w:gridCol w:w="414"/>
        <w:gridCol w:w="415"/>
        <w:gridCol w:w="416"/>
        <w:gridCol w:w="415"/>
        <w:gridCol w:w="415"/>
        <w:gridCol w:w="415"/>
        <w:gridCol w:w="414"/>
        <w:gridCol w:w="414"/>
        <w:gridCol w:w="439"/>
        <w:gridCol w:w="428"/>
        <w:gridCol w:w="439"/>
        <w:gridCol w:w="439"/>
        <w:gridCol w:w="439"/>
        <w:gridCol w:w="439"/>
        <w:gridCol w:w="439"/>
      </w:tblGrid>
      <w:tr w:rsidR="00BD57AA" w:rsidRPr="00BD57AA" w14:paraId="6AEBD666" w14:textId="77777777" w:rsidTr="002E4C21">
        <w:trPr>
          <w:jc w:val="center"/>
        </w:trPr>
        <w:tc>
          <w:tcPr>
            <w:tcW w:w="2627" w:type="dxa"/>
          </w:tcPr>
          <w:p w14:paraId="7580959D"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Tareas \ Semanas</w:t>
            </w:r>
          </w:p>
        </w:tc>
        <w:tc>
          <w:tcPr>
            <w:tcW w:w="417" w:type="dxa"/>
          </w:tcPr>
          <w:p w14:paraId="60F89E45"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1</w:t>
            </w:r>
          </w:p>
        </w:tc>
        <w:tc>
          <w:tcPr>
            <w:tcW w:w="417" w:type="dxa"/>
          </w:tcPr>
          <w:p w14:paraId="3CDCAF2F"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2</w:t>
            </w:r>
          </w:p>
        </w:tc>
        <w:tc>
          <w:tcPr>
            <w:tcW w:w="418" w:type="dxa"/>
          </w:tcPr>
          <w:p w14:paraId="79396A0C"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3</w:t>
            </w:r>
          </w:p>
        </w:tc>
        <w:tc>
          <w:tcPr>
            <w:tcW w:w="419" w:type="dxa"/>
          </w:tcPr>
          <w:p w14:paraId="2AA6559B"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4</w:t>
            </w:r>
          </w:p>
        </w:tc>
        <w:tc>
          <w:tcPr>
            <w:tcW w:w="418" w:type="dxa"/>
          </w:tcPr>
          <w:p w14:paraId="4A2EEFE7"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5</w:t>
            </w:r>
          </w:p>
        </w:tc>
        <w:tc>
          <w:tcPr>
            <w:tcW w:w="418" w:type="dxa"/>
          </w:tcPr>
          <w:p w14:paraId="05B64D89"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6</w:t>
            </w:r>
          </w:p>
        </w:tc>
        <w:tc>
          <w:tcPr>
            <w:tcW w:w="418" w:type="dxa"/>
          </w:tcPr>
          <w:p w14:paraId="3DC9215D"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7</w:t>
            </w:r>
          </w:p>
        </w:tc>
        <w:tc>
          <w:tcPr>
            <w:tcW w:w="417" w:type="dxa"/>
          </w:tcPr>
          <w:p w14:paraId="6811C72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8</w:t>
            </w:r>
          </w:p>
        </w:tc>
        <w:tc>
          <w:tcPr>
            <w:tcW w:w="417" w:type="dxa"/>
          </w:tcPr>
          <w:p w14:paraId="0D11D8E5"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9</w:t>
            </w:r>
          </w:p>
        </w:tc>
        <w:tc>
          <w:tcPr>
            <w:tcW w:w="425" w:type="dxa"/>
          </w:tcPr>
          <w:p w14:paraId="00BA85BD"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10</w:t>
            </w:r>
          </w:p>
        </w:tc>
        <w:tc>
          <w:tcPr>
            <w:tcW w:w="424" w:type="dxa"/>
          </w:tcPr>
          <w:p w14:paraId="0EA94E2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11</w:t>
            </w:r>
          </w:p>
        </w:tc>
        <w:tc>
          <w:tcPr>
            <w:tcW w:w="426" w:type="dxa"/>
          </w:tcPr>
          <w:p w14:paraId="1027BAE9"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12</w:t>
            </w:r>
          </w:p>
        </w:tc>
        <w:tc>
          <w:tcPr>
            <w:tcW w:w="423" w:type="dxa"/>
          </w:tcPr>
          <w:p w14:paraId="5F3A36FA"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13</w:t>
            </w:r>
          </w:p>
        </w:tc>
        <w:tc>
          <w:tcPr>
            <w:tcW w:w="427" w:type="dxa"/>
          </w:tcPr>
          <w:p w14:paraId="575BEB19"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14</w:t>
            </w:r>
          </w:p>
        </w:tc>
        <w:tc>
          <w:tcPr>
            <w:tcW w:w="423" w:type="dxa"/>
          </w:tcPr>
          <w:p w14:paraId="7C57112B"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15</w:t>
            </w:r>
          </w:p>
        </w:tc>
        <w:tc>
          <w:tcPr>
            <w:tcW w:w="416" w:type="dxa"/>
          </w:tcPr>
          <w:p w14:paraId="333A9ED3"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b/>
                <w:color w:val="1F2937"/>
                <w:kern w:val="2"/>
                <w:sz w:val="20"/>
                <w:szCs w:val="20"/>
                <w:lang w:val="es-ES" w:eastAsia="zh-CN" w:bidi="hi-IN"/>
              </w:rPr>
              <w:t>16</w:t>
            </w:r>
          </w:p>
        </w:tc>
      </w:tr>
      <w:tr w:rsidR="00BD57AA" w:rsidRPr="00BD57AA" w14:paraId="74547104" w14:textId="77777777" w:rsidTr="002E4C21">
        <w:trPr>
          <w:jc w:val="center"/>
        </w:trPr>
        <w:tc>
          <w:tcPr>
            <w:tcW w:w="2627" w:type="dxa"/>
          </w:tcPr>
          <w:p w14:paraId="748CE769"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1</w:t>
            </w:r>
          </w:p>
        </w:tc>
        <w:tc>
          <w:tcPr>
            <w:tcW w:w="417" w:type="dxa"/>
          </w:tcPr>
          <w:p w14:paraId="5C9697C3"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7" w:type="dxa"/>
          </w:tcPr>
          <w:p w14:paraId="1848EDFB"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40DE7D5E"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9" w:type="dxa"/>
          </w:tcPr>
          <w:p w14:paraId="327C480E"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8" w:type="dxa"/>
          </w:tcPr>
          <w:p w14:paraId="64E510CF"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8" w:type="dxa"/>
          </w:tcPr>
          <w:p w14:paraId="42C2B93B"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8" w:type="dxa"/>
          </w:tcPr>
          <w:p w14:paraId="4348D2B7"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7" w:type="dxa"/>
          </w:tcPr>
          <w:p w14:paraId="5BC89EDB"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7" w:type="dxa"/>
          </w:tcPr>
          <w:p w14:paraId="3A83125F"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5" w:type="dxa"/>
          </w:tcPr>
          <w:p w14:paraId="5164A60B"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4" w:type="dxa"/>
          </w:tcPr>
          <w:p w14:paraId="1D42E48A"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6" w:type="dxa"/>
          </w:tcPr>
          <w:p w14:paraId="2A46553B"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3" w:type="dxa"/>
          </w:tcPr>
          <w:p w14:paraId="67407CC4"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7" w:type="dxa"/>
          </w:tcPr>
          <w:p w14:paraId="2FFF5E38"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3" w:type="dxa"/>
          </w:tcPr>
          <w:p w14:paraId="72CE5D3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6" w:type="dxa"/>
          </w:tcPr>
          <w:p w14:paraId="71DADCC5"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r>
      <w:tr w:rsidR="00BD57AA" w:rsidRPr="00BD57AA" w14:paraId="24676EAD" w14:textId="77777777" w:rsidTr="002E4C21">
        <w:trPr>
          <w:jc w:val="center"/>
        </w:trPr>
        <w:tc>
          <w:tcPr>
            <w:tcW w:w="2627" w:type="dxa"/>
          </w:tcPr>
          <w:p w14:paraId="6680A59B"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2</w:t>
            </w:r>
          </w:p>
        </w:tc>
        <w:tc>
          <w:tcPr>
            <w:tcW w:w="417" w:type="dxa"/>
          </w:tcPr>
          <w:p w14:paraId="705E0E9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7" w:type="dxa"/>
          </w:tcPr>
          <w:p w14:paraId="6362842E"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5575C3EF"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9" w:type="dxa"/>
          </w:tcPr>
          <w:p w14:paraId="21EA7EE5"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8" w:type="dxa"/>
          </w:tcPr>
          <w:p w14:paraId="3C12CD37"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38578F6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1224FC6C"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7" w:type="dxa"/>
          </w:tcPr>
          <w:p w14:paraId="2FF46FD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7" w:type="dxa"/>
          </w:tcPr>
          <w:p w14:paraId="4F732BD9"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5" w:type="dxa"/>
          </w:tcPr>
          <w:p w14:paraId="10660C23"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4" w:type="dxa"/>
          </w:tcPr>
          <w:p w14:paraId="35EC4832"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6" w:type="dxa"/>
          </w:tcPr>
          <w:p w14:paraId="449A89D2"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3" w:type="dxa"/>
          </w:tcPr>
          <w:p w14:paraId="77A60717"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7" w:type="dxa"/>
          </w:tcPr>
          <w:p w14:paraId="376AFA5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3" w:type="dxa"/>
          </w:tcPr>
          <w:p w14:paraId="1E128E2F"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6" w:type="dxa"/>
          </w:tcPr>
          <w:p w14:paraId="48E56BDA"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r>
      <w:tr w:rsidR="00BD57AA" w:rsidRPr="00BD57AA" w14:paraId="34CE0B07" w14:textId="77777777" w:rsidTr="002E4C21">
        <w:trPr>
          <w:jc w:val="center"/>
        </w:trPr>
        <w:tc>
          <w:tcPr>
            <w:tcW w:w="2627" w:type="dxa"/>
          </w:tcPr>
          <w:p w14:paraId="2F0DAC94"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3</w:t>
            </w:r>
          </w:p>
        </w:tc>
        <w:tc>
          <w:tcPr>
            <w:tcW w:w="417" w:type="dxa"/>
          </w:tcPr>
          <w:p w14:paraId="3AA2796A"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7" w:type="dxa"/>
          </w:tcPr>
          <w:p w14:paraId="0618B493"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8" w:type="dxa"/>
          </w:tcPr>
          <w:p w14:paraId="7CD40F71"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9" w:type="dxa"/>
          </w:tcPr>
          <w:p w14:paraId="6E614A0C"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2562B30F"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8" w:type="dxa"/>
          </w:tcPr>
          <w:p w14:paraId="567C144C"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8" w:type="dxa"/>
          </w:tcPr>
          <w:p w14:paraId="71239D3E"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7" w:type="dxa"/>
          </w:tcPr>
          <w:p w14:paraId="7E545A77"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7" w:type="dxa"/>
          </w:tcPr>
          <w:p w14:paraId="051F8CAF"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5" w:type="dxa"/>
          </w:tcPr>
          <w:p w14:paraId="2664B605"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4" w:type="dxa"/>
          </w:tcPr>
          <w:p w14:paraId="00A7AA3F"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6" w:type="dxa"/>
          </w:tcPr>
          <w:p w14:paraId="3B3AF0DA"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3" w:type="dxa"/>
          </w:tcPr>
          <w:p w14:paraId="5F36BD5A"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7" w:type="dxa"/>
          </w:tcPr>
          <w:p w14:paraId="520B090D"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3" w:type="dxa"/>
          </w:tcPr>
          <w:p w14:paraId="0C670C05"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6" w:type="dxa"/>
          </w:tcPr>
          <w:p w14:paraId="6844DC8D"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r>
      <w:tr w:rsidR="00BD57AA" w:rsidRPr="00BD57AA" w14:paraId="050E5930" w14:textId="77777777" w:rsidTr="002E4C21">
        <w:trPr>
          <w:jc w:val="center"/>
        </w:trPr>
        <w:tc>
          <w:tcPr>
            <w:tcW w:w="2627" w:type="dxa"/>
          </w:tcPr>
          <w:p w14:paraId="5F89E468"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4</w:t>
            </w:r>
          </w:p>
        </w:tc>
        <w:tc>
          <w:tcPr>
            <w:tcW w:w="417" w:type="dxa"/>
          </w:tcPr>
          <w:p w14:paraId="480C53F4"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7" w:type="dxa"/>
          </w:tcPr>
          <w:p w14:paraId="1BFDA03E"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6BF933E0"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9" w:type="dxa"/>
          </w:tcPr>
          <w:p w14:paraId="524811E8"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31E3E319"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0E8C0C8D"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2DCA483A"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7" w:type="dxa"/>
          </w:tcPr>
          <w:p w14:paraId="4441AC17"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7" w:type="dxa"/>
          </w:tcPr>
          <w:p w14:paraId="2673D21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5" w:type="dxa"/>
          </w:tcPr>
          <w:p w14:paraId="444F66C4"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4" w:type="dxa"/>
          </w:tcPr>
          <w:p w14:paraId="35263FB3"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6" w:type="dxa"/>
          </w:tcPr>
          <w:p w14:paraId="17668F58"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3" w:type="dxa"/>
          </w:tcPr>
          <w:p w14:paraId="5495EA3A"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7" w:type="dxa"/>
          </w:tcPr>
          <w:p w14:paraId="164782F2"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3" w:type="dxa"/>
          </w:tcPr>
          <w:p w14:paraId="50774984"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6" w:type="dxa"/>
          </w:tcPr>
          <w:p w14:paraId="0B4C315C"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r>
      <w:tr w:rsidR="00BD57AA" w:rsidRPr="00BD57AA" w14:paraId="36B8D723" w14:textId="77777777" w:rsidTr="002E4C21">
        <w:trPr>
          <w:jc w:val="center"/>
        </w:trPr>
        <w:tc>
          <w:tcPr>
            <w:tcW w:w="2627" w:type="dxa"/>
          </w:tcPr>
          <w:p w14:paraId="128033D9"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5</w:t>
            </w:r>
          </w:p>
        </w:tc>
        <w:tc>
          <w:tcPr>
            <w:tcW w:w="417" w:type="dxa"/>
          </w:tcPr>
          <w:p w14:paraId="5B51C227"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7" w:type="dxa"/>
          </w:tcPr>
          <w:p w14:paraId="6A924674"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8" w:type="dxa"/>
          </w:tcPr>
          <w:p w14:paraId="08A5CCC0"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9" w:type="dxa"/>
          </w:tcPr>
          <w:p w14:paraId="5BAC97D9"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8" w:type="dxa"/>
          </w:tcPr>
          <w:p w14:paraId="074A3F38"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4668039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8" w:type="dxa"/>
          </w:tcPr>
          <w:p w14:paraId="1F5E6CD5"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7" w:type="dxa"/>
          </w:tcPr>
          <w:p w14:paraId="0481EAF8"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17" w:type="dxa"/>
          </w:tcPr>
          <w:p w14:paraId="071FD96E"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5" w:type="dxa"/>
          </w:tcPr>
          <w:p w14:paraId="6BE50050"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4" w:type="dxa"/>
          </w:tcPr>
          <w:p w14:paraId="4B49F579"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Palatino Linotype" w:eastAsia="Times New Roman" w:hAnsi="Palatino Linotype" w:cs="Courier New"/>
                <w:color w:val="1F2937"/>
                <w:kern w:val="2"/>
                <w:sz w:val="20"/>
                <w:szCs w:val="20"/>
                <w:lang w:val="es-ES" w:eastAsia="zh-CN" w:bidi="hi-IN"/>
              </w:rPr>
            </w:pPr>
          </w:p>
        </w:tc>
        <w:tc>
          <w:tcPr>
            <w:tcW w:w="426" w:type="dxa"/>
          </w:tcPr>
          <w:p w14:paraId="6F5AF8E6"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3" w:type="dxa"/>
          </w:tcPr>
          <w:p w14:paraId="100B7682"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7" w:type="dxa"/>
          </w:tcPr>
          <w:p w14:paraId="22CE22E2"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23" w:type="dxa"/>
          </w:tcPr>
          <w:p w14:paraId="591D00C8"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c>
          <w:tcPr>
            <w:tcW w:w="416" w:type="dxa"/>
          </w:tcPr>
          <w:p w14:paraId="48B3D9D7" w14:textId="77777777" w:rsidR="00BD57AA" w:rsidRPr="00BD57AA" w:rsidRDefault="00BD57AA" w:rsidP="00BD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AR PL SungtiL GB" w:cs="Lohit Devanagari"/>
                <w:color w:val="1F2937"/>
                <w:kern w:val="2"/>
                <w:szCs w:val="24"/>
                <w:lang w:val="es-ES" w:eastAsia="zh-CN" w:bidi="hi-IN"/>
              </w:rPr>
            </w:pPr>
            <w:r w:rsidRPr="00BD57AA">
              <w:rPr>
                <w:rFonts w:eastAsia="Times New Roman" w:cs="Courier New"/>
                <w:color w:val="1F2937"/>
                <w:kern w:val="2"/>
                <w:sz w:val="20"/>
                <w:szCs w:val="20"/>
                <w:lang w:val="es-ES" w:eastAsia="zh-CN" w:bidi="hi-IN"/>
              </w:rPr>
              <w:t>X</w:t>
            </w:r>
          </w:p>
        </w:tc>
      </w:tr>
    </w:tbl>
    <w:p w14:paraId="6C221EDF"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eastAsia="AR PL SungtiL GB" w:cs="Lohit Devanagari"/>
          <w:color w:val="1F2937"/>
          <w:kern w:val="2"/>
          <w:szCs w:val="24"/>
          <w:lang w:val="es-ES" w:eastAsia="zh-CN" w:bidi="hi-IN"/>
        </w:rPr>
        <w:t xml:space="preserve">· </w:t>
      </w:r>
      <w:r w:rsidRPr="00BD57AA">
        <w:rPr>
          <w:rFonts w:ascii="Aptos" w:eastAsia="AR PL SungtiL GB" w:hAnsi="Aptos" w:cs="Lohit Devanagari"/>
          <w:color w:val="1F2937"/>
          <w:kern w:val="2"/>
          <w:szCs w:val="24"/>
          <w:lang w:val="es-ES" w:eastAsia="zh-CN" w:bidi="hi-IN"/>
        </w:rPr>
        <w:t xml:space="preserve">Tarea 1: Descripción de la tarea 1 </w:t>
      </w:r>
    </w:p>
    <w:p w14:paraId="740743F3"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 Tarea 2: Descripción de la tarea 2 </w:t>
      </w:r>
    </w:p>
    <w:p w14:paraId="55C6B3B1"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 Tarea 3: Descripción de la tarea 3 </w:t>
      </w:r>
    </w:p>
    <w:p w14:paraId="42E8753A" w14:textId="77777777" w:rsidR="00BD57AA" w:rsidRPr="00BD57AA" w:rsidRDefault="00BD57AA" w:rsidP="00BD57AA">
      <w:pPr>
        <w:suppressAutoHyphens/>
        <w:spacing w:after="140" w:line="276" w:lineRule="auto"/>
        <w:rPr>
          <w:rFonts w:eastAsia="AR PL SungtiL GB" w:cs="Lohit Devanagari"/>
          <w:color w:val="1F2937"/>
          <w:kern w:val="2"/>
          <w:szCs w:val="24"/>
          <w:lang w:val="es-ES" w:eastAsia="zh-CN" w:bidi="hi-IN"/>
        </w:rPr>
      </w:pPr>
      <w:r w:rsidRPr="00BD57AA">
        <w:rPr>
          <w:rFonts w:eastAsia="AR PL SungtiL GB" w:cs="Lohit Devanagari"/>
          <w:color w:val="1F2937"/>
          <w:kern w:val="2"/>
          <w:szCs w:val="24"/>
          <w:lang w:val="es-ES" w:eastAsia="zh-CN" w:bidi="hi-IN"/>
        </w:rPr>
        <w:t xml:space="preserve">· … </w:t>
      </w:r>
    </w:p>
    <w:p w14:paraId="6AE6096F" w14:textId="77777777" w:rsidR="00BD57AA" w:rsidRPr="00BD57AA" w:rsidRDefault="00BD57AA" w:rsidP="00BD57AA">
      <w:pPr>
        <w:numPr>
          <w:ilvl w:val="1"/>
          <w:numId w:val="26"/>
        </w:numPr>
        <w:suppressAutoHyphens/>
        <w:spacing w:after="140" w:line="276" w:lineRule="auto"/>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Personas Conocedoras del Tema </w:t>
      </w:r>
    </w:p>
    <w:p w14:paraId="1604DF96"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000000"/>
          <w:kern w:val="2"/>
          <w:szCs w:val="24"/>
          <w:lang w:val="es-ES" w:eastAsia="zh-CN" w:bidi="hi-IN"/>
        </w:rPr>
        <w:t>Nombres de 2 o 3 personas que conozcan del tema.  Pueden ser profesores de planta de la Universidad de los Andes o investigadores activos con doctorado, pertenecientes a la Universidad de los Andes o a otra institución. Ninguno de ellos puede ser el director del proyecto.</w:t>
      </w:r>
    </w:p>
    <w:p w14:paraId="5402457F"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 Nombre de profesor 1 (Institución de afiliación 1, correo electrónico de contacto) </w:t>
      </w:r>
    </w:p>
    <w:p w14:paraId="76310854"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 Nombre de profesor 2 (Institución de afiliación 2, correo electrónico de </w:t>
      </w:r>
      <w:proofErr w:type="gramStart"/>
      <w:r w:rsidRPr="00BD57AA">
        <w:rPr>
          <w:rFonts w:ascii="Aptos" w:eastAsia="AR PL SungtiL GB" w:hAnsi="Aptos" w:cs="Lohit Devanagari"/>
          <w:color w:val="1F2937"/>
          <w:kern w:val="2"/>
          <w:szCs w:val="24"/>
          <w:lang w:val="es-ES" w:eastAsia="zh-CN" w:bidi="hi-IN"/>
        </w:rPr>
        <w:t>contacto )</w:t>
      </w:r>
      <w:proofErr w:type="gramEnd"/>
      <w:r w:rsidRPr="00BD57AA">
        <w:rPr>
          <w:rFonts w:ascii="Aptos" w:eastAsia="AR PL SungtiL GB" w:hAnsi="Aptos" w:cs="Lohit Devanagari"/>
          <w:color w:val="1F2937"/>
          <w:kern w:val="2"/>
          <w:szCs w:val="24"/>
          <w:lang w:val="es-ES" w:eastAsia="zh-CN" w:bidi="hi-IN"/>
        </w:rPr>
        <w:t xml:space="preserve"> </w:t>
      </w:r>
    </w:p>
    <w:p w14:paraId="52196DA2"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 Nombre de profesor 3 </w:t>
      </w:r>
      <w:proofErr w:type="gramStart"/>
      <w:r w:rsidRPr="00BD57AA">
        <w:rPr>
          <w:rFonts w:ascii="Aptos" w:eastAsia="AR PL SungtiL GB" w:hAnsi="Aptos" w:cs="Lohit Devanagari"/>
          <w:color w:val="1F2937"/>
          <w:kern w:val="2"/>
          <w:szCs w:val="24"/>
          <w:lang w:val="es-ES" w:eastAsia="zh-CN" w:bidi="hi-IN"/>
        </w:rPr>
        <w:t>( Institución</w:t>
      </w:r>
      <w:proofErr w:type="gramEnd"/>
      <w:r w:rsidRPr="00BD57AA">
        <w:rPr>
          <w:rFonts w:ascii="Aptos" w:eastAsia="AR PL SungtiL GB" w:hAnsi="Aptos" w:cs="Lohit Devanagari"/>
          <w:color w:val="1F2937"/>
          <w:kern w:val="2"/>
          <w:szCs w:val="24"/>
          <w:lang w:val="es-ES" w:eastAsia="zh-CN" w:bidi="hi-IN"/>
        </w:rPr>
        <w:t xml:space="preserve"> de afiliación 3, correo electrónico de contacto) </w:t>
      </w:r>
    </w:p>
    <w:p w14:paraId="348FC814"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eastAsia="zh-CN" w:bidi="hi-IN"/>
        </w:rPr>
      </w:pPr>
      <w:r w:rsidRPr="00BD57AA">
        <w:rPr>
          <w:rFonts w:ascii="Aptos" w:eastAsia="AR PL SungtiL GB" w:hAnsi="Aptos" w:cs="Lohit Devanagari"/>
          <w:color w:val="000000"/>
          <w:kern w:val="2"/>
          <w:szCs w:val="24"/>
          <w:lang w:eastAsia="zh-CN" w:bidi="hi-IN"/>
        </w:rPr>
        <w:t xml:space="preserve">· … </w:t>
      </w:r>
    </w:p>
    <w:p w14:paraId="0AFB7425" w14:textId="77777777" w:rsidR="00BD57AA" w:rsidRPr="00BD57AA" w:rsidRDefault="00BD57AA" w:rsidP="00BD57AA">
      <w:pPr>
        <w:numPr>
          <w:ilvl w:val="1"/>
          <w:numId w:val="26"/>
        </w:numPr>
        <w:suppressAutoHyphens/>
        <w:spacing w:after="140" w:line="276" w:lineRule="auto"/>
        <w:rPr>
          <w:rFonts w:ascii="Aptos" w:eastAsia="AR PL SungtiL GB" w:hAnsi="Aptos" w:cs="Lohit Devanagari"/>
          <w:b/>
          <w:bCs/>
          <w:color w:val="1F2937"/>
          <w:kern w:val="2"/>
          <w:szCs w:val="24"/>
          <w:lang w:eastAsia="zh-CN" w:bidi="hi-IN"/>
        </w:rPr>
      </w:pPr>
      <w:proofErr w:type="spellStart"/>
      <w:r w:rsidRPr="00BD57AA">
        <w:rPr>
          <w:rFonts w:ascii="Aptos" w:eastAsia="AR PL SungtiL GB" w:hAnsi="Aptos" w:cs="Lohit Devanagari"/>
          <w:b/>
          <w:bCs/>
          <w:color w:val="1F2937"/>
          <w:kern w:val="2"/>
          <w:szCs w:val="24"/>
          <w:lang w:eastAsia="zh-CN" w:bidi="hi-IN"/>
        </w:rPr>
        <w:t>Referencias</w:t>
      </w:r>
      <w:proofErr w:type="spellEnd"/>
      <w:r w:rsidRPr="00BD57AA">
        <w:rPr>
          <w:rFonts w:ascii="Aptos" w:eastAsia="AR PL SungtiL GB" w:hAnsi="Aptos" w:cs="Lohit Devanagari"/>
          <w:b/>
          <w:bCs/>
          <w:color w:val="CE181E"/>
          <w:kern w:val="2"/>
          <w:szCs w:val="24"/>
          <w:lang w:eastAsia="zh-CN" w:bidi="hi-IN"/>
        </w:rPr>
        <w:t xml:space="preserve"> </w:t>
      </w:r>
    </w:p>
    <w:p w14:paraId="6BA370DA"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eastAsia="zh-CN" w:bidi="hi-IN"/>
        </w:rPr>
      </w:pPr>
      <w:r w:rsidRPr="00BD57AA">
        <w:rPr>
          <w:rFonts w:ascii="Aptos" w:eastAsia="AR PL SungtiL GB" w:hAnsi="Aptos" w:cs="Lohit Devanagari"/>
          <w:color w:val="1F2937"/>
          <w:kern w:val="2"/>
          <w:szCs w:val="24"/>
          <w:lang w:eastAsia="zh-CN" w:bidi="hi-IN"/>
        </w:rPr>
        <w:t xml:space="preserve">[1] Banks, J. (2005). Discrete-Event System Simulation. Fourth Edition. Prentice Hall International Series in Industrial and Systems Engineering, pp. 86 - 116 y 219 - 235. </w:t>
      </w:r>
    </w:p>
    <w:p w14:paraId="782D4AFC"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eastAsia="zh-CN" w:bidi="hi-IN"/>
        </w:rPr>
        <w:t>[2] Bronner, P., Strunz, A., Silberhorn, C.</w:t>
      </w:r>
      <w:proofErr w:type="gramStart"/>
      <w:r w:rsidRPr="00BD57AA">
        <w:rPr>
          <w:rFonts w:ascii="Aptos" w:eastAsia="AR PL SungtiL GB" w:hAnsi="Aptos" w:cs="Lohit Devanagari"/>
          <w:color w:val="1F2937"/>
          <w:kern w:val="2"/>
          <w:szCs w:val="24"/>
          <w:lang w:eastAsia="zh-CN" w:bidi="hi-IN"/>
        </w:rPr>
        <w:t>,  and</w:t>
      </w:r>
      <w:proofErr w:type="gramEnd"/>
      <w:r w:rsidRPr="00BD57AA">
        <w:rPr>
          <w:rFonts w:ascii="Aptos" w:eastAsia="AR PL SungtiL GB" w:hAnsi="Aptos" w:cs="Lohit Devanagari"/>
          <w:color w:val="1F2937"/>
          <w:kern w:val="2"/>
          <w:szCs w:val="24"/>
          <w:lang w:eastAsia="zh-CN" w:bidi="hi-IN"/>
        </w:rPr>
        <w:t xml:space="preserve"> Meyn, J.P. (2009). </w:t>
      </w:r>
      <w:proofErr w:type="spellStart"/>
      <w:r w:rsidRPr="00BD57AA">
        <w:rPr>
          <w:rFonts w:ascii="Aptos" w:eastAsia="AR PL SungtiL GB" w:hAnsi="Aptos" w:cs="Lohit Devanagari"/>
          <w:color w:val="1F2937"/>
          <w:kern w:val="2"/>
          <w:szCs w:val="24"/>
          <w:lang w:val="es-ES" w:eastAsia="zh-CN" w:bidi="hi-IN"/>
        </w:rPr>
        <w:t>European</w:t>
      </w:r>
      <w:proofErr w:type="spellEnd"/>
      <w:r w:rsidRPr="00BD57AA">
        <w:rPr>
          <w:rFonts w:ascii="Aptos" w:eastAsia="AR PL SungtiL GB" w:hAnsi="Aptos" w:cs="Lohit Devanagari"/>
          <w:color w:val="1F2937"/>
          <w:kern w:val="2"/>
          <w:szCs w:val="24"/>
          <w:lang w:val="es-ES" w:eastAsia="zh-CN" w:bidi="hi-IN"/>
        </w:rPr>
        <w:t xml:space="preserve"> </w:t>
      </w:r>
      <w:proofErr w:type="spellStart"/>
      <w:r w:rsidRPr="00BD57AA">
        <w:rPr>
          <w:rFonts w:ascii="Aptos" w:eastAsia="AR PL SungtiL GB" w:hAnsi="Aptos" w:cs="Lohit Devanagari"/>
          <w:color w:val="1F2937"/>
          <w:kern w:val="2"/>
          <w:szCs w:val="24"/>
          <w:lang w:val="es-ES" w:eastAsia="zh-CN" w:bidi="hi-IN"/>
        </w:rPr>
        <w:t>Journal</w:t>
      </w:r>
      <w:proofErr w:type="spellEnd"/>
      <w:r w:rsidRPr="00BD57AA">
        <w:rPr>
          <w:rFonts w:ascii="Aptos" w:eastAsia="AR PL SungtiL GB" w:hAnsi="Aptos" w:cs="Lohit Devanagari"/>
          <w:color w:val="1F2937"/>
          <w:kern w:val="2"/>
          <w:szCs w:val="24"/>
          <w:lang w:val="es-ES" w:eastAsia="zh-CN" w:bidi="hi-IN"/>
        </w:rPr>
        <w:t xml:space="preserve"> of Physics, 30, 1189-1200. </w:t>
      </w:r>
    </w:p>
    <w:p w14:paraId="7CA2A60C"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lastRenderedPageBreak/>
        <w:t xml:space="preserve">[3] Díaz, P., y Barbosa, N. (2012). Obtención de números aleatorios. Informe final del curso Laboratorio Intermedio. Universidad de Los Andes, Bogotá, Colombia. </w:t>
      </w:r>
    </w:p>
    <w:p w14:paraId="06C907FC"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eastAsia="zh-CN" w:bidi="hi-IN"/>
        </w:rPr>
        <w:t xml:space="preserve">[4] Stefanov, N., Gisin, O., </w:t>
      </w:r>
      <w:proofErr w:type="spellStart"/>
      <w:r w:rsidRPr="00BD57AA">
        <w:rPr>
          <w:rFonts w:ascii="Aptos" w:eastAsia="AR PL SungtiL GB" w:hAnsi="Aptos" w:cs="Lohit Devanagari"/>
          <w:color w:val="1F2937"/>
          <w:kern w:val="2"/>
          <w:szCs w:val="24"/>
          <w:lang w:eastAsia="zh-CN" w:bidi="hi-IN"/>
        </w:rPr>
        <w:t>Guinnard</w:t>
      </w:r>
      <w:proofErr w:type="spellEnd"/>
      <w:r w:rsidRPr="00BD57AA">
        <w:rPr>
          <w:rFonts w:ascii="Aptos" w:eastAsia="AR PL SungtiL GB" w:hAnsi="Aptos" w:cs="Lohit Devanagari"/>
          <w:color w:val="1F2937"/>
          <w:kern w:val="2"/>
          <w:szCs w:val="24"/>
          <w:lang w:eastAsia="zh-CN" w:bidi="hi-IN"/>
        </w:rPr>
        <w:t xml:space="preserve">, L., and Zbinden, H. (2000). </w:t>
      </w:r>
      <w:proofErr w:type="spellStart"/>
      <w:r w:rsidRPr="00BD57AA">
        <w:rPr>
          <w:rFonts w:ascii="Aptos" w:eastAsia="AR PL SungtiL GB" w:hAnsi="Aptos" w:cs="Lohit Devanagari"/>
          <w:color w:val="1F2937"/>
          <w:kern w:val="2"/>
          <w:szCs w:val="24"/>
          <w:lang w:val="es-ES" w:eastAsia="zh-CN" w:bidi="hi-IN"/>
        </w:rPr>
        <w:t>Journal</w:t>
      </w:r>
      <w:proofErr w:type="spellEnd"/>
      <w:r w:rsidRPr="00BD57AA">
        <w:rPr>
          <w:rFonts w:ascii="Aptos" w:eastAsia="AR PL SungtiL GB" w:hAnsi="Aptos" w:cs="Lohit Devanagari"/>
          <w:color w:val="1F2937"/>
          <w:kern w:val="2"/>
          <w:szCs w:val="24"/>
          <w:lang w:val="es-ES" w:eastAsia="zh-CN" w:bidi="hi-IN"/>
        </w:rPr>
        <w:t xml:space="preserve"> of Modern Optics, 47: 4, 595-598.</w:t>
      </w:r>
    </w:p>
    <w:p w14:paraId="6943F821"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p>
    <w:p w14:paraId="6F9302EC" w14:textId="77777777" w:rsidR="00BD57AA" w:rsidRPr="00BD57AA" w:rsidRDefault="00BD57AA" w:rsidP="00BD57AA">
      <w:pPr>
        <w:suppressAutoHyphens/>
        <w:spacing w:after="140" w:line="276" w:lineRule="auto"/>
        <w:rPr>
          <w:rFonts w:ascii="Aptos" w:eastAsia="AR PL SungtiL GB" w:hAnsi="Aptos" w:cs="Lohit Devanagari"/>
          <w:color w:val="1F2937"/>
          <w:kern w:val="2"/>
          <w:szCs w:val="24"/>
          <w:lang w:val="es-ES" w:eastAsia="zh-CN" w:bidi="hi-IN"/>
        </w:rPr>
      </w:pPr>
    </w:p>
    <w:p w14:paraId="75E3F804" w14:textId="77777777" w:rsidR="00BD57AA" w:rsidRPr="00BD57AA" w:rsidRDefault="00BD57AA" w:rsidP="00BD57AA">
      <w:pPr>
        <w:suppressAutoHyphens/>
        <w:spacing w:after="140" w:line="276" w:lineRule="auto"/>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Firma del </w:t>
      </w:r>
      <w:proofErr w:type="gramStart"/>
      <w:r w:rsidRPr="00BD57AA">
        <w:rPr>
          <w:rFonts w:ascii="Aptos" w:eastAsia="AR PL SungtiL GB" w:hAnsi="Aptos" w:cs="Lohit Devanagari"/>
          <w:b/>
          <w:bCs/>
          <w:color w:val="1F2937"/>
          <w:kern w:val="2"/>
          <w:szCs w:val="24"/>
          <w:lang w:val="es-ES" w:eastAsia="zh-CN" w:bidi="hi-IN"/>
        </w:rPr>
        <w:t>Director</w:t>
      </w:r>
      <w:proofErr w:type="gramEnd"/>
      <w:r w:rsidRPr="00BD57AA">
        <w:rPr>
          <w:rFonts w:ascii="Aptos" w:eastAsia="AR PL SungtiL GB" w:hAnsi="Aptos" w:cs="Lohit Devanagari"/>
          <w:b/>
          <w:bCs/>
          <w:color w:val="1F2937"/>
          <w:kern w:val="2"/>
          <w:szCs w:val="24"/>
          <w:lang w:val="es-ES" w:eastAsia="zh-CN" w:bidi="hi-IN"/>
        </w:rPr>
        <w:t xml:space="preserve"> </w:t>
      </w:r>
    </w:p>
    <w:p w14:paraId="45AE9B07" w14:textId="77777777" w:rsidR="00BD57AA" w:rsidRPr="00BD57AA" w:rsidRDefault="00BD57AA" w:rsidP="00BD57AA">
      <w:pPr>
        <w:suppressAutoHyphens/>
        <w:spacing w:after="140" w:line="276" w:lineRule="auto"/>
        <w:rPr>
          <w:rFonts w:ascii="Aptos" w:eastAsia="AR PL SungtiL GB" w:hAnsi="Aptos" w:cs="Lohit Devanagari"/>
          <w:b/>
          <w:bCs/>
          <w:color w:val="1F2937"/>
          <w:kern w:val="2"/>
          <w:szCs w:val="24"/>
          <w:lang w:val="es-ES" w:eastAsia="zh-CN" w:bidi="hi-IN"/>
        </w:rPr>
      </w:pPr>
    </w:p>
    <w:p w14:paraId="567E32D5" w14:textId="77777777" w:rsidR="00BD57AA" w:rsidRPr="00BD57AA" w:rsidRDefault="00BD57AA" w:rsidP="00BD57AA">
      <w:pPr>
        <w:suppressAutoHyphens/>
        <w:spacing w:after="140" w:line="276" w:lineRule="auto"/>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Firma del Codirector</w:t>
      </w:r>
      <w:r w:rsidRPr="00BD57AA">
        <w:rPr>
          <w:rFonts w:ascii="Aptos" w:eastAsia="AR PL SungtiL GB" w:hAnsi="Aptos" w:cs="Lohit Devanagari"/>
          <w:b/>
          <w:bCs/>
          <w:color w:val="000000"/>
          <w:kern w:val="2"/>
          <w:szCs w:val="24"/>
          <w:lang w:val="es-ES" w:eastAsia="zh-CN" w:bidi="hi-IN"/>
        </w:rPr>
        <w:t xml:space="preserve"> (</w:t>
      </w:r>
      <w:proofErr w:type="gramStart"/>
      <w:r w:rsidRPr="00BD57AA">
        <w:rPr>
          <w:rFonts w:ascii="Aptos" w:eastAsia="AR PL SungtiL GB" w:hAnsi="Aptos" w:cs="Lohit Devanagari"/>
          <w:b/>
          <w:bCs/>
          <w:color w:val="000000"/>
          <w:kern w:val="2"/>
          <w:szCs w:val="24"/>
          <w:lang w:val="es-ES" w:eastAsia="zh-CN" w:bidi="hi-IN"/>
        </w:rPr>
        <w:t>en caso que</w:t>
      </w:r>
      <w:proofErr w:type="gramEnd"/>
      <w:r w:rsidRPr="00BD57AA">
        <w:rPr>
          <w:rFonts w:ascii="Aptos" w:eastAsia="AR PL SungtiL GB" w:hAnsi="Aptos" w:cs="Lohit Devanagari"/>
          <w:b/>
          <w:bCs/>
          <w:color w:val="000000"/>
          <w:kern w:val="2"/>
          <w:szCs w:val="24"/>
          <w:lang w:val="es-ES" w:eastAsia="zh-CN" w:bidi="hi-IN"/>
        </w:rPr>
        <w:t xml:space="preserve"> aplique)</w:t>
      </w:r>
    </w:p>
    <w:p w14:paraId="7C7A96F9" w14:textId="77777777" w:rsidR="00B1704A" w:rsidRPr="00BD57AA" w:rsidRDefault="00B1704A" w:rsidP="006E0D7A">
      <w:pPr>
        <w:pStyle w:val="Ttulo2"/>
        <w:spacing w:before="0" w:line="240" w:lineRule="auto"/>
        <w:rPr>
          <w:rFonts w:ascii="Arial" w:hAnsi="Arial"/>
          <w:lang w:val="es-ES"/>
        </w:rPr>
      </w:pPr>
    </w:p>
    <w:p w14:paraId="385E8AD7" w14:textId="77777777" w:rsidR="00273249" w:rsidRDefault="00273249" w:rsidP="006E0D7A">
      <w:pPr>
        <w:spacing w:after="0" w:line="240" w:lineRule="auto"/>
        <w:rPr>
          <w:lang w:val="es-CO"/>
        </w:rPr>
      </w:pPr>
    </w:p>
    <w:p w14:paraId="301E51FC" w14:textId="77777777" w:rsidR="00273249" w:rsidRDefault="00273249" w:rsidP="006E0D7A">
      <w:pPr>
        <w:spacing w:after="0" w:line="240" w:lineRule="auto"/>
        <w:rPr>
          <w:lang w:val="es-CO"/>
        </w:rPr>
      </w:pPr>
    </w:p>
    <w:p w14:paraId="533B93BC" w14:textId="77777777" w:rsidR="00BD57AA" w:rsidRDefault="00BD57AA" w:rsidP="006E0D7A">
      <w:pPr>
        <w:spacing w:after="0" w:line="240" w:lineRule="auto"/>
        <w:rPr>
          <w:lang w:val="es-CO"/>
        </w:rPr>
      </w:pPr>
    </w:p>
    <w:p w14:paraId="16215BBD" w14:textId="77777777" w:rsidR="00BD57AA" w:rsidRDefault="00BD57AA" w:rsidP="006E0D7A">
      <w:pPr>
        <w:spacing w:after="0" w:line="240" w:lineRule="auto"/>
        <w:rPr>
          <w:lang w:val="es-CO"/>
        </w:rPr>
      </w:pPr>
    </w:p>
    <w:p w14:paraId="75A14CDB" w14:textId="77777777" w:rsidR="00BD57AA" w:rsidRDefault="00BD57AA" w:rsidP="006E0D7A">
      <w:pPr>
        <w:spacing w:after="0" w:line="240" w:lineRule="auto"/>
        <w:rPr>
          <w:lang w:val="es-CO"/>
        </w:rPr>
      </w:pPr>
    </w:p>
    <w:p w14:paraId="6DE5F461" w14:textId="77777777" w:rsidR="00BD57AA" w:rsidRDefault="00BD57AA" w:rsidP="006E0D7A">
      <w:pPr>
        <w:spacing w:after="0" w:line="240" w:lineRule="auto"/>
        <w:rPr>
          <w:lang w:val="es-CO"/>
        </w:rPr>
      </w:pPr>
    </w:p>
    <w:p w14:paraId="21CF6049" w14:textId="77777777" w:rsidR="00BD57AA" w:rsidRDefault="00BD57AA" w:rsidP="006E0D7A">
      <w:pPr>
        <w:spacing w:after="0" w:line="240" w:lineRule="auto"/>
        <w:rPr>
          <w:lang w:val="es-CO"/>
        </w:rPr>
      </w:pPr>
    </w:p>
    <w:p w14:paraId="3C262E5E" w14:textId="77777777" w:rsidR="00BD57AA" w:rsidRDefault="00BD57AA" w:rsidP="006E0D7A">
      <w:pPr>
        <w:spacing w:after="0" w:line="240" w:lineRule="auto"/>
        <w:rPr>
          <w:lang w:val="es-CO"/>
        </w:rPr>
      </w:pPr>
    </w:p>
    <w:p w14:paraId="2EEA1225" w14:textId="77777777" w:rsidR="00BD57AA" w:rsidRDefault="00BD57AA" w:rsidP="006E0D7A">
      <w:pPr>
        <w:spacing w:after="0" w:line="240" w:lineRule="auto"/>
        <w:rPr>
          <w:lang w:val="es-CO"/>
        </w:rPr>
      </w:pPr>
    </w:p>
    <w:p w14:paraId="3C94A8D3" w14:textId="77777777" w:rsidR="00BD57AA" w:rsidRDefault="00BD57AA" w:rsidP="006E0D7A">
      <w:pPr>
        <w:spacing w:after="0" w:line="240" w:lineRule="auto"/>
        <w:rPr>
          <w:lang w:val="es-CO"/>
        </w:rPr>
      </w:pPr>
    </w:p>
    <w:p w14:paraId="3A6D2F40" w14:textId="77777777" w:rsidR="00BD57AA" w:rsidRDefault="00BD57AA" w:rsidP="006E0D7A">
      <w:pPr>
        <w:spacing w:after="0" w:line="240" w:lineRule="auto"/>
        <w:rPr>
          <w:lang w:val="es-CO"/>
        </w:rPr>
      </w:pPr>
    </w:p>
    <w:p w14:paraId="53E5D277" w14:textId="77777777" w:rsidR="00BD57AA" w:rsidRDefault="00BD57AA" w:rsidP="006E0D7A">
      <w:pPr>
        <w:spacing w:after="0" w:line="240" w:lineRule="auto"/>
        <w:rPr>
          <w:lang w:val="es-CO"/>
        </w:rPr>
      </w:pPr>
    </w:p>
    <w:p w14:paraId="3ECA40C5" w14:textId="77777777" w:rsidR="00BD57AA" w:rsidRDefault="00BD57AA" w:rsidP="006E0D7A">
      <w:pPr>
        <w:spacing w:after="0" w:line="240" w:lineRule="auto"/>
        <w:rPr>
          <w:lang w:val="es-CO"/>
        </w:rPr>
      </w:pPr>
    </w:p>
    <w:p w14:paraId="1FD85F47" w14:textId="77777777" w:rsidR="00BD57AA" w:rsidRDefault="00BD57AA" w:rsidP="006E0D7A">
      <w:pPr>
        <w:spacing w:after="0" w:line="240" w:lineRule="auto"/>
        <w:rPr>
          <w:lang w:val="es-CO"/>
        </w:rPr>
      </w:pPr>
    </w:p>
    <w:p w14:paraId="0B2507DC" w14:textId="77777777" w:rsidR="00BD57AA" w:rsidRDefault="00BD57AA" w:rsidP="006E0D7A">
      <w:pPr>
        <w:spacing w:after="0" w:line="240" w:lineRule="auto"/>
        <w:rPr>
          <w:lang w:val="es-CO"/>
        </w:rPr>
      </w:pPr>
    </w:p>
    <w:p w14:paraId="1313248E" w14:textId="77777777" w:rsidR="00BD57AA" w:rsidRDefault="00BD57AA" w:rsidP="006E0D7A">
      <w:pPr>
        <w:spacing w:after="0" w:line="240" w:lineRule="auto"/>
        <w:rPr>
          <w:lang w:val="es-CO"/>
        </w:rPr>
      </w:pPr>
    </w:p>
    <w:p w14:paraId="7A97DB38" w14:textId="77777777" w:rsidR="00BD57AA" w:rsidRDefault="00BD57AA" w:rsidP="006E0D7A">
      <w:pPr>
        <w:spacing w:after="0" w:line="240" w:lineRule="auto"/>
        <w:rPr>
          <w:lang w:val="es-CO"/>
        </w:rPr>
      </w:pPr>
    </w:p>
    <w:p w14:paraId="6374FEEA" w14:textId="77777777" w:rsidR="00BD57AA" w:rsidRDefault="00BD57AA" w:rsidP="006E0D7A">
      <w:pPr>
        <w:spacing w:after="0" w:line="240" w:lineRule="auto"/>
        <w:rPr>
          <w:lang w:val="es-CO"/>
        </w:rPr>
      </w:pPr>
    </w:p>
    <w:p w14:paraId="1098E7AC" w14:textId="77777777" w:rsidR="00BD57AA" w:rsidRDefault="00BD57AA" w:rsidP="006E0D7A">
      <w:pPr>
        <w:spacing w:after="0" w:line="240" w:lineRule="auto"/>
        <w:rPr>
          <w:lang w:val="es-CO"/>
        </w:rPr>
      </w:pPr>
    </w:p>
    <w:p w14:paraId="7177E603" w14:textId="77777777" w:rsidR="00BD57AA" w:rsidRDefault="00BD57AA" w:rsidP="006E0D7A">
      <w:pPr>
        <w:spacing w:after="0" w:line="240" w:lineRule="auto"/>
        <w:rPr>
          <w:lang w:val="es-CO"/>
        </w:rPr>
      </w:pPr>
    </w:p>
    <w:p w14:paraId="20E22FE5" w14:textId="77777777" w:rsidR="00BD57AA" w:rsidRDefault="00BD57AA" w:rsidP="006E0D7A">
      <w:pPr>
        <w:spacing w:after="0" w:line="240" w:lineRule="auto"/>
        <w:rPr>
          <w:lang w:val="es-CO"/>
        </w:rPr>
      </w:pPr>
    </w:p>
    <w:p w14:paraId="55BAE5AE" w14:textId="77777777" w:rsidR="00BD57AA" w:rsidRDefault="00BD57AA" w:rsidP="006E0D7A">
      <w:pPr>
        <w:spacing w:after="0" w:line="240" w:lineRule="auto"/>
        <w:rPr>
          <w:lang w:val="es-CO"/>
        </w:rPr>
      </w:pPr>
    </w:p>
    <w:p w14:paraId="65A58517" w14:textId="77777777" w:rsidR="00BD57AA" w:rsidRDefault="00BD57AA" w:rsidP="006E0D7A">
      <w:pPr>
        <w:spacing w:after="0" w:line="240" w:lineRule="auto"/>
        <w:rPr>
          <w:lang w:val="es-CO"/>
        </w:rPr>
      </w:pPr>
    </w:p>
    <w:p w14:paraId="1BCCB20A" w14:textId="77777777" w:rsidR="00BD57AA" w:rsidRDefault="00BD57AA" w:rsidP="006E0D7A">
      <w:pPr>
        <w:spacing w:after="0" w:line="240" w:lineRule="auto"/>
        <w:rPr>
          <w:lang w:val="es-CO"/>
        </w:rPr>
      </w:pPr>
    </w:p>
    <w:p w14:paraId="504E5A68" w14:textId="77777777" w:rsidR="00BD57AA" w:rsidRDefault="00BD57AA" w:rsidP="006E0D7A">
      <w:pPr>
        <w:spacing w:after="0" w:line="240" w:lineRule="auto"/>
        <w:rPr>
          <w:lang w:val="es-CO"/>
        </w:rPr>
      </w:pPr>
    </w:p>
    <w:p w14:paraId="39739C3A" w14:textId="77777777" w:rsidR="00BD57AA" w:rsidRDefault="00BD57AA" w:rsidP="006E0D7A">
      <w:pPr>
        <w:spacing w:after="0" w:line="240" w:lineRule="auto"/>
        <w:rPr>
          <w:lang w:val="es-CO"/>
        </w:rPr>
      </w:pPr>
    </w:p>
    <w:p w14:paraId="7D79256F" w14:textId="77777777" w:rsidR="00BD57AA" w:rsidRDefault="00BD57AA" w:rsidP="006E0D7A">
      <w:pPr>
        <w:spacing w:after="0" w:line="240" w:lineRule="auto"/>
        <w:rPr>
          <w:lang w:val="es-CO"/>
        </w:rPr>
      </w:pPr>
    </w:p>
    <w:p w14:paraId="6BAD64C9" w14:textId="77777777" w:rsidR="00BD57AA" w:rsidRDefault="00BD57AA" w:rsidP="006E0D7A">
      <w:pPr>
        <w:spacing w:after="0" w:line="240" w:lineRule="auto"/>
        <w:rPr>
          <w:lang w:val="es-CO"/>
        </w:rPr>
      </w:pPr>
    </w:p>
    <w:p w14:paraId="08A4D6CD" w14:textId="77777777" w:rsidR="00BD57AA" w:rsidRDefault="00BD57AA" w:rsidP="006E0D7A">
      <w:pPr>
        <w:spacing w:after="0" w:line="240" w:lineRule="auto"/>
        <w:rPr>
          <w:lang w:val="es-CO"/>
        </w:rPr>
      </w:pPr>
    </w:p>
    <w:p w14:paraId="13540928" w14:textId="77777777" w:rsidR="00BD57AA" w:rsidRDefault="00BD57AA" w:rsidP="006E0D7A">
      <w:pPr>
        <w:spacing w:after="0" w:line="240" w:lineRule="auto"/>
        <w:rPr>
          <w:lang w:val="es-CO"/>
        </w:rPr>
      </w:pPr>
    </w:p>
    <w:p w14:paraId="272B8AA8" w14:textId="77777777" w:rsidR="00BD57AA" w:rsidRDefault="00BD57AA" w:rsidP="006E0D7A">
      <w:pPr>
        <w:spacing w:after="0" w:line="240" w:lineRule="auto"/>
        <w:rPr>
          <w:lang w:val="es-CO"/>
        </w:rPr>
      </w:pPr>
    </w:p>
    <w:p w14:paraId="777855C0" w14:textId="77777777" w:rsidR="00BD57AA" w:rsidRDefault="00BD57AA" w:rsidP="006E0D7A">
      <w:pPr>
        <w:spacing w:after="0" w:line="240" w:lineRule="auto"/>
        <w:rPr>
          <w:lang w:val="es-CO"/>
        </w:rPr>
      </w:pPr>
    </w:p>
    <w:p w14:paraId="3CCEE544" w14:textId="77777777" w:rsidR="00BD57AA" w:rsidRDefault="00BD57AA" w:rsidP="006E0D7A">
      <w:pPr>
        <w:spacing w:after="0" w:line="240" w:lineRule="auto"/>
        <w:rPr>
          <w:lang w:val="es-CO"/>
        </w:rPr>
      </w:pPr>
    </w:p>
    <w:p w14:paraId="361A79B2" w14:textId="77777777" w:rsidR="00BD57AA" w:rsidRDefault="00BD57AA" w:rsidP="006E0D7A">
      <w:pPr>
        <w:spacing w:after="0" w:line="240" w:lineRule="auto"/>
        <w:rPr>
          <w:lang w:val="es-CO"/>
        </w:rPr>
      </w:pPr>
    </w:p>
    <w:p w14:paraId="220B0638" w14:textId="77777777" w:rsidR="00BD57AA" w:rsidRDefault="00BD57AA" w:rsidP="006E0D7A">
      <w:pPr>
        <w:spacing w:after="0" w:line="240" w:lineRule="auto"/>
        <w:rPr>
          <w:lang w:val="es-CO"/>
        </w:rPr>
      </w:pPr>
    </w:p>
    <w:p w14:paraId="703202F6" w14:textId="77777777" w:rsidR="00BD57AA" w:rsidRDefault="00BD57AA" w:rsidP="006E0D7A">
      <w:pPr>
        <w:spacing w:after="0" w:line="240" w:lineRule="auto"/>
        <w:rPr>
          <w:lang w:val="es-CO"/>
        </w:rPr>
      </w:pPr>
    </w:p>
    <w:p w14:paraId="60C650A6" w14:textId="77777777" w:rsidR="00BD57AA" w:rsidRDefault="00BD57AA" w:rsidP="006E0D7A">
      <w:pPr>
        <w:spacing w:after="0" w:line="240" w:lineRule="auto"/>
        <w:rPr>
          <w:lang w:val="es-CO"/>
        </w:rPr>
      </w:pPr>
    </w:p>
    <w:p w14:paraId="2794CEB1" w14:textId="77777777" w:rsidR="00BD57AA" w:rsidRDefault="00BD57AA" w:rsidP="006E0D7A">
      <w:pPr>
        <w:spacing w:after="0" w:line="240" w:lineRule="auto"/>
        <w:rPr>
          <w:lang w:val="es-CO"/>
        </w:rPr>
      </w:pPr>
    </w:p>
    <w:p w14:paraId="6EC8E012" w14:textId="77777777" w:rsidR="00BD57AA" w:rsidRDefault="00BD57AA" w:rsidP="006E0D7A">
      <w:pPr>
        <w:spacing w:after="0" w:line="240" w:lineRule="auto"/>
        <w:rPr>
          <w:lang w:val="es-CO"/>
        </w:rPr>
      </w:pPr>
    </w:p>
    <w:p w14:paraId="2D3B7687" w14:textId="77777777" w:rsidR="00BD57AA" w:rsidRDefault="00BD57AA" w:rsidP="006E0D7A">
      <w:pPr>
        <w:spacing w:after="0" w:line="240" w:lineRule="auto"/>
        <w:rPr>
          <w:lang w:val="es-CO"/>
        </w:rPr>
      </w:pPr>
    </w:p>
    <w:p w14:paraId="454A0DC7"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ANEXO 2. FORMATO PARA LA CALIFICACIÓN DEL AVANCE DEL PROYECTO </w:t>
      </w:r>
    </w:p>
    <w:p w14:paraId="44FF5912" w14:textId="77777777" w:rsidR="00BD57AA" w:rsidRPr="00BD57AA" w:rsidRDefault="00BD57AA" w:rsidP="00BD57AA">
      <w:pPr>
        <w:suppressAutoHyphens/>
        <w:spacing w:after="120" w:line="240" w:lineRule="auto"/>
        <w:ind w:left="360" w:hanging="360"/>
        <w:jc w:val="center"/>
        <w:rPr>
          <w:rFonts w:ascii="Times New Roman" w:eastAsia="AR PL SungtiL GB" w:hAnsi="Times New Roman" w:cs="Lohit Devanagari"/>
          <w:color w:val="1F2937"/>
          <w:kern w:val="2"/>
          <w:szCs w:val="24"/>
          <w:lang w:val="es-ES" w:eastAsia="zh-CN" w:bidi="hi-IN"/>
        </w:rPr>
      </w:pPr>
    </w:p>
    <w:p w14:paraId="1308CFD9" w14:textId="77777777" w:rsidR="00BD57AA" w:rsidRPr="00BD57AA" w:rsidRDefault="00BD57AA" w:rsidP="00BD57AA">
      <w:pPr>
        <w:suppressAutoHyphens/>
        <w:spacing w:after="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Fecha:</w:t>
      </w:r>
      <w:r w:rsidRPr="00BD57AA">
        <w:rPr>
          <w:rFonts w:ascii="Aptos" w:eastAsia="AR PL SungtiL GB" w:hAnsi="Aptos" w:cs="Lohit Devanagari"/>
          <w:color w:val="1F2937"/>
          <w:kern w:val="2"/>
          <w:szCs w:val="24"/>
          <w:lang w:val="es-ES" w:eastAsia="zh-CN" w:bidi="hi-IN"/>
        </w:rPr>
        <w:t xml:space="preserve"> Aquí fecha</w:t>
      </w:r>
    </w:p>
    <w:p w14:paraId="541A762C" w14:textId="77777777" w:rsidR="00BD57AA" w:rsidRPr="00BD57AA" w:rsidRDefault="00BD57AA" w:rsidP="00BD57AA">
      <w:pPr>
        <w:suppressAutoHyphens/>
        <w:spacing w:after="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Título</w:t>
      </w:r>
      <w:r w:rsidRPr="00BD57AA">
        <w:rPr>
          <w:rFonts w:ascii="Aptos" w:eastAsia="AR PL SungtiL GB" w:hAnsi="Aptos" w:cs="Lohit Devanagari"/>
          <w:color w:val="1F2937"/>
          <w:kern w:val="2"/>
          <w:szCs w:val="24"/>
          <w:lang w:val="es-ES" w:eastAsia="zh-CN" w:bidi="hi-IN"/>
        </w:rPr>
        <w:t>: Aquí título</w:t>
      </w:r>
    </w:p>
    <w:p w14:paraId="1634549F" w14:textId="77777777" w:rsidR="00BD57AA" w:rsidRPr="00BD57AA" w:rsidRDefault="00BD57AA" w:rsidP="00BD57AA">
      <w:pPr>
        <w:suppressAutoHyphens/>
        <w:spacing w:after="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Estudiante</w:t>
      </w:r>
      <w:r w:rsidRPr="00BD57AA">
        <w:rPr>
          <w:rFonts w:ascii="Aptos" w:eastAsia="AR PL SungtiL GB" w:hAnsi="Aptos" w:cs="Lohit Devanagari"/>
          <w:color w:val="1F2937"/>
          <w:kern w:val="2"/>
          <w:szCs w:val="24"/>
          <w:lang w:val="es-ES" w:eastAsia="zh-CN" w:bidi="hi-IN"/>
        </w:rPr>
        <w:t>: Nombre estudiante</w:t>
      </w:r>
    </w:p>
    <w:p w14:paraId="709F1B0B" w14:textId="77777777" w:rsidR="00BD57AA" w:rsidRPr="00BD57AA" w:rsidRDefault="00BD57AA" w:rsidP="00BD57AA">
      <w:pPr>
        <w:suppressAutoHyphens/>
        <w:spacing w:after="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Nombre del </w:t>
      </w:r>
      <w:proofErr w:type="gramStart"/>
      <w:r w:rsidRPr="00BD57AA">
        <w:rPr>
          <w:rFonts w:ascii="Aptos" w:eastAsia="AR PL SungtiL GB" w:hAnsi="Aptos" w:cs="Lohit Devanagari"/>
          <w:b/>
          <w:bCs/>
          <w:color w:val="1F2937"/>
          <w:kern w:val="2"/>
          <w:szCs w:val="24"/>
          <w:lang w:val="es-ES" w:eastAsia="zh-CN" w:bidi="hi-IN"/>
        </w:rPr>
        <w:t>Director</w:t>
      </w:r>
      <w:proofErr w:type="gramEnd"/>
      <w:r w:rsidRPr="00BD57AA">
        <w:rPr>
          <w:rFonts w:ascii="Aptos" w:eastAsia="AR PL SungtiL GB" w:hAnsi="Aptos" w:cs="Lohit Devanagari"/>
          <w:color w:val="1F2937"/>
          <w:kern w:val="2"/>
          <w:szCs w:val="24"/>
          <w:lang w:val="es-ES" w:eastAsia="zh-CN" w:bidi="hi-IN"/>
        </w:rPr>
        <w:t>: Nombre director</w:t>
      </w:r>
    </w:p>
    <w:p w14:paraId="22DD798C" w14:textId="77777777" w:rsidR="00BD57AA" w:rsidRPr="00BD57AA" w:rsidRDefault="00BD57AA" w:rsidP="00BD57AA">
      <w:pPr>
        <w:suppressAutoHyphens/>
        <w:spacing w:after="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Nombre del Profesor Asistente</w:t>
      </w:r>
      <w:r w:rsidRPr="00BD57AA">
        <w:rPr>
          <w:rFonts w:ascii="Aptos" w:eastAsia="AR PL SungtiL GB" w:hAnsi="Aptos" w:cs="Lohit Devanagari"/>
          <w:color w:val="1F2937"/>
          <w:kern w:val="2"/>
          <w:szCs w:val="24"/>
          <w:lang w:val="es-ES" w:eastAsia="zh-CN" w:bidi="hi-IN"/>
        </w:rPr>
        <w:t>: Nombre profesor</w:t>
      </w:r>
    </w:p>
    <w:p w14:paraId="258CAFC6" w14:textId="77777777" w:rsidR="00BD57AA" w:rsidRPr="00BD57AA" w:rsidRDefault="00BD57AA" w:rsidP="00BD57AA">
      <w:pPr>
        <w:suppressAutoHyphens/>
        <w:spacing w:after="120" w:line="240" w:lineRule="auto"/>
        <w:ind w:left="360" w:hanging="360"/>
        <w:jc w:val="both"/>
        <w:rPr>
          <w:rFonts w:eastAsia="AR PL SungtiL GB" w:cs="Lohit Devanagari"/>
          <w:i/>
          <w:iCs/>
          <w:color w:val="1F2937"/>
          <w:kern w:val="2"/>
          <w:szCs w:val="24"/>
          <w:lang w:val="es-ES" w:eastAsia="zh-CN" w:bidi="hi-IN"/>
        </w:rPr>
      </w:pPr>
    </w:p>
    <w:p w14:paraId="21401673" w14:textId="77777777" w:rsidR="00BD57AA" w:rsidRPr="00BD57AA" w:rsidRDefault="00BD57AA" w:rsidP="00BD57AA">
      <w:pPr>
        <w:suppressAutoHyphens/>
        <w:spacing w:after="12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i/>
          <w:iCs/>
          <w:color w:val="1F2937"/>
          <w:kern w:val="2"/>
          <w:szCs w:val="24"/>
          <w:lang w:val="es-ES" w:eastAsia="zh-CN" w:bidi="hi-IN"/>
        </w:rPr>
        <w:t>Por favor, diligencie la Tabla 1, de criterios de evaluación, calificando cada ítem con una nota de 0.0 a 5.0. Si tiene comentarios adicionales, puede escribirlos al final de la Tabla 1. Al finalizar su evaluación, por favor retórnela firmada a la secretaría del Departamento de Física.</w:t>
      </w:r>
    </w:p>
    <w:p w14:paraId="32A9F340" w14:textId="77777777" w:rsidR="00BD57AA" w:rsidRPr="00BD57AA" w:rsidRDefault="00BD57AA" w:rsidP="00BD57AA">
      <w:pPr>
        <w:suppressAutoHyphens/>
        <w:spacing w:after="12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Para su información, los criterios de la Tabla 1 miden las evidencias del desarrollo de las competencias y el logro de los resultados de aprendizaje, RA, del curso Proyecto final, que se presentan en la Tabla 2. </w:t>
      </w:r>
    </w:p>
    <w:p w14:paraId="3CE59DF1" w14:textId="77777777" w:rsidR="00BD57AA" w:rsidRPr="00BD57AA" w:rsidRDefault="00BD57AA" w:rsidP="00BD57AA">
      <w:pPr>
        <w:suppressAutoHyphens/>
        <w:spacing w:after="120" w:line="240" w:lineRule="auto"/>
        <w:jc w:val="both"/>
        <w:rPr>
          <w:rFonts w:ascii="Aptos" w:eastAsia="AR PL SungtiL GB" w:hAnsi="Aptos" w:cs="Lohit Devanagari"/>
          <w:color w:val="1F2937"/>
          <w:kern w:val="2"/>
          <w:szCs w:val="24"/>
          <w:lang w:val="es-ES" w:eastAsia="zh-CN" w:bidi="hi-IN"/>
        </w:rPr>
      </w:pPr>
    </w:p>
    <w:p w14:paraId="4FE8E929" w14:textId="77777777" w:rsidR="00BD57AA" w:rsidRPr="00BD57AA" w:rsidRDefault="00BD57AA" w:rsidP="00BD57AA">
      <w:pPr>
        <w:suppressAutoHyphens/>
        <w:spacing w:after="120" w:line="240"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TABLA 1. CRITERIOS DE EVALUACIÓN. Los ID corresponden a los definidos en la Tabla 2</w:t>
      </w:r>
    </w:p>
    <w:tbl>
      <w:tblPr>
        <w:tblW w:w="9984" w:type="dxa"/>
        <w:tblInd w:w="-9" w:type="dxa"/>
        <w:tblCellMar>
          <w:top w:w="55" w:type="dxa"/>
          <w:left w:w="45" w:type="dxa"/>
          <w:bottom w:w="55" w:type="dxa"/>
          <w:right w:w="55" w:type="dxa"/>
        </w:tblCellMar>
        <w:tblLook w:val="04A0" w:firstRow="1" w:lastRow="0" w:firstColumn="1" w:lastColumn="0" w:noHBand="0" w:noVBand="1"/>
      </w:tblPr>
      <w:tblGrid>
        <w:gridCol w:w="1456"/>
        <w:gridCol w:w="1426"/>
        <w:gridCol w:w="5948"/>
        <w:gridCol w:w="1154"/>
      </w:tblGrid>
      <w:tr w:rsidR="00BD57AA" w:rsidRPr="00BD57AA" w14:paraId="097A6E32" w14:textId="77777777" w:rsidTr="002E4C21">
        <w:tc>
          <w:tcPr>
            <w:tcW w:w="1245" w:type="dxa"/>
            <w:tcBorders>
              <w:top w:val="single" w:sz="2" w:space="0" w:color="000000"/>
              <w:left w:val="single" w:sz="2" w:space="0" w:color="000000"/>
              <w:bottom w:val="single" w:sz="2" w:space="0" w:color="000000"/>
            </w:tcBorders>
          </w:tcPr>
          <w:p w14:paraId="3545B618" w14:textId="77777777" w:rsidR="00BD57AA" w:rsidRPr="00BD57AA" w:rsidRDefault="00BD57AA" w:rsidP="00BD57AA">
            <w:pPr>
              <w:suppressLineNumbers/>
              <w:suppressAutoHyphens/>
              <w:rPr>
                <w:rFonts w:ascii="Aptos" w:eastAsia="AR PL SungtiL GB" w:hAnsi="Aptos" w:cs="Lohit Devanagari"/>
                <w:color w:val="1F2937"/>
                <w:kern w:val="2"/>
                <w:sz w:val="22"/>
                <w:lang w:val="es-ES" w:eastAsia="zh-CN" w:bidi="hi-IN"/>
              </w:rPr>
            </w:pPr>
            <w:r w:rsidRPr="00BD57AA">
              <w:rPr>
                <w:rFonts w:ascii="Aptos" w:eastAsia="AR PL SungtiL GB" w:hAnsi="Aptos" w:cs="Lohit Devanagari"/>
                <w:b/>
                <w:bCs/>
                <w:color w:val="1F2937"/>
                <w:kern w:val="2"/>
                <w:sz w:val="22"/>
                <w:lang w:val="es-ES" w:eastAsia="zh-CN" w:bidi="hi-IN"/>
              </w:rPr>
              <w:t xml:space="preserve">ID </w:t>
            </w:r>
          </w:p>
          <w:p w14:paraId="4E677549" w14:textId="77777777" w:rsidR="00BD57AA" w:rsidRPr="00BD57AA" w:rsidRDefault="00BD57AA" w:rsidP="00BD57AA">
            <w:pPr>
              <w:suppressLineNumbers/>
              <w:suppressAutoHyphens/>
              <w:spacing w:after="120"/>
              <w:jc w:val="both"/>
              <w:rPr>
                <w:rFonts w:ascii="Aptos" w:eastAsia="AR PL SungtiL GB" w:hAnsi="Aptos" w:cs="Lohit Devanagari"/>
                <w:color w:val="1F2937"/>
                <w:kern w:val="2"/>
                <w:sz w:val="22"/>
                <w:lang w:val="es-ES" w:eastAsia="zh-CN" w:bidi="hi-IN"/>
              </w:rPr>
            </w:pPr>
            <w:r w:rsidRPr="00BD57AA">
              <w:rPr>
                <w:rFonts w:ascii="Aptos" w:eastAsia="AR PL SungtiL GB" w:hAnsi="Aptos" w:cs="Lohit Devanagari"/>
                <w:b/>
                <w:bCs/>
                <w:color w:val="1F2937"/>
                <w:kern w:val="2"/>
                <w:sz w:val="22"/>
                <w:lang w:val="es-ES" w:eastAsia="zh-CN" w:bidi="hi-IN"/>
              </w:rPr>
              <w:t>Competencia</w:t>
            </w:r>
          </w:p>
        </w:tc>
        <w:tc>
          <w:tcPr>
            <w:tcW w:w="1439" w:type="dxa"/>
            <w:tcBorders>
              <w:top w:val="single" w:sz="2" w:space="0" w:color="000000"/>
              <w:left w:val="single" w:sz="2" w:space="0" w:color="000000"/>
              <w:bottom w:val="single" w:sz="2" w:space="0" w:color="000000"/>
            </w:tcBorders>
          </w:tcPr>
          <w:p w14:paraId="720B3EB1" w14:textId="77777777" w:rsidR="00BD57AA" w:rsidRPr="00BD57AA" w:rsidRDefault="00BD57AA" w:rsidP="00BD57AA">
            <w:pPr>
              <w:suppressLineNumbers/>
              <w:suppressAutoHyphens/>
              <w:rPr>
                <w:rFonts w:ascii="Aptos" w:eastAsia="AR PL SungtiL GB" w:hAnsi="Aptos" w:cs="Lohit Devanagari"/>
                <w:color w:val="1F2937"/>
                <w:kern w:val="2"/>
                <w:sz w:val="22"/>
                <w:lang w:val="es-ES" w:eastAsia="zh-CN" w:bidi="hi-IN"/>
              </w:rPr>
            </w:pPr>
            <w:r w:rsidRPr="00BD57AA">
              <w:rPr>
                <w:rFonts w:ascii="Aptos" w:eastAsia="AR PL SungtiL GB" w:hAnsi="Aptos" w:cs="Lohit Devanagari"/>
                <w:b/>
                <w:bCs/>
                <w:color w:val="1F2937"/>
                <w:kern w:val="2"/>
                <w:sz w:val="22"/>
                <w:lang w:val="es-ES" w:eastAsia="zh-CN" w:bidi="hi-IN"/>
              </w:rPr>
              <w:t xml:space="preserve">ID </w:t>
            </w:r>
          </w:p>
          <w:p w14:paraId="34710FF3" w14:textId="77777777" w:rsidR="00BD57AA" w:rsidRPr="00BD57AA" w:rsidRDefault="00BD57AA" w:rsidP="00BD57AA">
            <w:pPr>
              <w:suppressLineNumbers/>
              <w:suppressAutoHyphens/>
              <w:rPr>
                <w:rFonts w:ascii="Aptos" w:eastAsia="AR PL SungtiL GB" w:hAnsi="Aptos" w:cs="Lohit Devanagari"/>
                <w:color w:val="1F2937"/>
                <w:kern w:val="2"/>
                <w:sz w:val="22"/>
                <w:lang w:val="es-ES" w:eastAsia="zh-CN" w:bidi="hi-IN"/>
              </w:rPr>
            </w:pPr>
            <w:r w:rsidRPr="00BD57AA">
              <w:rPr>
                <w:rFonts w:ascii="Aptos" w:eastAsia="AR PL SungtiL GB" w:hAnsi="Aptos" w:cs="Lohit Devanagari"/>
                <w:b/>
                <w:bCs/>
                <w:color w:val="1F2937"/>
                <w:kern w:val="2"/>
                <w:sz w:val="22"/>
                <w:lang w:val="es-ES" w:eastAsia="zh-CN" w:bidi="hi-IN"/>
              </w:rPr>
              <w:t>Resultado</w:t>
            </w:r>
          </w:p>
        </w:tc>
        <w:tc>
          <w:tcPr>
            <w:tcW w:w="6120" w:type="dxa"/>
            <w:tcBorders>
              <w:top w:val="single" w:sz="2" w:space="0" w:color="000000"/>
              <w:left w:val="single" w:sz="2" w:space="0" w:color="000000"/>
              <w:bottom w:val="single" w:sz="2" w:space="0" w:color="000000"/>
            </w:tcBorders>
          </w:tcPr>
          <w:p w14:paraId="707DBCA9" w14:textId="77777777" w:rsidR="00BD57AA" w:rsidRPr="00BD57AA" w:rsidRDefault="00BD57AA" w:rsidP="00BD57AA">
            <w:pPr>
              <w:suppressLineNumbers/>
              <w:suppressAutoHyphens/>
              <w:jc w:val="center"/>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Criterio medición resultado de aprendizaje</w:t>
            </w:r>
          </w:p>
        </w:tc>
        <w:tc>
          <w:tcPr>
            <w:tcW w:w="1179" w:type="dxa"/>
            <w:tcBorders>
              <w:top w:val="single" w:sz="2" w:space="0" w:color="000000"/>
              <w:left w:val="single" w:sz="2" w:space="0" w:color="000000"/>
              <w:bottom w:val="single" w:sz="2" w:space="0" w:color="000000"/>
              <w:right w:val="single" w:sz="2" w:space="0" w:color="000000"/>
            </w:tcBorders>
          </w:tcPr>
          <w:p w14:paraId="22BB820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Nota </w:t>
            </w:r>
          </w:p>
          <w:p w14:paraId="0E77155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(de 0 a 5)</w:t>
            </w:r>
          </w:p>
        </w:tc>
      </w:tr>
      <w:tr w:rsidR="00BD57AA" w:rsidRPr="00BD57AA" w14:paraId="15E4AB7C" w14:textId="77777777" w:rsidTr="002E4C21">
        <w:tc>
          <w:tcPr>
            <w:tcW w:w="1245" w:type="dxa"/>
            <w:tcBorders>
              <w:top w:val="single" w:sz="2" w:space="0" w:color="000000"/>
              <w:left w:val="single" w:sz="2" w:space="0" w:color="000000"/>
              <w:bottom w:val="single" w:sz="2" w:space="0" w:color="000000"/>
            </w:tcBorders>
          </w:tcPr>
          <w:p w14:paraId="38E2217F"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c>
          <w:tcPr>
            <w:tcW w:w="1439" w:type="dxa"/>
            <w:tcBorders>
              <w:top w:val="single" w:sz="2" w:space="0" w:color="000000"/>
              <w:left w:val="single" w:sz="2" w:space="0" w:color="000000"/>
              <w:bottom w:val="single" w:sz="2" w:space="0" w:color="000000"/>
            </w:tcBorders>
          </w:tcPr>
          <w:p w14:paraId="562BDADB"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6B77D59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CE181E"/>
                <w:kern w:val="2"/>
                <w:szCs w:val="24"/>
                <w:lang w:val="es-ES" w:eastAsia="zh-CN" w:bidi="hi-IN"/>
              </w:rPr>
              <w:t>Sobre el documento</w:t>
            </w:r>
          </w:p>
        </w:tc>
        <w:tc>
          <w:tcPr>
            <w:tcW w:w="1179" w:type="dxa"/>
            <w:tcBorders>
              <w:top w:val="single" w:sz="2" w:space="0" w:color="000000"/>
              <w:left w:val="single" w:sz="2" w:space="0" w:color="000000"/>
              <w:bottom w:val="single" w:sz="2" w:space="0" w:color="000000"/>
              <w:right w:val="single" w:sz="2" w:space="0" w:color="000000"/>
            </w:tcBorders>
          </w:tcPr>
          <w:p w14:paraId="6F4A712D"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4BE02A10" w14:textId="77777777" w:rsidTr="002E4C21">
        <w:tc>
          <w:tcPr>
            <w:tcW w:w="1245" w:type="dxa"/>
            <w:tcBorders>
              <w:top w:val="single" w:sz="2" w:space="0" w:color="000000"/>
              <w:left w:val="single" w:sz="2" w:space="0" w:color="000000"/>
              <w:bottom w:val="single" w:sz="2" w:space="0" w:color="000000"/>
            </w:tcBorders>
          </w:tcPr>
          <w:p w14:paraId="0093695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1, 3</w:t>
            </w:r>
          </w:p>
        </w:tc>
        <w:tc>
          <w:tcPr>
            <w:tcW w:w="1439" w:type="dxa"/>
            <w:tcBorders>
              <w:top w:val="single" w:sz="2" w:space="0" w:color="000000"/>
              <w:left w:val="single" w:sz="2" w:space="0" w:color="000000"/>
              <w:bottom w:val="single" w:sz="2" w:space="0" w:color="000000"/>
            </w:tcBorders>
          </w:tcPr>
          <w:p w14:paraId="323C4E40"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C, D, E</w:t>
            </w:r>
          </w:p>
        </w:tc>
        <w:tc>
          <w:tcPr>
            <w:tcW w:w="6120" w:type="dxa"/>
            <w:tcBorders>
              <w:top w:val="single" w:sz="2" w:space="0" w:color="000000"/>
              <w:left w:val="single" w:sz="2" w:space="0" w:color="000000"/>
              <w:bottom w:val="single" w:sz="2" w:space="0" w:color="000000"/>
            </w:tcBorders>
          </w:tcPr>
          <w:p w14:paraId="4E92B07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La primera </w:t>
            </w:r>
            <w:proofErr w:type="spellStart"/>
            <w:r w:rsidRPr="00BD57AA">
              <w:rPr>
                <w:rFonts w:ascii="Aptos" w:eastAsia="AR PL SungtiL GB" w:hAnsi="Aptos" w:cs="Lohit Devanagari"/>
                <w:color w:val="1F2937"/>
                <w:kern w:val="2"/>
                <w:szCs w:val="24"/>
                <w:lang w:val="es-ES" w:eastAsia="zh-CN" w:bidi="hi-IN"/>
              </w:rPr>
              <w:t>versión</w:t>
            </w:r>
            <w:proofErr w:type="spellEnd"/>
            <w:r w:rsidRPr="00BD57AA">
              <w:rPr>
                <w:rFonts w:ascii="Aptos" w:eastAsia="AR PL SungtiL GB" w:hAnsi="Aptos" w:cs="Lohit Devanagari"/>
                <w:color w:val="1F2937"/>
                <w:kern w:val="2"/>
                <w:szCs w:val="24"/>
                <w:lang w:val="es-ES" w:eastAsia="zh-CN" w:bidi="hi-IN"/>
              </w:rPr>
              <w:t xml:space="preserve"> de la tabla de contenidos es plausible y suficientemente detallada. Las ecuaciones, tablas y/o figuras son claramente descritas y presentadas. </w:t>
            </w:r>
          </w:p>
        </w:tc>
        <w:tc>
          <w:tcPr>
            <w:tcW w:w="1179" w:type="dxa"/>
            <w:tcBorders>
              <w:top w:val="single" w:sz="2" w:space="0" w:color="000000"/>
              <w:left w:val="single" w:sz="2" w:space="0" w:color="000000"/>
              <w:bottom w:val="single" w:sz="2" w:space="0" w:color="000000"/>
              <w:right w:val="single" w:sz="2" w:space="0" w:color="000000"/>
            </w:tcBorders>
          </w:tcPr>
          <w:p w14:paraId="6C888195"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57F9354A" w14:textId="77777777" w:rsidTr="002E4C21">
        <w:tc>
          <w:tcPr>
            <w:tcW w:w="1245" w:type="dxa"/>
            <w:tcBorders>
              <w:top w:val="single" w:sz="2" w:space="0" w:color="000000"/>
              <w:left w:val="single" w:sz="2" w:space="0" w:color="000000"/>
              <w:bottom w:val="single" w:sz="2" w:space="0" w:color="000000"/>
            </w:tcBorders>
          </w:tcPr>
          <w:p w14:paraId="71BA883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1, 3</w:t>
            </w:r>
          </w:p>
        </w:tc>
        <w:tc>
          <w:tcPr>
            <w:tcW w:w="1439" w:type="dxa"/>
            <w:tcBorders>
              <w:top w:val="single" w:sz="2" w:space="0" w:color="000000"/>
              <w:left w:val="single" w:sz="2" w:space="0" w:color="000000"/>
              <w:bottom w:val="single" w:sz="2" w:space="0" w:color="000000"/>
            </w:tcBorders>
          </w:tcPr>
          <w:p w14:paraId="1C09A9F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 D</w:t>
            </w:r>
          </w:p>
        </w:tc>
        <w:tc>
          <w:tcPr>
            <w:tcW w:w="6120" w:type="dxa"/>
            <w:tcBorders>
              <w:top w:val="single" w:sz="2" w:space="0" w:color="000000"/>
              <w:left w:val="single" w:sz="2" w:space="0" w:color="000000"/>
              <w:bottom w:val="single" w:sz="2" w:space="0" w:color="000000"/>
            </w:tcBorders>
          </w:tcPr>
          <w:p w14:paraId="39CA0A8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Tiene una buena redacción, y sigue las reglas gramaticales, ortográficas y bibliográficas pertinentes. </w:t>
            </w:r>
          </w:p>
        </w:tc>
        <w:tc>
          <w:tcPr>
            <w:tcW w:w="1179" w:type="dxa"/>
            <w:tcBorders>
              <w:top w:val="single" w:sz="2" w:space="0" w:color="000000"/>
              <w:left w:val="single" w:sz="2" w:space="0" w:color="000000"/>
              <w:bottom w:val="single" w:sz="2" w:space="0" w:color="000000"/>
              <w:right w:val="single" w:sz="2" w:space="0" w:color="000000"/>
            </w:tcBorders>
          </w:tcPr>
          <w:p w14:paraId="17028D73"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5B456EE6" w14:textId="77777777" w:rsidTr="002E4C21">
        <w:tc>
          <w:tcPr>
            <w:tcW w:w="1245" w:type="dxa"/>
            <w:tcBorders>
              <w:top w:val="single" w:sz="2" w:space="0" w:color="000000"/>
              <w:left w:val="single" w:sz="2" w:space="0" w:color="000000"/>
              <w:bottom w:val="single" w:sz="2" w:space="0" w:color="000000"/>
            </w:tcBorders>
          </w:tcPr>
          <w:p w14:paraId="0E7E40C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w:t>
            </w:r>
          </w:p>
        </w:tc>
        <w:tc>
          <w:tcPr>
            <w:tcW w:w="1439" w:type="dxa"/>
            <w:tcBorders>
              <w:top w:val="single" w:sz="2" w:space="0" w:color="000000"/>
              <w:left w:val="single" w:sz="2" w:space="0" w:color="000000"/>
              <w:bottom w:val="single" w:sz="2" w:space="0" w:color="000000"/>
            </w:tcBorders>
          </w:tcPr>
          <w:p w14:paraId="1C881DE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D</w:t>
            </w:r>
          </w:p>
        </w:tc>
        <w:tc>
          <w:tcPr>
            <w:tcW w:w="6120" w:type="dxa"/>
            <w:tcBorders>
              <w:top w:val="single" w:sz="2" w:space="0" w:color="000000"/>
              <w:left w:val="single" w:sz="2" w:space="0" w:color="000000"/>
              <w:bottom w:val="single" w:sz="2" w:space="0" w:color="000000"/>
            </w:tcBorders>
          </w:tcPr>
          <w:p w14:paraId="2CEF502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El avance en el estado del arte y el marco teórico demuestran   un conocimiento profundo en el tema tratado. </w:t>
            </w:r>
          </w:p>
        </w:tc>
        <w:tc>
          <w:tcPr>
            <w:tcW w:w="1179" w:type="dxa"/>
            <w:tcBorders>
              <w:top w:val="single" w:sz="2" w:space="0" w:color="000000"/>
              <w:left w:val="single" w:sz="2" w:space="0" w:color="000000"/>
              <w:bottom w:val="single" w:sz="2" w:space="0" w:color="000000"/>
              <w:right w:val="single" w:sz="2" w:space="0" w:color="000000"/>
            </w:tcBorders>
          </w:tcPr>
          <w:p w14:paraId="73E2B4F7"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75891691" w14:textId="77777777" w:rsidTr="002E4C21">
        <w:tc>
          <w:tcPr>
            <w:tcW w:w="1245" w:type="dxa"/>
            <w:tcBorders>
              <w:top w:val="single" w:sz="2" w:space="0" w:color="000000"/>
              <w:left w:val="single" w:sz="2" w:space="0" w:color="000000"/>
              <w:bottom w:val="single" w:sz="2" w:space="0" w:color="000000"/>
            </w:tcBorders>
          </w:tcPr>
          <w:p w14:paraId="11BC617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9" w:type="dxa"/>
            <w:tcBorders>
              <w:top w:val="single" w:sz="2" w:space="0" w:color="000000"/>
              <w:left w:val="single" w:sz="2" w:space="0" w:color="000000"/>
              <w:bottom w:val="single" w:sz="2" w:space="0" w:color="000000"/>
            </w:tcBorders>
          </w:tcPr>
          <w:p w14:paraId="02F4125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68711E20"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CE181E"/>
                <w:kern w:val="2"/>
                <w:szCs w:val="24"/>
                <w:lang w:val="es-ES" w:eastAsia="zh-CN" w:bidi="hi-IN"/>
              </w:rPr>
              <w:t>Sobre la presentación</w:t>
            </w:r>
          </w:p>
        </w:tc>
        <w:tc>
          <w:tcPr>
            <w:tcW w:w="1179" w:type="dxa"/>
            <w:tcBorders>
              <w:top w:val="single" w:sz="2" w:space="0" w:color="000000"/>
              <w:left w:val="single" w:sz="2" w:space="0" w:color="000000"/>
              <w:bottom w:val="single" w:sz="2" w:space="0" w:color="000000"/>
              <w:right w:val="single" w:sz="2" w:space="0" w:color="000000"/>
            </w:tcBorders>
          </w:tcPr>
          <w:p w14:paraId="569D8F23"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302B4066" w14:textId="77777777" w:rsidTr="002E4C21">
        <w:tc>
          <w:tcPr>
            <w:tcW w:w="1245" w:type="dxa"/>
            <w:tcBorders>
              <w:top w:val="single" w:sz="2" w:space="0" w:color="000000"/>
              <w:left w:val="single" w:sz="2" w:space="0" w:color="000000"/>
              <w:bottom w:val="single" w:sz="2" w:space="0" w:color="000000"/>
            </w:tcBorders>
          </w:tcPr>
          <w:p w14:paraId="2733A540"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w:t>
            </w:r>
          </w:p>
          <w:p w14:paraId="0357435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9" w:type="dxa"/>
            <w:tcBorders>
              <w:top w:val="single" w:sz="2" w:space="0" w:color="000000"/>
              <w:left w:val="single" w:sz="2" w:space="0" w:color="000000"/>
              <w:bottom w:val="single" w:sz="2" w:space="0" w:color="000000"/>
            </w:tcBorders>
          </w:tcPr>
          <w:p w14:paraId="45C0530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D</w:t>
            </w:r>
          </w:p>
          <w:p w14:paraId="7E3EF4C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5040AAE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El estudiante expone la información de manera clara, concisa y organizada, empleando un tono de voz adecuado. Las diapositivas están desarrolladas usando buena ortografía y redacción. El manejo del tiempo durante la presentación es adecuado.</w:t>
            </w:r>
          </w:p>
        </w:tc>
        <w:tc>
          <w:tcPr>
            <w:tcW w:w="1179" w:type="dxa"/>
            <w:tcBorders>
              <w:top w:val="single" w:sz="2" w:space="0" w:color="000000"/>
              <w:left w:val="single" w:sz="2" w:space="0" w:color="000000"/>
              <w:bottom w:val="single" w:sz="2" w:space="0" w:color="000000"/>
              <w:right w:val="single" w:sz="2" w:space="0" w:color="000000"/>
            </w:tcBorders>
          </w:tcPr>
          <w:p w14:paraId="5BE9B756"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0A2B4F11" w14:textId="77777777" w:rsidTr="002E4C21">
        <w:tc>
          <w:tcPr>
            <w:tcW w:w="1245" w:type="dxa"/>
            <w:tcBorders>
              <w:top w:val="single" w:sz="2" w:space="0" w:color="000000"/>
              <w:left w:val="single" w:sz="2" w:space="0" w:color="000000"/>
              <w:bottom w:val="single" w:sz="2" w:space="0" w:color="000000"/>
            </w:tcBorders>
          </w:tcPr>
          <w:p w14:paraId="065260F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w:t>
            </w:r>
          </w:p>
        </w:tc>
        <w:tc>
          <w:tcPr>
            <w:tcW w:w="1439" w:type="dxa"/>
            <w:tcBorders>
              <w:top w:val="single" w:sz="2" w:space="0" w:color="000000"/>
              <w:left w:val="single" w:sz="2" w:space="0" w:color="000000"/>
              <w:bottom w:val="single" w:sz="2" w:space="0" w:color="000000"/>
            </w:tcBorders>
          </w:tcPr>
          <w:p w14:paraId="215E003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D</w:t>
            </w:r>
          </w:p>
        </w:tc>
        <w:tc>
          <w:tcPr>
            <w:tcW w:w="6120" w:type="dxa"/>
            <w:tcBorders>
              <w:top w:val="single" w:sz="2" w:space="0" w:color="000000"/>
              <w:left w:val="single" w:sz="2" w:space="0" w:color="000000"/>
              <w:bottom w:val="single" w:sz="2" w:space="0" w:color="000000"/>
            </w:tcBorders>
          </w:tcPr>
          <w:p w14:paraId="2E3B828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Los objetivos del trabajo son motivados y justificados satisfactoriamente.</w:t>
            </w:r>
          </w:p>
        </w:tc>
        <w:tc>
          <w:tcPr>
            <w:tcW w:w="1179" w:type="dxa"/>
            <w:tcBorders>
              <w:top w:val="single" w:sz="2" w:space="0" w:color="000000"/>
              <w:left w:val="single" w:sz="2" w:space="0" w:color="000000"/>
              <w:bottom w:val="single" w:sz="2" w:space="0" w:color="000000"/>
              <w:right w:val="single" w:sz="2" w:space="0" w:color="000000"/>
            </w:tcBorders>
          </w:tcPr>
          <w:p w14:paraId="3C0AECCD"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7354D221" w14:textId="77777777" w:rsidTr="002E4C21">
        <w:tc>
          <w:tcPr>
            <w:tcW w:w="1245" w:type="dxa"/>
            <w:tcBorders>
              <w:top w:val="single" w:sz="2" w:space="0" w:color="000000"/>
              <w:left w:val="single" w:sz="2" w:space="0" w:color="000000"/>
              <w:bottom w:val="single" w:sz="2" w:space="0" w:color="000000"/>
            </w:tcBorders>
          </w:tcPr>
          <w:p w14:paraId="3A84E37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w:t>
            </w:r>
          </w:p>
        </w:tc>
        <w:tc>
          <w:tcPr>
            <w:tcW w:w="1439" w:type="dxa"/>
            <w:tcBorders>
              <w:top w:val="single" w:sz="2" w:space="0" w:color="000000"/>
              <w:left w:val="single" w:sz="2" w:space="0" w:color="000000"/>
              <w:bottom w:val="single" w:sz="2" w:space="0" w:color="000000"/>
            </w:tcBorders>
          </w:tcPr>
          <w:p w14:paraId="17163C9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D</w:t>
            </w:r>
          </w:p>
        </w:tc>
        <w:tc>
          <w:tcPr>
            <w:tcW w:w="6120" w:type="dxa"/>
            <w:tcBorders>
              <w:top w:val="single" w:sz="2" w:space="0" w:color="000000"/>
              <w:left w:val="single" w:sz="2" w:space="0" w:color="000000"/>
              <w:bottom w:val="single" w:sz="2" w:space="0" w:color="000000"/>
            </w:tcBorders>
          </w:tcPr>
          <w:p w14:paraId="4B1F653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Expone los avances realizados en el proyecto final, reflejando su comprensión de los pasos realizados e indicando los que están pendientes para terminar oportunamente el trabajo.</w:t>
            </w:r>
          </w:p>
        </w:tc>
        <w:tc>
          <w:tcPr>
            <w:tcW w:w="1179" w:type="dxa"/>
            <w:tcBorders>
              <w:top w:val="single" w:sz="2" w:space="0" w:color="000000"/>
              <w:left w:val="single" w:sz="2" w:space="0" w:color="000000"/>
              <w:bottom w:val="single" w:sz="2" w:space="0" w:color="000000"/>
              <w:right w:val="single" w:sz="2" w:space="0" w:color="000000"/>
            </w:tcBorders>
          </w:tcPr>
          <w:p w14:paraId="0E79D7B4"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5E8FE3A7" w14:textId="77777777" w:rsidTr="002E4C21">
        <w:tc>
          <w:tcPr>
            <w:tcW w:w="1245" w:type="dxa"/>
            <w:tcBorders>
              <w:top w:val="single" w:sz="2" w:space="0" w:color="000000"/>
              <w:left w:val="single" w:sz="2" w:space="0" w:color="000000"/>
              <w:bottom w:val="single" w:sz="2" w:space="0" w:color="000000"/>
            </w:tcBorders>
          </w:tcPr>
          <w:p w14:paraId="180E2F9B"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r w:rsidRPr="00BD57AA">
              <w:rPr>
                <w:rFonts w:eastAsia="AR PL SungtiL GB" w:cs="Lohit Devanagari"/>
                <w:color w:val="1F2937"/>
                <w:kern w:val="2"/>
                <w:szCs w:val="24"/>
                <w:lang w:val="es-ES" w:eastAsia="zh-CN" w:bidi="hi-IN"/>
              </w:rPr>
              <w:lastRenderedPageBreak/>
              <w:t>2</w:t>
            </w:r>
          </w:p>
        </w:tc>
        <w:tc>
          <w:tcPr>
            <w:tcW w:w="1439" w:type="dxa"/>
            <w:tcBorders>
              <w:top w:val="single" w:sz="2" w:space="0" w:color="000000"/>
              <w:left w:val="single" w:sz="2" w:space="0" w:color="000000"/>
              <w:bottom w:val="single" w:sz="2" w:space="0" w:color="000000"/>
            </w:tcBorders>
          </w:tcPr>
          <w:p w14:paraId="73450B46"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r w:rsidRPr="00BD57AA">
              <w:rPr>
                <w:rFonts w:eastAsia="AR PL SungtiL GB" w:cs="Lohit Devanagari"/>
                <w:color w:val="1F2937"/>
                <w:kern w:val="2"/>
                <w:szCs w:val="24"/>
                <w:lang w:val="es-ES" w:eastAsia="zh-CN" w:bidi="hi-IN"/>
              </w:rPr>
              <w:t>B</w:t>
            </w:r>
          </w:p>
        </w:tc>
        <w:tc>
          <w:tcPr>
            <w:tcW w:w="6120" w:type="dxa"/>
            <w:tcBorders>
              <w:top w:val="single" w:sz="2" w:space="0" w:color="000000"/>
              <w:left w:val="single" w:sz="2" w:space="0" w:color="000000"/>
              <w:bottom w:val="single" w:sz="2" w:space="0" w:color="000000"/>
            </w:tcBorders>
          </w:tcPr>
          <w:p w14:paraId="3ACE5E9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El estudiante contesta adecuadamente las preguntas del jurado y del director.</w:t>
            </w:r>
          </w:p>
        </w:tc>
        <w:tc>
          <w:tcPr>
            <w:tcW w:w="1179" w:type="dxa"/>
            <w:tcBorders>
              <w:top w:val="single" w:sz="2" w:space="0" w:color="000000"/>
              <w:left w:val="single" w:sz="2" w:space="0" w:color="000000"/>
              <w:bottom w:val="single" w:sz="2" w:space="0" w:color="000000"/>
              <w:right w:val="single" w:sz="2" w:space="0" w:color="000000"/>
            </w:tcBorders>
          </w:tcPr>
          <w:p w14:paraId="1A0F7889"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0AF4E6CA" w14:textId="77777777" w:rsidTr="002E4C21">
        <w:tc>
          <w:tcPr>
            <w:tcW w:w="1245" w:type="dxa"/>
            <w:tcBorders>
              <w:top w:val="single" w:sz="2" w:space="0" w:color="000000"/>
              <w:left w:val="single" w:sz="2" w:space="0" w:color="000000"/>
              <w:bottom w:val="single" w:sz="2" w:space="0" w:color="000000"/>
            </w:tcBorders>
          </w:tcPr>
          <w:p w14:paraId="511D6D3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9" w:type="dxa"/>
            <w:tcBorders>
              <w:top w:val="single" w:sz="2" w:space="0" w:color="000000"/>
              <w:left w:val="single" w:sz="2" w:space="0" w:color="000000"/>
              <w:bottom w:val="single" w:sz="2" w:space="0" w:color="000000"/>
            </w:tcBorders>
          </w:tcPr>
          <w:p w14:paraId="70F4826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6F3B303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CE181E"/>
                <w:kern w:val="2"/>
                <w:szCs w:val="24"/>
                <w:lang w:val="es-ES" w:eastAsia="zh-CN" w:bidi="hi-IN"/>
              </w:rPr>
              <w:t>Sobre el trabajo del estudiante</w:t>
            </w:r>
          </w:p>
        </w:tc>
        <w:tc>
          <w:tcPr>
            <w:tcW w:w="1179" w:type="dxa"/>
            <w:tcBorders>
              <w:top w:val="single" w:sz="2" w:space="0" w:color="000000"/>
              <w:left w:val="single" w:sz="2" w:space="0" w:color="000000"/>
              <w:bottom w:val="single" w:sz="2" w:space="0" w:color="000000"/>
              <w:right w:val="single" w:sz="2" w:space="0" w:color="000000"/>
            </w:tcBorders>
          </w:tcPr>
          <w:p w14:paraId="4CB65C04"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5C3C4DF9" w14:textId="77777777" w:rsidTr="002E4C21">
        <w:tc>
          <w:tcPr>
            <w:tcW w:w="1245" w:type="dxa"/>
            <w:tcBorders>
              <w:top w:val="single" w:sz="2" w:space="0" w:color="000000"/>
              <w:left w:val="single" w:sz="2" w:space="0" w:color="000000"/>
              <w:bottom w:val="single" w:sz="2" w:space="0" w:color="000000"/>
            </w:tcBorders>
          </w:tcPr>
          <w:p w14:paraId="704684F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w:t>
            </w:r>
          </w:p>
        </w:tc>
        <w:tc>
          <w:tcPr>
            <w:tcW w:w="1439" w:type="dxa"/>
            <w:tcBorders>
              <w:top w:val="single" w:sz="2" w:space="0" w:color="000000"/>
              <w:left w:val="single" w:sz="2" w:space="0" w:color="000000"/>
              <w:bottom w:val="single" w:sz="2" w:space="0" w:color="000000"/>
            </w:tcBorders>
          </w:tcPr>
          <w:p w14:paraId="5C689AD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D, E</w:t>
            </w:r>
          </w:p>
        </w:tc>
        <w:tc>
          <w:tcPr>
            <w:tcW w:w="6120" w:type="dxa"/>
            <w:tcBorders>
              <w:top w:val="single" w:sz="2" w:space="0" w:color="000000"/>
              <w:left w:val="single" w:sz="2" w:space="0" w:color="000000"/>
              <w:bottom w:val="single" w:sz="2" w:space="0" w:color="000000"/>
            </w:tcBorders>
          </w:tcPr>
          <w:p w14:paraId="3408846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El avance en el proyecto final ha sido </w:t>
            </w:r>
            <w:proofErr w:type="gramStart"/>
            <w:r w:rsidRPr="00BD57AA">
              <w:rPr>
                <w:rFonts w:ascii="Aptos" w:eastAsia="AR PL SungtiL GB" w:hAnsi="Aptos" w:cs="Lohit Devanagari"/>
                <w:color w:val="1F2937"/>
                <w:kern w:val="2"/>
                <w:szCs w:val="24"/>
                <w:lang w:val="es-ES" w:eastAsia="zh-CN" w:bidi="hi-IN"/>
              </w:rPr>
              <w:t>de acuerdo al</w:t>
            </w:r>
            <w:proofErr w:type="gramEnd"/>
            <w:r w:rsidRPr="00BD57AA">
              <w:rPr>
                <w:rFonts w:ascii="Aptos" w:eastAsia="AR PL SungtiL GB" w:hAnsi="Aptos" w:cs="Lohit Devanagari"/>
                <w:color w:val="1F2937"/>
                <w:kern w:val="2"/>
                <w:szCs w:val="24"/>
                <w:lang w:val="es-ES" w:eastAsia="zh-CN" w:bidi="hi-IN"/>
              </w:rPr>
              <w:t xml:space="preserve"> cronograma acordado, se muestran resultados preliminares, reflejando que se ha dedicado el tiempo esperado al proyecto, excepto por razones externas.</w:t>
            </w:r>
          </w:p>
        </w:tc>
        <w:tc>
          <w:tcPr>
            <w:tcW w:w="1179" w:type="dxa"/>
            <w:tcBorders>
              <w:top w:val="single" w:sz="2" w:space="0" w:color="000000"/>
              <w:left w:val="single" w:sz="2" w:space="0" w:color="000000"/>
              <w:bottom w:val="single" w:sz="2" w:space="0" w:color="000000"/>
              <w:right w:val="single" w:sz="2" w:space="0" w:color="000000"/>
            </w:tcBorders>
          </w:tcPr>
          <w:p w14:paraId="45CCC8B3"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17AD8337" w14:textId="77777777" w:rsidTr="002E4C21">
        <w:tc>
          <w:tcPr>
            <w:tcW w:w="1245" w:type="dxa"/>
            <w:tcBorders>
              <w:top w:val="single" w:sz="2" w:space="0" w:color="000000"/>
              <w:left w:val="single" w:sz="2" w:space="0" w:color="000000"/>
              <w:bottom w:val="single" w:sz="2" w:space="0" w:color="000000"/>
            </w:tcBorders>
          </w:tcPr>
          <w:p w14:paraId="1088263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1, 2, 3</w:t>
            </w:r>
          </w:p>
        </w:tc>
        <w:tc>
          <w:tcPr>
            <w:tcW w:w="1439" w:type="dxa"/>
            <w:tcBorders>
              <w:top w:val="single" w:sz="2" w:space="0" w:color="000000"/>
              <w:left w:val="single" w:sz="2" w:space="0" w:color="000000"/>
              <w:bottom w:val="single" w:sz="2" w:space="0" w:color="000000"/>
            </w:tcBorders>
          </w:tcPr>
          <w:p w14:paraId="522F073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 E</w:t>
            </w:r>
          </w:p>
        </w:tc>
        <w:tc>
          <w:tcPr>
            <w:tcW w:w="6120" w:type="dxa"/>
            <w:tcBorders>
              <w:top w:val="single" w:sz="2" w:space="0" w:color="000000"/>
              <w:left w:val="single" w:sz="2" w:space="0" w:color="000000"/>
              <w:bottom w:val="single" w:sz="2" w:space="0" w:color="000000"/>
            </w:tcBorders>
          </w:tcPr>
          <w:p w14:paraId="71358147" w14:textId="77777777" w:rsidR="00BD57AA" w:rsidRPr="00BD57AA" w:rsidRDefault="00BD57AA" w:rsidP="00BD57AA">
            <w:pPr>
              <w:suppressLineNumbers/>
              <w:suppressAutoHyphens/>
              <w:spacing w:after="12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El estudiante se esfuerza por generar una buena comunicación con el profesor y tiene en cuenta la retroalimentación que este le da.</w:t>
            </w:r>
          </w:p>
        </w:tc>
        <w:tc>
          <w:tcPr>
            <w:tcW w:w="1179" w:type="dxa"/>
            <w:tcBorders>
              <w:top w:val="single" w:sz="2" w:space="0" w:color="000000"/>
              <w:left w:val="single" w:sz="2" w:space="0" w:color="000000"/>
              <w:bottom w:val="single" w:sz="2" w:space="0" w:color="000000"/>
              <w:right w:val="single" w:sz="2" w:space="0" w:color="000000"/>
            </w:tcBorders>
          </w:tcPr>
          <w:p w14:paraId="2CAD83FE"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19AAFC7C" w14:textId="77777777" w:rsidTr="002E4C21">
        <w:tc>
          <w:tcPr>
            <w:tcW w:w="1245" w:type="dxa"/>
            <w:tcBorders>
              <w:top w:val="single" w:sz="2" w:space="0" w:color="000000"/>
              <w:left w:val="single" w:sz="2" w:space="0" w:color="000000"/>
              <w:bottom w:val="single" w:sz="2" w:space="0" w:color="000000"/>
            </w:tcBorders>
          </w:tcPr>
          <w:p w14:paraId="768F839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1, 2, 3</w:t>
            </w:r>
          </w:p>
        </w:tc>
        <w:tc>
          <w:tcPr>
            <w:tcW w:w="1439" w:type="dxa"/>
            <w:tcBorders>
              <w:top w:val="single" w:sz="2" w:space="0" w:color="000000"/>
              <w:left w:val="single" w:sz="2" w:space="0" w:color="000000"/>
              <w:bottom w:val="single" w:sz="2" w:space="0" w:color="000000"/>
            </w:tcBorders>
          </w:tcPr>
          <w:p w14:paraId="7AB7EA9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E</w:t>
            </w:r>
          </w:p>
        </w:tc>
        <w:tc>
          <w:tcPr>
            <w:tcW w:w="6120" w:type="dxa"/>
            <w:tcBorders>
              <w:top w:val="single" w:sz="2" w:space="0" w:color="000000"/>
              <w:left w:val="single" w:sz="2" w:space="0" w:color="000000"/>
              <w:bottom w:val="single" w:sz="2" w:space="0" w:color="000000"/>
            </w:tcBorders>
          </w:tcPr>
          <w:p w14:paraId="7CAF2EEA" w14:textId="77777777" w:rsidR="00BD57AA" w:rsidRPr="00BD57AA" w:rsidRDefault="00BD57AA" w:rsidP="00BD57AA">
            <w:pPr>
              <w:suppressAutoHyphens/>
              <w:spacing w:after="120" w:line="276" w:lineRule="auto"/>
              <w:ind w:left="360" w:hanging="360"/>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Demuestra sentido crítico y científico, capacidad de </w:t>
            </w:r>
          </w:p>
          <w:p w14:paraId="67A7D0A6" w14:textId="77777777" w:rsidR="00BD57AA" w:rsidRPr="00BD57AA" w:rsidRDefault="00BD57AA" w:rsidP="00BD57AA">
            <w:pPr>
              <w:suppressAutoHyphens/>
              <w:spacing w:after="120" w:line="276" w:lineRule="auto"/>
              <w:ind w:left="360" w:hanging="360"/>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integrar su conocimiento del pregrado, disciplina, </w:t>
            </w:r>
          </w:p>
          <w:p w14:paraId="2BFC6412" w14:textId="77777777" w:rsidR="00BD57AA" w:rsidRPr="00BD57AA" w:rsidRDefault="00BD57AA" w:rsidP="00BD57AA">
            <w:pPr>
              <w:suppressAutoHyphens/>
              <w:spacing w:after="120" w:line="276" w:lineRule="auto"/>
              <w:ind w:left="360" w:hanging="360"/>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independencia e iniciativa acordes a un estudiante que está</w:t>
            </w:r>
          </w:p>
          <w:p w14:paraId="0C97D25F" w14:textId="77777777" w:rsidR="00BD57AA" w:rsidRPr="00BD57AA" w:rsidRDefault="00BD57AA" w:rsidP="00BD57AA">
            <w:pPr>
              <w:suppressAutoHyphens/>
              <w:spacing w:after="120" w:line="276" w:lineRule="auto"/>
              <w:ind w:left="360" w:hanging="360"/>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finalizando su carrera.</w:t>
            </w:r>
          </w:p>
        </w:tc>
        <w:tc>
          <w:tcPr>
            <w:tcW w:w="1179" w:type="dxa"/>
            <w:tcBorders>
              <w:top w:val="single" w:sz="2" w:space="0" w:color="000000"/>
              <w:left w:val="single" w:sz="2" w:space="0" w:color="000000"/>
              <w:bottom w:val="single" w:sz="2" w:space="0" w:color="000000"/>
              <w:right w:val="single" w:sz="2" w:space="0" w:color="000000"/>
            </w:tcBorders>
          </w:tcPr>
          <w:p w14:paraId="376E3318"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r w:rsidR="00BD57AA" w:rsidRPr="00BD57AA" w14:paraId="25B03F35" w14:textId="77777777" w:rsidTr="002E4C21">
        <w:tc>
          <w:tcPr>
            <w:tcW w:w="1245" w:type="dxa"/>
            <w:tcBorders>
              <w:top w:val="single" w:sz="2" w:space="0" w:color="000000"/>
              <w:left w:val="single" w:sz="2" w:space="0" w:color="000000"/>
              <w:bottom w:val="single" w:sz="2" w:space="0" w:color="000000"/>
            </w:tcBorders>
          </w:tcPr>
          <w:p w14:paraId="4FA4CF9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9" w:type="dxa"/>
            <w:tcBorders>
              <w:top w:val="single" w:sz="2" w:space="0" w:color="000000"/>
              <w:left w:val="single" w:sz="2" w:space="0" w:color="000000"/>
              <w:bottom w:val="single" w:sz="2" w:space="0" w:color="000000"/>
            </w:tcBorders>
          </w:tcPr>
          <w:p w14:paraId="00BC32E4" w14:textId="77777777" w:rsidR="00BD57AA" w:rsidRPr="00BD57AA" w:rsidRDefault="00BD57AA" w:rsidP="00BD57AA">
            <w:pPr>
              <w:suppressAutoHyphens/>
              <w:spacing w:after="120" w:line="240" w:lineRule="auto"/>
              <w:ind w:left="360" w:hanging="360"/>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TOTAL</w:t>
            </w:r>
          </w:p>
        </w:tc>
        <w:tc>
          <w:tcPr>
            <w:tcW w:w="6120" w:type="dxa"/>
            <w:tcBorders>
              <w:top w:val="single" w:sz="2" w:space="0" w:color="000000"/>
              <w:left w:val="single" w:sz="2" w:space="0" w:color="000000"/>
              <w:bottom w:val="single" w:sz="2" w:space="0" w:color="000000"/>
            </w:tcBorders>
          </w:tcPr>
          <w:p w14:paraId="4EF90B4D" w14:textId="77777777" w:rsidR="00BD57AA" w:rsidRPr="00BD57AA" w:rsidRDefault="00BD57AA" w:rsidP="00BD57AA">
            <w:pPr>
              <w:suppressAutoHyphens/>
              <w:spacing w:after="120" w:line="240" w:lineRule="auto"/>
              <w:ind w:left="360" w:hanging="360"/>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Promedio de las notas de cada RA</w:t>
            </w:r>
          </w:p>
        </w:tc>
        <w:tc>
          <w:tcPr>
            <w:tcW w:w="1179" w:type="dxa"/>
            <w:tcBorders>
              <w:top w:val="single" w:sz="2" w:space="0" w:color="000000"/>
              <w:left w:val="single" w:sz="2" w:space="0" w:color="000000"/>
              <w:bottom w:val="single" w:sz="2" w:space="0" w:color="000000"/>
              <w:right w:val="single" w:sz="2" w:space="0" w:color="000000"/>
            </w:tcBorders>
          </w:tcPr>
          <w:p w14:paraId="433364D6" w14:textId="77777777" w:rsidR="00BD57AA" w:rsidRPr="00BD57AA" w:rsidRDefault="00BD57AA" w:rsidP="00BD57AA">
            <w:pPr>
              <w:suppressLineNumbers/>
              <w:suppressAutoHyphens/>
              <w:rPr>
                <w:rFonts w:ascii="Times New Roman" w:eastAsia="AR PL SungtiL GB" w:hAnsi="Times New Roman" w:cs="Lohit Devanagari"/>
                <w:color w:val="1F2937"/>
                <w:kern w:val="2"/>
                <w:szCs w:val="24"/>
                <w:lang w:val="es-ES" w:eastAsia="zh-CN" w:bidi="hi-IN"/>
              </w:rPr>
            </w:pPr>
          </w:p>
        </w:tc>
      </w:tr>
    </w:tbl>
    <w:p w14:paraId="7575A972"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3DF26869"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color w:val="1F2937"/>
          <w:kern w:val="2"/>
          <w:szCs w:val="24"/>
          <w:lang w:val="es-ES" w:eastAsia="zh-CN" w:bidi="hi-IN"/>
        </w:rPr>
        <w:t xml:space="preserve">Comentarios adicionales: </w:t>
      </w:r>
    </w:p>
    <w:p w14:paraId="179C5080" w14:textId="77777777" w:rsidR="00BD57AA" w:rsidRPr="00BD57AA" w:rsidRDefault="00BD57AA" w:rsidP="00BD57AA">
      <w:pPr>
        <w:suppressAutoHyphens/>
        <w:rPr>
          <w:rFonts w:eastAsia="AR PL SungtiL GB" w:cs="Lohit Devanagari"/>
          <w:b/>
          <w:color w:val="1F2937"/>
          <w:kern w:val="2"/>
          <w:szCs w:val="24"/>
          <w:lang w:val="es-ES" w:eastAsia="zh-CN" w:bidi="hi-IN"/>
        </w:rPr>
      </w:pPr>
    </w:p>
    <w:p w14:paraId="62C8F57F" w14:textId="77777777" w:rsidR="00BD57AA" w:rsidRPr="00BD57AA" w:rsidRDefault="00BD57AA" w:rsidP="00BD57AA">
      <w:pPr>
        <w:suppressAutoHyphens/>
        <w:jc w:val="both"/>
        <w:rPr>
          <w:rFonts w:ascii="Times New Roman" w:eastAsia="AR PL SungtiL GB" w:hAnsi="Times New Roman" w:cs="Lohit Devanagari"/>
          <w:b/>
          <w:color w:val="1F2937"/>
          <w:kern w:val="2"/>
          <w:szCs w:val="24"/>
          <w:lang w:val="es-ES" w:eastAsia="zh-CN" w:bidi="hi-IN"/>
        </w:rPr>
      </w:pPr>
    </w:p>
    <w:p w14:paraId="527EEF6A" w14:textId="77777777" w:rsidR="00BD57AA" w:rsidRPr="00BD57AA" w:rsidRDefault="00BD57AA" w:rsidP="00BD57AA">
      <w:pPr>
        <w:suppressAutoHyphens/>
        <w:rPr>
          <w:rFonts w:ascii="Times New Roman" w:eastAsia="AR PL SungtiL GB" w:hAnsi="Times New Roman" w:cs="Lohit Devanagari"/>
          <w:color w:val="1F2937"/>
          <w:kern w:val="2"/>
          <w:szCs w:val="24"/>
          <w:lang w:val="es-ES" w:eastAsia="zh-CN" w:bidi="hi-IN"/>
        </w:rPr>
      </w:pPr>
    </w:p>
    <w:p w14:paraId="6AB38D06" w14:textId="77777777" w:rsidR="00BD57AA" w:rsidRPr="00BD57AA" w:rsidRDefault="00BD57AA" w:rsidP="00BD57AA">
      <w:pPr>
        <w:tabs>
          <w:tab w:val="left" w:pos="6328"/>
          <w:tab w:val="left" w:pos="6663"/>
        </w:tabs>
        <w:suppressAutoHyphens/>
        <w:jc w:val="right"/>
        <w:rPr>
          <w:rFonts w:ascii="Times New Roman" w:eastAsia="AR PL SungtiL GB" w:hAnsi="Times New Roman" w:cs="Lohit Devanagari"/>
          <w:color w:val="1F2937"/>
          <w:kern w:val="2"/>
          <w:szCs w:val="24"/>
          <w:lang w:val="es-ES" w:eastAsia="zh-CN" w:bidi="hi-IN"/>
        </w:rPr>
      </w:pPr>
    </w:p>
    <w:p w14:paraId="0535FF04" w14:textId="77777777" w:rsidR="00BD57AA" w:rsidRPr="00BD57AA" w:rsidRDefault="00BD57AA" w:rsidP="00BD57AA">
      <w:pPr>
        <w:suppressAutoHyphens/>
        <w:spacing w:after="120" w:line="276" w:lineRule="auto"/>
        <w:ind w:left="360" w:hanging="360"/>
        <w:jc w:val="both"/>
        <w:rPr>
          <w:rFonts w:ascii="Times New Roman" w:eastAsia="AR PL SungtiL GB" w:hAnsi="Times New Roman" w:cs="Lohit Devanagari"/>
          <w:color w:val="1F2937"/>
          <w:kern w:val="2"/>
          <w:szCs w:val="24"/>
          <w:lang w:val="es-ES" w:eastAsia="zh-CN" w:bidi="hi-IN"/>
        </w:rPr>
      </w:pPr>
    </w:p>
    <w:p w14:paraId="0384FC25"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_____________________________  </w:t>
      </w:r>
      <w:r w:rsidRPr="00BD57AA">
        <w:rPr>
          <w:rFonts w:ascii="Aptos" w:eastAsia="AR PL SungtiL GB" w:hAnsi="Aptos" w:cs="Lohit Devanagari"/>
          <w:color w:val="1F2937"/>
          <w:kern w:val="2"/>
          <w:szCs w:val="24"/>
          <w:lang w:val="es-ES" w:eastAsia="zh-CN" w:bidi="hi-IN"/>
        </w:rPr>
        <w:tab/>
      </w:r>
      <w:r w:rsidRPr="00BD57AA">
        <w:rPr>
          <w:rFonts w:ascii="Aptos" w:eastAsia="AR PL SungtiL GB" w:hAnsi="Aptos" w:cs="Lohit Devanagari"/>
          <w:color w:val="1F2937"/>
          <w:kern w:val="2"/>
          <w:szCs w:val="24"/>
          <w:lang w:val="es-ES" w:eastAsia="zh-CN" w:bidi="hi-IN"/>
        </w:rPr>
        <w:tab/>
        <w:t xml:space="preserve"> _____________________________</w:t>
      </w:r>
    </w:p>
    <w:p w14:paraId="1FC9DA0E"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        Firma del </w:t>
      </w:r>
      <w:proofErr w:type="gramStart"/>
      <w:r w:rsidRPr="00BD57AA">
        <w:rPr>
          <w:rFonts w:ascii="Aptos" w:eastAsia="AR PL SungtiL GB" w:hAnsi="Aptos" w:cs="Lohit Devanagari"/>
          <w:color w:val="1F2937"/>
          <w:kern w:val="2"/>
          <w:szCs w:val="24"/>
          <w:lang w:val="es-ES" w:eastAsia="zh-CN" w:bidi="hi-IN"/>
        </w:rPr>
        <w:t>Director</w:t>
      </w:r>
      <w:proofErr w:type="gramEnd"/>
      <w:r w:rsidRPr="00BD57AA">
        <w:rPr>
          <w:rFonts w:ascii="Aptos" w:eastAsia="AR PL SungtiL GB" w:hAnsi="Aptos" w:cs="Lohit Devanagari"/>
          <w:color w:val="1F2937"/>
          <w:kern w:val="2"/>
          <w:szCs w:val="24"/>
          <w:lang w:val="es-ES" w:eastAsia="zh-CN" w:bidi="hi-IN"/>
        </w:rPr>
        <w:tab/>
      </w:r>
      <w:r w:rsidRPr="00BD57AA">
        <w:rPr>
          <w:rFonts w:ascii="Aptos" w:eastAsia="AR PL SungtiL GB" w:hAnsi="Aptos" w:cs="Lohit Devanagari"/>
          <w:color w:val="1F2937"/>
          <w:kern w:val="2"/>
          <w:szCs w:val="24"/>
          <w:lang w:val="es-ES" w:eastAsia="zh-CN" w:bidi="hi-IN"/>
        </w:rPr>
        <w:tab/>
      </w:r>
      <w:r w:rsidRPr="00BD57AA">
        <w:rPr>
          <w:rFonts w:ascii="Aptos" w:eastAsia="AR PL SungtiL GB" w:hAnsi="Aptos" w:cs="Lohit Devanagari"/>
          <w:color w:val="1F2937"/>
          <w:kern w:val="2"/>
          <w:szCs w:val="24"/>
          <w:lang w:val="es-ES" w:eastAsia="zh-CN" w:bidi="hi-IN"/>
        </w:rPr>
        <w:tab/>
      </w:r>
      <w:r w:rsidRPr="00BD57AA">
        <w:rPr>
          <w:rFonts w:ascii="Aptos" w:eastAsia="AR PL SungtiL GB" w:hAnsi="Aptos" w:cs="Lohit Devanagari"/>
          <w:color w:val="1F2937"/>
          <w:kern w:val="2"/>
          <w:szCs w:val="24"/>
          <w:lang w:val="es-ES" w:eastAsia="zh-CN" w:bidi="hi-IN"/>
        </w:rPr>
        <w:tab/>
        <w:t xml:space="preserve">             Firma del Profesor Asistente</w:t>
      </w:r>
    </w:p>
    <w:p w14:paraId="1DBF10EC"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45F8EC4D"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798E1325"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5A817617"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339C2FBE"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09E04845"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7C41340A"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6C764D94"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118B20FA"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217CD430"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4CE50636"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092C181E"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7BA5E9D9"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27091774"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22D58D17"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Tabla 2. RELACIÓN ENTRE COMPETENCIAS Y RESULTADOS DE APRENDIZAJE DEL CURSO</w:t>
      </w:r>
    </w:p>
    <w:tbl>
      <w:tblPr>
        <w:tblW w:w="9975" w:type="dxa"/>
        <w:tblCellMar>
          <w:top w:w="55" w:type="dxa"/>
          <w:left w:w="45" w:type="dxa"/>
          <w:bottom w:w="55" w:type="dxa"/>
          <w:right w:w="55" w:type="dxa"/>
        </w:tblCellMar>
        <w:tblLook w:val="04A0" w:firstRow="1" w:lastRow="0" w:firstColumn="1" w:lastColumn="0" w:noHBand="0" w:noVBand="1"/>
      </w:tblPr>
      <w:tblGrid>
        <w:gridCol w:w="1394"/>
        <w:gridCol w:w="2625"/>
        <w:gridCol w:w="1218"/>
        <w:gridCol w:w="3143"/>
        <w:gridCol w:w="1595"/>
      </w:tblGrid>
      <w:tr w:rsidR="00BD57AA" w:rsidRPr="00BD57AA" w14:paraId="1E5AF2A6" w14:textId="77777777" w:rsidTr="002E4C21">
        <w:tc>
          <w:tcPr>
            <w:tcW w:w="898" w:type="dxa"/>
            <w:tcBorders>
              <w:top w:val="single" w:sz="2" w:space="0" w:color="000000"/>
              <w:left w:val="single" w:sz="2" w:space="0" w:color="000000"/>
              <w:bottom w:val="single" w:sz="2" w:space="0" w:color="000000"/>
            </w:tcBorders>
          </w:tcPr>
          <w:p w14:paraId="75927DE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ID Competencia</w:t>
            </w:r>
          </w:p>
        </w:tc>
        <w:tc>
          <w:tcPr>
            <w:tcW w:w="2836" w:type="dxa"/>
            <w:tcBorders>
              <w:top w:val="single" w:sz="2" w:space="0" w:color="000000"/>
              <w:left w:val="single" w:sz="2" w:space="0" w:color="000000"/>
              <w:bottom w:val="single" w:sz="2" w:space="0" w:color="000000"/>
            </w:tcBorders>
          </w:tcPr>
          <w:p w14:paraId="0FF5CD62" w14:textId="77777777" w:rsidR="00BD57AA" w:rsidRPr="00BD57AA" w:rsidRDefault="00BD57AA" w:rsidP="00BD57AA">
            <w:pPr>
              <w:suppressLineNumbers/>
              <w:suppressAutoHyphens/>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Competencia</w:t>
            </w:r>
          </w:p>
        </w:tc>
        <w:tc>
          <w:tcPr>
            <w:tcW w:w="1199" w:type="dxa"/>
            <w:tcBorders>
              <w:top w:val="single" w:sz="2" w:space="0" w:color="000000"/>
              <w:left w:val="single" w:sz="2" w:space="0" w:color="000000"/>
              <w:bottom w:val="single" w:sz="2" w:space="0" w:color="000000"/>
            </w:tcBorders>
          </w:tcPr>
          <w:p w14:paraId="63D4EBC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ID Resultado de aprendizaje</w:t>
            </w:r>
          </w:p>
        </w:tc>
        <w:tc>
          <w:tcPr>
            <w:tcW w:w="3407" w:type="dxa"/>
            <w:tcBorders>
              <w:top w:val="single" w:sz="2" w:space="0" w:color="000000"/>
              <w:left w:val="single" w:sz="2" w:space="0" w:color="000000"/>
              <w:bottom w:val="single" w:sz="2" w:space="0" w:color="000000"/>
            </w:tcBorders>
          </w:tcPr>
          <w:p w14:paraId="7A6761C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Resultado de aprendizaje</w:t>
            </w:r>
          </w:p>
        </w:tc>
        <w:tc>
          <w:tcPr>
            <w:tcW w:w="1635" w:type="dxa"/>
            <w:tcBorders>
              <w:top w:val="single" w:sz="2" w:space="0" w:color="000000"/>
              <w:left w:val="single" w:sz="2" w:space="0" w:color="000000"/>
              <w:bottom w:val="single" w:sz="2" w:space="0" w:color="000000"/>
              <w:right w:val="single" w:sz="2" w:space="0" w:color="000000"/>
            </w:tcBorders>
          </w:tcPr>
          <w:p w14:paraId="6B1EF99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Correlación entre la competencia y RA</w:t>
            </w:r>
          </w:p>
        </w:tc>
      </w:tr>
      <w:tr w:rsidR="00BD57AA" w:rsidRPr="00BD57AA" w14:paraId="7AE8A5A9" w14:textId="77777777" w:rsidTr="002E4C21">
        <w:tc>
          <w:tcPr>
            <w:tcW w:w="898" w:type="dxa"/>
            <w:tcBorders>
              <w:top w:val="single" w:sz="2" w:space="0" w:color="000000"/>
              <w:left w:val="single" w:sz="2" w:space="0" w:color="000000"/>
              <w:bottom w:val="single" w:sz="2" w:space="0" w:color="000000"/>
            </w:tcBorders>
          </w:tcPr>
          <w:p w14:paraId="221B927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w:t>
            </w:r>
          </w:p>
        </w:tc>
        <w:tc>
          <w:tcPr>
            <w:tcW w:w="2836" w:type="dxa"/>
            <w:tcBorders>
              <w:top w:val="single" w:sz="2" w:space="0" w:color="000000"/>
              <w:left w:val="single" w:sz="2" w:space="0" w:color="000000"/>
              <w:bottom w:val="single" w:sz="2" w:space="0" w:color="000000"/>
            </w:tcBorders>
          </w:tcPr>
          <w:p w14:paraId="16CE8FA3"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Profundizar en un tema específico, mediante la realización de un proyecto de investigación, reflejando una visión original y solidez en los fundamentos físicos empleados.</w:t>
            </w:r>
          </w:p>
        </w:tc>
        <w:tc>
          <w:tcPr>
            <w:tcW w:w="1199" w:type="dxa"/>
            <w:tcBorders>
              <w:top w:val="single" w:sz="2" w:space="0" w:color="000000"/>
              <w:left w:val="single" w:sz="2" w:space="0" w:color="000000"/>
              <w:bottom w:val="single" w:sz="2" w:space="0" w:color="000000"/>
            </w:tcBorders>
          </w:tcPr>
          <w:p w14:paraId="0D6920B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w:t>
            </w:r>
          </w:p>
        </w:tc>
        <w:tc>
          <w:tcPr>
            <w:tcW w:w="3407" w:type="dxa"/>
            <w:tcBorders>
              <w:top w:val="single" w:sz="2" w:space="0" w:color="000000"/>
              <w:left w:val="single" w:sz="2" w:space="0" w:color="000000"/>
              <w:bottom w:val="single" w:sz="2" w:space="0" w:color="000000"/>
            </w:tcBorders>
          </w:tcPr>
          <w:p w14:paraId="15196879"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Dominar y explicar el tema específico de su proyecto final y la metodología usada para desarrollarlo, mostrando solidez en sus fundamentos físicos.</w:t>
            </w:r>
          </w:p>
        </w:tc>
        <w:tc>
          <w:tcPr>
            <w:tcW w:w="1635" w:type="dxa"/>
            <w:tcBorders>
              <w:top w:val="single" w:sz="2" w:space="0" w:color="000000"/>
              <w:left w:val="single" w:sz="2" w:space="0" w:color="000000"/>
              <w:bottom w:val="single" w:sz="2" w:space="0" w:color="000000"/>
              <w:right w:val="single" w:sz="2" w:space="0" w:color="000000"/>
            </w:tcBorders>
          </w:tcPr>
          <w:p w14:paraId="0AC9A8D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A-1</w:t>
            </w:r>
          </w:p>
          <w:p w14:paraId="755E695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A-2</w:t>
            </w:r>
          </w:p>
          <w:p w14:paraId="41FBFB68"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0E39C039" w14:textId="77777777" w:rsidTr="002E4C21">
        <w:tc>
          <w:tcPr>
            <w:tcW w:w="898" w:type="dxa"/>
            <w:tcBorders>
              <w:top w:val="single" w:sz="2" w:space="0" w:color="000000"/>
              <w:left w:val="single" w:sz="2" w:space="0" w:color="000000"/>
              <w:bottom w:val="single" w:sz="2" w:space="0" w:color="000000"/>
            </w:tcBorders>
          </w:tcPr>
          <w:p w14:paraId="4A283F4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2</w:t>
            </w:r>
          </w:p>
        </w:tc>
        <w:tc>
          <w:tcPr>
            <w:tcW w:w="2836" w:type="dxa"/>
            <w:tcBorders>
              <w:top w:val="single" w:sz="2" w:space="0" w:color="000000"/>
              <w:left w:val="single" w:sz="2" w:space="0" w:color="000000"/>
              <w:bottom w:val="single" w:sz="2" w:space="0" w:color="000000"/>
            </w:tcBorders>
          </w:tcPr>
          <w:p w14:paraId="05105C71"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Desarrollar una forma de pensar acorde con el método científico, con mentalidad crítica y analítica para enfrentar problemas y plantear soluciones.</w:t>
            </w:r>
          </w:p>
        </w:tc>
        <w:tc>
          <w:tcPr>
            <w:tcW w:w="1199" w:type="dxa"/>
            <w:tcBorders>
              <w:top w:val="single" w:sz="2" w:space="0" w:color="000000"/>
              <w:left w:val="single" w:sz="2" w:space="0" w:color="000000"/>
              <w:bottom w:val="single" w:sz="2" w:space="0" w:color="000000"/>
            </w:tcBorders>
          </w:tcPr>
          <w:p w14:paraId="5FB6FFC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w:t>
            </w:r>
          </w:p>
        </w:tc>
        <w:tc>
          <w:tcPr>
            <w:tcW w:w="3407" w:type="dxa"/>
            <w:tcBorders>
              <w:top w:val="single" w:sz="2" w:space="0" w:color="000000"/>
              <w:left w:val="single" w:sz="2" w:space="0" w:color="000000"/>
              <w:bottom w:val="single" w:sz="2" w:space="0" w:color="000000"/>
            </w:tcBorders>
          </w:tcPr>
          <w:p w14:paraId="0A7EDC32"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Resolver problemas en el logro de los objetivos de investigación y el desarrollo del proyecto final, mostrando independencia, creatividad, pensamiento crítico y analítico, y una forma de pensar acorde con el método científico.</w:t>
            </w:r>
          </w:p>
        </w:tc>
        <w:tc>
          <w:tcPr>
            <w:tcW w:w="1635" w:type="dxa"/>
            <w:tcBorders>
              <w:top w:val="single" w:sz="2" w:space="0" w:color="000000"/>
              <w:left w:val="single" w:sz="2" w:space="0" w:color="000000"/>
              <w:bottom w:val="single" w:sz="2" w:space="0" w:color="000000"/>
              <w:right w:val="single" w:sz="2" w:space="0" w:color="000000"/>
            </w:tcBorders>
          </w:tcPr>
          <w:p w14:paraId="3FD2236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B-1</w:t>
            </w:r>
          </w:p>
          <w:p w14:paraId="7BA5444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B-2</w:t>
            </w:r>
          </w:p>
        </w:tc>
      </w:tr>
      <w:tr w:rsidR="00BD57AA" w:rsidRPr="00BD57AA" w14:paraId="68F36CCF" w14:textId="77777777" w:rsidTr="002E4C21">
        <w:tc>
          <w:tcPr>
            <w:tcW w:w="898" w:type="dxa"/>
            <w:tcBorders>
              <w:top w:val="single" w:sz="2" w:space="0" w:color="000000"/>
              <w:left w:val="single" w:sz="2" w:space="0" w:color="000000"/>
              <w:bottom w:val="single" w:sz="2" w:space="0" w:color="000000"/>
            </w:tcBorders>
          </w:tcPr>
          <w:p w14:paraId="58900F9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3</w:t>
            </w:r>
          </w:p>
        </w:tc>
        <w:tc>
          <w:tcPr>
            <w:tcW w:w="2836" w:type="dxa"/>
            <w:tcBorders>
              <w:top w:val="single" w:sz="2" w:space="0" w:color="000000"/>
              <w:left w:val="single" w:sz="2" w:space="0" w:color="000000"/>
              <w:bottom w:val="single" w:sz="2" w:space="0" w:color="000000"/>
            </w:tcBorders>
          </w:tcPr>
          <w:p w14:paraId="29B204BF"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000000"/>
                <w:kern w:val="2"/>
                <w:szCs w:val="24"/>
                <w:lang w:val="es-ES" w:eastAsia="zh-CN" w:bidi="hi-IN"/>
              </w:rPr>
              <w:t>Conocer y aplicar</w:t>
            </w:r>
            <w:r w:rsidRPr="00BD57AA">
              <w:rPr>
                <w:rFonts w:ascii="Aptos" w:eastAsia="AR PL SungtiL GB" w:hAnsi="Aptos" w:cs="Arial"/>
                <w:color w:val="000000"/>
                <w:kern w:val="2"/>
                <w:szCs w:val="24"/>
                <w:lang w:val="es-ES" w:eastAsia="zh-CN" w:bidi="hi-IN"/>
              </w:rPr>
              <w:t xml:space="preserve"> las conductas de un profesional ético en su disciplina.</w:t>
            </w:r>
          </w:p>
        </w:tc>
        <w:tc>
          <w:tcPr>
            <w:tcW w:w="1199" w:type="dxa"/>
            <w:tcBorders>
              <w:top w:val="single" w:sz="2" w:space="0" w:color="000000"/>
              <w:left w:val="single" w:sz="2" w:space="0" w:color="000000"/>
              <w:bottom w:val="single" w:sz="2" w:space="0" w:color="000000"/>
            </w:tcBorders>
          </w:tcPr>
          <w:p w14:paraId="2D6CC96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w:t>
            </w:r>
          </w:p>
        </w:tc>
        <w:tc>
          <w:tcPr>
            <w:tcW w:w="3407" w:type="dxa"/>
            <w:tcBorders>
              <w:top w:val="single" w:sz="2" w:space="0" w:color="000000"/>
              <w:left w:val="single" w:sz="2" w:space="0" w:color="000000"/>
              <w:bottom w:val="single" w:sz="2" w:space="0" w:color="000000"/>
            </w:tcBorders>
          </w:tcPr>
          <w:p w14:paraId="4177998F"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Evaluar y aplicar las consideraciones éticas relevantes al proyecto final.</w:t>
            </w:r>
          </w:p>
        </w:tc>
        <w:tc>
          <w:tcPr>
            <w:tcW w:w="1635" w:type="dxa"/>
            <w:tcBorders>
              <w:top w:val="single" w:sz="2" w:space="0" w:color="000000"/>
              <w:left w:val="single" w:sz="2" w:space="0" w:color="000000"/>
              <w:bottom w:val="single" w:sz="2" w:space="0" w:color="000000"/>
              <w:right w:val="single" w:sz="2" w:space="0" w:color="000000"/>
            </w:tcBorders>
          </w:tcPr>
          <w:p w14:paraId="244AE9A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C-3</w:t>
            </w:r>
          </w:p>
        </w:tc>
      </w:tr>
      <w:tr w:rsidR="00BD57AA" w:rsidRPr="00BD57AA" w14:paraId="1BBECED4" w14:textId="77777777" w:rsidTr="002E4C21">
        <w:tc>
          <w:tcPr>
            <w:tcW w:w="898" w:type="dxa"/>
            <w:tcBorders>
              <w:top w:val="single" w:sz="2" w:space="0" w:color="000000"/>
              <w:left w:val="single" w:sz="2" w:space="0" w:color="000000"/>
              <w:bottom w:val="single" w:sz="2" w:space="0" w:color="000000"/>
            </w:tcBorders>
          </w:tcPr>
          <w:p w14:paraId="5DA22EA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2836" w:type="dxa"/>
            <w:tcBorders>
              <w:top w:val="single" w:sz="2" w:space="0" w:color="000000"/>
              <w:left w:val="single" w:sz="2" w:space="0" w:color="000000"/>
              <w:bottom w:val="single" w:sz="2" w:space="0" w:color="000000"/>
            </w:tcBorders>
          </w:tcPr>
          <w:p w14:paraId="31E53E6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199" w:type="dxa"/>
            <w:tcBorders>
              <w:top w:val="single" w:sz="2" w:space="0" w:color="000000"/>
              <w:left w:val="single" w:sz="2" w:space="0" w:color="000000"/>
              <w:bottom w:val="single" w:sz="2" w:space="0" w:color="000000"/>
            </w:tcBorders>
          </w:tcPr>
          <w:p w14:paraId="4298891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D</w:t>
            </w:r>
          </w:p>
        </w:tc>
        <w:tc>
          <w:tcPr>
            <w:tcW w:w="3407" w:type="dxa"/>
            <w:tcBorders>
              <w:top w:val="single" w:sz="2" w:space="0" w:color="000000"/>
              <w:left w:val="single" w:sz="2" w:space="0" w:color="000000"/>
              <w:bottom w:val="single" w:sz="2" w:space="0" w:color="000000"/>
            </w:tcBorders>
          </w:tcPr>
          <w:p w14:paraId="70CFA7EB"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Comunicar de manera clara y sólida los resultados de su proyecto final, tanto en forma escrita como oral, según los lineamientos del reglamento del Proyecto final del departamento de Física.</w:t>
            </w:r>
          </w:p>
        </w:tc>
        <w:tc>
          <w:tcPr>
            <w:tcW w:w="1635" w:type="dxa"/>
            <w:tcBorders>
              <w:top w:val="single" w:sz="2" w:space="0" w:color="000000"/>
              <w:left w:val="single" w:sz="2" w:space="0" w:color="000000"/>
              <w:bottom w:val="single" w:sz="2" w:space="0" w:color="000000"/>
              <w:right w:val="single" w:sz="2" w:space="0" w:color="000000"/>
            </w:tcBorders>
          </w:tcPr>
          <w:p w14:paraId="6969D28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D-1</w:t>
            </w:r>
          </w:p>
        </w:tc>
      </w:tr>
      <w:tr w:rsidR="00BD57AA" w:rsidRPr="00BD57AA" w14:paraId="08215D84" w14:textId="77777777" w:rsidTr="002E4C21">
        <w:tc>
          <w:tcPr>
            <w:tcW w:w="898" w:type="dxa"/>
            <w:tcBorders>
              <w:top w:val="single" w:sz="2" w:space="0" w:color="000000"/>
              <w:left w:val="single" w:sz="2" w:space="0" w:color="000000"/>
              <w:bottom w:val="single" w:sz="2" w:space="0" w:color="000000"/>
            </w:tcBorders>
          </w:tcPr>
          <w:p w14:paraId="0211549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2836" w:type="dxa"/>
            <w:tcBorders>
              <w:top w:val="single" w:sz="2" w:space="0" w:color="000000"/>
              <w:left w:val="single" w:sz="2" w:space="0" w:color="000000"/>
              <w:bottom w:val="single" w:sz="2" w:space="0" w:color="000000"/>
            </w:tcBorders>
          </w:tcPr>
          <w:p w14:paraId="6DE5DEF8"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199" w:type="dxa"/>
            <w:tcBorders>
              <w:top w:val="single" w:sz="2" w:space="0" w:color="000000"/>
              <w:left w:val="single" w:sz="2" w:space="0" w:color="000000"/>
              <w:bottom w:val="single" w:sz="2" w:space="0" w:color="000000"/>
            </w:tcBorders>
          </w:tcPr>
          <w:p w14:paraId="26A7B4F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w:t>
            </w:r>
          </w:p>
        </w:tc>
        <w:tc>
          <w:tcPr>
            <w:tcW w:w="3407" w:type="dxa"/>
            <w:tcBorders>
              <w:top w:val="single" w:sz="2" w:space="0" w:color="000000"/>
              <w:left w:val="single" w:sz="2" w:space="0" w:color="000000"/>
              <w:bottom w:val="single" w:sz="2" w:space="0" w:color="000000"/>
            </w:tcBorders>
          </w:tcPr>
          <w:p w14:paraId="0AD5AB91" w14:textId="77777777" w:rsidR="00BD57AA" w:rsidRPr="00BD57AA" w:rsidRDefault="00BD57AA" w:rsidP="00BD57AA">
            <w:pPr>
              <w:suppressAutoHyphens/>
              <w:jc w:val="both"/>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 xml:space="preserve">Trabajar en su </w:t>
            </w:r>
            <w:bookmarkStart w:id="0" w:name="__DdeLink__20067_965229409"/>
            <w:r w:rsidRPr="00BD57AA">
              <w:rPr>
                <w:rFonts w:ascii="Aptos" w:eastAsia="AR PL SungtiL GB" w:hAnsi="Aptos" w:cs="Aptos"/>
                <w:color w:val="000000"/>
                <w:kern w:val="2"/>
                <w:szCs w:val="24"/>
                <w:lang w:val="es-ES" w:eastAsia="zh-CN" w:bidi="hi-IN"/>
              </w:rPr>
              <w:t>p</w:t>
            </w:r>
            <w:bookmarkEnd w:id="0"/>
            <w:r w:rsidRPr="00BD57AA">
              <w:rPr>
                <w:rFonts w:ascii="Aptos" w:eastAsia="AR PL SungtiL GB" w:hAnsi="Aptos" w:cs="Aptos"/>
                <w:color w:val="000000"/>
                <w:kern w:val="2"/>
                <w:szCs w:val="24"/>
                <w:lang w:val="es-ES" w:eastAsia="zh-CN" w:bidi="hi-IN"/>
              </w:rPr>
              <w:t>royecto final con disciplina y esfuerzo, y actuando de acuerdo con parámetros éticos.</w:t>
            </w:r>
          </w:p>
        </w:tc>
        <w:tc>
          <w:tcPr>
            <w:tcW w:w="1635" w:type="dxa"/>
            <w:tcBorders>
              <w:top w:val="single" w:sz="2" w:space="0" w:color="000000"/>
              <w:left w:val="single" w:sz="2" w:space="0" w:color="000000"/>
              <w:bottom w:val="single" w:sz="2" w:space="0" w:color="000000"/>
              <w:right w:val="single" w:sz="2" w:space="0" w:color="000000"/>
            </w:tcBorders>
          </w:tcPr>
          <w:p w14:paraId="4223929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E-1</w:t>
            </w:r>
          </w:p>
          <w:p w14:paraId="69BCB96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E-3</w:t>
            </w:r>
          </w:p>
        </w:tc>
      </w:tr>
    </w:tbl>
    <w:p w14:paraId="030D542B" w14:textId="77777777" w:rsidR="00BD57AA" w:rsidRPr="00BD57AA" w:rsidRDefault="00BD57AA" w:rsidP="00BD57AA">
      <w:pPr>
        <w:suppressAutoHyphens/>
        <w:spacing w:after="120" w:line="276" w:lineRule="auto"/>
        <w:ind w:left="360" w:hanging="360"/>
        <w:rPr>
          <w:rFonts w:ascii="Aptos" w:eastAsia="AR PL SungtiL GB" w:hAnsi="Aptos" w:cs="Lohit Devanagari"/>
          <w:b/>
          <w:bCs/>
          <w:color w:val="1F2937"/>
          <w:kern w:val="2"/>
          <w:szCs w:val="24"/>
          <w:lang w:val="es-ES" w:eastAsia="zh-CN" w:bidi="hi-IN"/>
        </w:rPr>
      </w:pPr>
    </w:p>
    <w:p w14:paraId="0CE5BC70" w14:textId="77777777" w:rsidR="00BD57AA" w:rsidRPr="00BD57AA" w:rsidRDefault="00BD57AA" w:rsidP="00BD57AA">
      <w:pPr>
        <w:suppressAutoHyphens/>
        <w:spacing w:after="120" w:line="276" w:lineRule="auto"/>
        <w:ind w:left="360" w:hanging="360"/>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lastRenderedPageBreak/>
        <w:t>ANEXO 3. FORMATO DE EVALUACIÓN DE PROYECTO FINAL</w:t>
      </w:r>
    </w:p>
    <w:p w14:paraId="647ADC51" w14:textId="77777777" w:rsidR="00BD57AA" w:rsidRPr="00BD57AA" w:rsidRDefault="00BD57AA" w:rsidP="00BD57AA">
      <w:pPr>
        <w:suppressAutoHyphens/>
        <w:spacing w:after="120" w:line="276" w:lineRule="auto"/>
        <w:ind w:left="360" w:hanging="360"/>
        <w:jc w:val="center"/>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DIRECTOR</w:t>
      </w:r>
    </w:p>
    <w:p w14:paraId="58630224" w14:textId="77777777" w:rsidR="00BD57AA" w:rsidRPr="00BD57AA" w:rsidRDefault="00BD57AA" w:rsidP="00BD57AA">
      <w:pPr>
        <w:suppressAutoHyphens/>
        <w:spacing w:after="0" w:line="240" w:lineRule="auto"/>
        <w:ind w:left="357" w:hanging="357"/>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Fecha:</w:t>
      </w:r>
      <w:r w:rsidRPr="00BD57AA">
        <w:rPr>
          <w:rFonts w:ascii="Aptos" w:eastAsia="AR PL SungtiL GB" w:hAnsi="Aptos" w:cs="Lohit Devanagari"/>
          <w:color w:val="1F2937"/>
          <w:kern w:val="2"/>
          <w:szCs w:val="24"/>
          <w:lang w:val="es-ES" w:eastAsia="zh-CN" w:bidi="hi-IN"/>
        </w:rPr>
        <w:t xml:space="preserve"> Aquí fecha</w:t>
      </w:r>
    </w:p>
    <w:p w14:paraId="6955FC70" w14:textId="77777777" w:rsidR="00BD57AA" w:rsidRPr="00BD57AA" w:rsidRDefault="00BD57AA" w:rsidP="00BD57AA">
      <w:pPr>
        <w:suppressAutoHyphens/>
        <w:spacing w:after="0" w:line="240" w:lineRule="auto"/>
        <w:ind w:left="357" w:hanging="357"/>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Título</w:t>
      </w:r>
      <w:r w:rsidRPr="00BD57AA">
        <w:rPr>
          <w:rFonts w:ascii="Aptos" w:eastAsia="AR PL SungtiL GB" w:hAnsi="Aptos" w:cs="Lohit Devanagari"/>
          <w:color w:val="1F2937"/>
          <w:kern w:val="2"/>
          <w:szCs w:val="24"/>
          <w:lang w:val="es-ES" w:eastAsia="zh-CN" w:bidi="hi-IN"/>
        </w:rPr>
        <w:t>: Aquí título</w:t>
      </w:r>
    </w:p>
    <w:p w14:paraId="22C23AF7" w14:textId="77777777" w:rsidR="00BD57AA" w:rsidRPr="00BD57AA" w:rsidRDefault="00BD57AA" w:rsidP="00BD57AA">
      <w:pPr>
        <w:suppressAutoHyphens/>
        <w:spacing w:after="0" w:line="240" w:lineRule="auto"/>
        <w:ind w:left="357" w:hanging="357"/>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Estudiante</w:t>
      </w:r>
      <w:r w:rsidRPr="00BD57AA">
        <w:rPr>
          <w:rFonts w:ascii="Aptos" w:eastAsia="AR PL SungtiL GB" w:hAnsi="Aptos" w:cs="Lohit Devanagari"/>
          <w:color w:val="1F2937"/>
          <w:kern w:val="2"/>
          <w:szCs w:val="24"/>
          <w:lang w:val="es-ES" w:eastAsia="zh-CN" w:bidi="hi-IN"/>
        </w:rPr>
        <w:t>: Nombre estudiante</w:t>
      </w:r>
    </w:p>
    <w:p w14:paraId="105CED40" w14:textId="77777777" w:rsidR="00BD57AA" w:rsidRPr="00BD57AA" w:rsidRDefault="00BD57AA" w:rsidP="00BD57AA">
      <w:pPr>
        <w:suppressAutoHyphens/>
        <w:spacing w:after="0" w:line="240" w:lineRule="auto"/>
        <w:ind w:left="357" w:hanging="357"/>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Nombre del </w:t>
      </w:r>
      <w:proofErr w:type="gramStart"/>
      <w:r w:rsidRPr="00BD57AA">
        <w:rPr>
          <w:rFonts w:ascii="Aptos" w:eastAsia="AR PL SungtiL GB" w:hAnsi="Aptos" w:cs="Lohit Devanagari"/>
          <w:b/>
          <w:bCs/>
          <w:color w:val="1F2937"/>
          <w:kern w:val="2"/>
          <w:szCs w:val="24"/>
          <w:lang w:val="es-ES" w:eastAsia="zh-CN" w:bidi="hi-IN"/>
        </w:rPr>
        <w:t>Director</w:t>
      </w:r>
      <w:proofErr w:type="gramEnd"/>
      <w:r w:rsidRPr="00BD57AA">
        <w:rPr>
          <w:rFonts w:ascii="Aptos" w:eastAsia="AR PL SungtiL GB" w:hAnsi="Aptos" w:cs="Lohit Devanagari"/>
          <w:color w:val="1F2937"/>
          <w:kern w:val="2"/>
          <w:szCs w:val="24"/>
          <w:lang w:val="es-ES" w:eastAsia="zh-CN" w:bidi="hi-IN"/>
        </w:rPr>
        <w:t>: Nombre director</w:t>
      </w:r>
    </w:p>
    <w:p w14:paraId="580669B8" w14:textId="77777777" w:rsidR="00BD57AA" w:rsidRPr="00BD57AA" w:rsidRDefault="00BD57AA" w:rsidP="00BD57AA">
      <w:pPr>
        <w:suppressAutoHyphens/>
        <w:spacing w:after="0" w:line="240" w:lineRule="auto"/>
        <w:ind w:left="357" w:hanging="357"/>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Nombre del </w:t>
      </w:r>
      <w:proofErr w:type="gramStart"/>
      <w:r w:rsidRPr="00BD57AA">
        <w:rPr>
          <w:rFonts w:ascii="Aptos" w:eastAsia="AR PL SungtiL GB" w:hAnsi="Aptos" w:cs="Lohit Devanagari"/>
          <w:b/>
          <w:bCs/>
          <w:color w:val="1F2937"/>
          <w:kern w:val="2"/>
          <w:szCs w:val="24"/>
          <w:lang w:val="es-ES" w:eastAsia="zh-CN" w:bidi="hi-IN"/>
        </w:rPr>
        <w:t>Co-Director</w:t>
      </w:r>
      <w:proofErr w:type="gramEnd"/>
      <w:r w:rsidRPr="00BD57AA">
        <w:rPr>
          <w:rFonts w:ascii="Aptos" w:eastAsia="AR PL SungtiL GB" w:hAnsi="Aptos" w:cs="Lohit Devanagari"/>
          <w:b/>
          <w:bCs/>
          <w:color w:val="1F2937"/>
          <w:kern w:val="2"/>
          <w:szCs w:val="24"/>
          <w:lang w:val="es-ES" w:eastAsia="zh-CN" w:bidi="hi-IN"/>
        </w:rPr>
        <w:t xml:space="preserve"> (si aplica)</w:t>
      </w:r>
      <w:r w:rsidRPr="00BD57AA">
        <w:rPr>
          <w:rFonts w:ascii="Aptos" w:eastAsia="AR PL SungtiL GB" w:hAnsi="Aptos" w:cs="Lohit Devanagari"/>
          <w:color w:val="1F2937"/>
          <w:kern w:val="2"/>
          <w:szCs w:val="24"/>
          <w:lang w:val="es-ES" w:eastAsia="zh-CN" w:bidi="hi-IN"/>
        </w:rPr>
        <w:t xml:space="preserve">: Nombre </w:t>
      </w:r>
      <w:proofErr w:type="spellStart"/>
      <w:r w:rsidRPr="00BD57AA">
        <w:rPr>
          <w:rFonts w:ascii="Aptos" w:eastAsia="AR PL SungtiL GB" w:hAnsi="Aptos" w:cs="Lohit Devanagari"/>
          <w:color w:val="1F2937"/>
          <w:kern w:val="2"/>
          <w:szCs w:val="24"/>
          <w:lang w:val="es-ES" w:eastAsia="zh-CN" w:bidi="hi-IN"/>
        </w:rPr>
        <w:t>co-director</w:t>
      </w:r>
      <w:proofErr w:type="spellEnd"/>
    </w:p>
    <w:p w14:paraId="09129DE6" w14:textId="77777777" w:rsidR="00BD57AA" w:rsidRPr="00BD57AA" w:rsidRDefault="00BD57AA" w:rsidP="00BD57AA">
      <w:pPr>
        <w:suppressAutoHyphens/>
        <w:spacing w:after="120" w:line="276" w:lineRule="auto"/>
        <w:ind w:left="360"/>
        <w:jc w:val="both"/>
        <w:rPr>
          <w:rFonts w:ascii="Aptos" w:eastAsia="AR PL SungtiL GB" w:hAnsi="Aptos" w:cs="Lohit Devanagari"/>
          <w:i/>
          <w:iCs/>
          <w:color w:val="1F2937"/>
          <w:kern w:val="2"/>
          <w:szCs w:val="24"/>
          <w:lang w:val="es-ES" w:eastAsia="zh-CN" w:bidi="hi-IN"/>
        </w:rPr>
      </w:pPr>
    </w:p>
    <w:p w14:paraId="2A40432B" w14:textId="77777777" w:rsidR="00BD57AA" w:rsidRPr="00BD57AA" w:rsidRDefault="00BD57AA" w:rsidP="00BD57AA">
      <w:pPr>
        <w:suppressAutoHyphens/>
        <w:spacing w:after="12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i/>
          <w:iCs/>
          <w:color w:val="1F2937"/>
          <w:kern w:val="2"/>
          <w:szCs w:val="24"/>
          <w:lang w:val="es-ES" w:eastAsia="zh-CN" w:bidi="hi-IN"/>
        </w:rPr>
        <w:t>Por favor, diligencie la Tabla 1, de criterios de evaluación, calificando cada ítem con una nota de 0.0 a 5.0. Si tiene comentarios adicionales, puede escribirlos al final de la Tabla 1. Al finalizar su evaluación, por favor retórnela firmada a la secretaría del Departamento de Física.</w:t>
      </w:r>
    </w:p>
    <w:p w14:paraId="7E5D8E73" w14:textId="77777777" w:rsidR="00BD57AA" w:rsidRPr="00BD57AA" w:rsidRDefault="00BD57AA" w:rsidP="00BD57AA">
      <w:pPr>
        <w:suppressAutoHyphens/>
        <w:spacing w:after="120" w:line="240" w:lineRule="auto"/>
        <w:jc w:val="both"/>
        <w:rPr>
          <w:rFonts w:ascii="Aptos" w:eastAsia="AR PL SungtiL GB" w:hAnsi="Aptos" w:cs="Lohit Devanagari"/>
          <w:i/>
          <w:iCs/>
          <w:color w:val="1F2937"/>
          <w:kern w:val="2"/>
          <w:szCs w:val="24"/>
          <w:lang w:val="es-ES" w:eastAsia="zh-CN" w:bidi="hi-IN"/>
        </w:rPr>
      </w:pPr>
    </w:p>
    <w:p w14:paraId="662EDD11" w14:textId="77777777" w:rsidR="00BD57AA" w:rsidRPr="00BD57AA" w:rsidRDefault="00BD57AA" w:rsidP="00BD57AA">
      <w:pPr>
        <w:suppressAutoHyphens/>
        <w:spacing w:after="120" w:line="240" w:lineRule="auto"/>
        <w:ind w:left="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Para su información, los criterios de la Tabla 1 miden las evidencias del desarrollo de las competencias y el logro de los objetivos del programa del curso Proyecto Final, que se presentan en la Tabla 2. </w:t>
      </w:r>
    </w:p>
    <w:p w14:paraId="2EE3C8CB"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739AD1A2"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TABLA 1. CRITERIOS DE EVALUACIÓN. Los ID corresponden a los definidos en la Tabla 2</w:t>
      </w:r>
    </w:p>
    <w:tbl>
      <w:tblPr>
        <w:tblW w:w="9975" w:type="dxa"/>
        <w:tblInd w:w="45" w:type="dxa"/>
        <w:tblCellMar>
          <w:top w:w="55" w:type="dxa"/>
          <w:left w:w="45" w:type="dxa"/>
          <w:bottom w:w="55" w:type="dxa"/>
          <w:right w:w="55" w:type="dxa"/>
        </w:tblCellMar>
        <w:tblLook w:val="04A0" w:firstRow="1" w:lastRow="0" w:firstColumn="1" w:lastColumn="0" w:noHBand="0" w:noVBand="1"/>
      </w:tblPr>
      <w:tblGrid>
        <w:gridCol w:w="1456"/>
        <w:gridCol w:w="1422"/>
        <w:gridCol w:w="5938"/>
        <w:gridCol w:w="1159"/>
      </w:tblGrid>
      <w:tr w:rsidR="00BD57AA" w:rsidRPr="00BD57AA" w14:paraId="130CD443" w14:textId="77777777" w:rsidTr="002E4C21">
        <w:tc>
          <w:tcPr>
            <w:tcW w:w="1234" w:type="dxa"/>
            <w:tcBorders>
              <w:top w:val="single" w:sz="2" w:space="0" w:color="000000"/>
              <w:left w:val="single" w:sz="2" w:space="0" w:color="000000"/>
              <w:bottom w:val="single" w:sz="2" w:space="0" w:color="000000"/>
            </w:tcBorders>
          </w:tcPr>
          <w:p w14:paraId="15693568" w14:textId="77777777" w:rsidR="00BD57AA" w:rsidRPr="00BD57AA" w:rsidRDefault="00BD57AA" w:rsidP="00BD57AA">
            <w:pPr>
              <w:suppressLineNumbers/>
              <w:suppressAutoHyphens/>
              <w:rPr>
                <w:rFonts w:ascii="Aptos" w:eastAsia="AR PL SungtiL GB" w:hAnsi="Aptos" w:cs="Lohit Devanagari"/>
                <w:color w:val="1F2937"/>
                <w:kern w:val="2"/>
                <w:sz w:val="22"/>
                <w:lang w:val="es-ES" w:eastAsia="zh-CN" w:bidi="hi-IN"/>
              </w:rPr>
            </w:pPr>
            <w:r w:rsidRPr="00BD57AA">
              <w:rPr>
                <w:rFonts w:ascii="Aptos" w:eastAsia="AR PL SungtiL GB" w:hAnsi="Aptos" w:cs="Lohit Devanagari"/>
                <w:b/>
                <w:bCs/>
                <w:color w:val="1F2937"/>
                <w:kern w:val="2"/>
                <w:sz w:val="22"/>
                <w:lang w:val="es-ES" w:eastAsia="zh-CN" w:bidi="hi-IN"/>
              </w:rPr>
              <w:t xml:space="preserve">ID </w:t>
            </w:r>
          </w:p>
          <w:p w14:paraId="00328C82"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 w:val="22"/>
                <w:lang w:val="es-ES" w:eastAsia="zh-CN" w:bidi="hi-IN"/>
              </w:rPr>
              <w:t>Competencia</w:t>
            </w:r>
          </w:p>
        </w:tc>
        <w:tc>
          <w:tcPr>
            <w:tcW w:w="1436" w:type="dxa"/>
            <w:tcBorders>
              <w:top w:val="single" w:sz="2" w:space="0" w:color="000000"/>
              <w:left w:val="single" w:sz="2" w:space="0" w:color="000000"/>
              <w:bottom w:val="single" w:sz="2" w:space="0" w:color="000000"/>
            </w:tcBorders>
          </w:tcPr>
          <w:p w14:paraId="2E4513C5" w14:textId="77777777" w:rsidR="00BD57AA" w:rsidRPr="00BD57AA" w:rsidRDefault="00BD57AA" w:rsidP="00BD57AA">
            <w:pPr>
              <w:suppressLineNumbers/>
              <w:suppressAutoHyphens/>
              <w:rPr>
                <w:rFonts w:ascii="Aptos" w:eastAsia="AR PL SungtiL GB" w:hAnsi="Aptos" w:cs="Lohit Devanagari"/>
                <w:color w:val="1F2937"/>
                <w:kern w:val="2"/>
                <w:sz w:val="22"/>
                <w:lang w:val="es-ES" w:eastAsia="zh-CN" w:bidi="hi-IN"/>
              </w:rPr>
            </w:pPr>
            <w:r w:rsidRPr="00BD57AA">
              <w:rPr>
                <w:rFonts w:ascii="Aptos" w:eastAsia="AR PL SungtiL GB" w:hAnsi="Aptos" w:cs="Lohit Devanagari"/>
                <w:b/>
                <w:bCs/>
                <w:color w:val="1F2937"/>
                <w:kern w:val="2"/>
                <w:sz w:val="22"/>
                <w:lang w:val="es-ES" w:eastAsia="zh-CN" w:bidi="hi-IN"/>
              </w:rPr>
              <w:t xml:space="preserve">ID </w:t>
            </w:r>
          </w:p>
          <w:p w14:paraId="2B143D6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 w:val="22"/>
                <w:lang w:val="es-ES" w:eastAsia="zh-CN" w:bidi="hi-IN"/>
              </w:rPr>
              <w:t>Resultado</w:t>
            </w:r>
          </w:p>
        </w:tc>
        <w:tc>
          <w:tcPr>
            <w:tcW w:w="6120" w:type="dxa"/>
            <w:tcBorders>
              <w:top w:val="single" w:sz="2" w:space="0" w:color="000000"/>
              <w:left w:val="single" w:sz="2" w:space="0" w:color="000000"/>
              <w:bottom w:val="single" w:sz="2" w:space="0" w:color="000000"/>
            </w:tcBorders>
          </w:tcPr>
          <w:p w14:paraId="4284F35C" w14:textId="77777777" w:rsidR="00BD57AA" w:rsidRPr="00BD57AA" w:rsidRDefault="00BD57AA" w:rsidP="00BD57AA">
            <w:pPr>
              <w:suppressLineNumbers/>
              <w:suppressAutoHyphens/>
              <w:jc w:val="center"/>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Criterio medición resultado de aprendizaje</w:t>
            </w:r>
          </w:p>
        </w:tc>
        <w:tc>
          <w:tcPr>
            <w:tcW w:w="1185" w:type="dxa"/>
            <w:tcBorders>
              <w:top w:val="single" w:sz="2" w:space="0" w:color="000000"/>
              <w:left w:val="single" w:sz="2" w:space="0" w:color="000000"/>
              <w:bottom w:val="single" w:sz="2" w:space="0" w:color="000000"/>
              <w:right w:val="single" w:sz="2" w:space="0" w:color="000000"/>
            </w:tcBorders>
          </w:tcPr>
          <w:p w14:paraId="0178E0D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Nota </w:t>
            </w:r>
          </w:p>
          <w:p w14:paraId="1555AE4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(de 0 a 5)</w:t>
            </w:r>
          </w:p>
        </w:tc>
      </w:tr>
      <w:tr w:rsidR="00BD57AA" w:rsidRPr="00BD57AA" w14:paraId="52C9B791" w14:textId="77777777" w:rsidTr="002E4C21">
        <w:tc>
          <w:tcPr>
            <w:tcW w:w="1234" w:type="dxa"/>
            <w:tcBorders>
              <w:top w:val="single" w:sz="2" w:space="0" w:color="000000"/>
              <w:left w:val="single" w:sz="2" w:space="0" w:color="000000"/>
              <w:bottom w:val="single" w:sz="2" w:space="0" w:color="000000"/>
            </w:tcBorders>
          </w:tcPr>
          <w:p w14:paraId="6E37B8D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6" w:type="dxa"/>
            <w:tcBorders>
              <w:top w:val="single" w:sz="2" w:space="0" w:color="000000"/>
              <w:left w:val="single" w:sz="2" w:space="0" w:color="000000"/>
              <w:bottom w:val="single" w:sz="2" w:space="0" w:color="000000"/>
            </w:tcBorders>
          </w:tcPr>
          <w:p w14:paraId="6ABBC00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3FC3992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CE181E"/>
                <w:kern w:val="2"/>
                <w:szCs w:val="24"/>
                <w:lang w:val="es-ES" w:eastAsia="zh-CN" w:bidi="hi-IN"/>
              </w:rPr>
              <w:t>Sobre el documento</w:t>
            </w:r>
          </w:p>
        </w:tc>
        <w:tc>
          <w:tcPr>
            <w:tcW w:w="1185" w:type="dxa"/>
            <w:tcBorders>
              <w:top w:val="single" w:sz="2" w:space="0" w:color="000000"/>
              <w:left w:val="single" w:sz="2" w:space="0" w:color="000000"/>
              <w:bottom w:val="single" w:sz="2" w:space="0" w:color="000000"/>
              <w:right w:val="single" w:sz="2" w:space="0" w:color="000000"/>
            </w:tcBorders>
          </w:tcPr>
          <w:p w14:paraId="4DD72C4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07A4A04E" w14:textId="77777777" w:rsidTr="002E4C21">
        <w:tc>
          <w:tcPr>
            <w:tcW w:w="1234" w:type="dxa"/>
            <w:tcBorders>
              <w:top w:val="single" w:sz="2" w:space="0" w:color="000000"/>
              <w:left w:val="single" w:sz="2" w:space="0" w:color="000000"/>
              <w:bottom w:val="single" w:sz="2" w:space="0" w:color="000000"/>
            </w:tcBorders>
          </w:tcPr>
          <w:p w14:paraId="1F941C7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1, 3</w:t>
            </w:r>
          </w:p>
        </w:tc>
        <w:tc>
          <w:tcPr>
            <w:tcW w:w="1436" w:type="dxa"/>
            <w:tcBorders>
              <w:top w:val="single" w:sz="2" w:space="0" w:color="000000"/>
              <w:left w:val="single" w:sz="2" w:space="0" w:color="000000"/>
              <w:bottom w:val="single" w:sz="2" w:space="0" w:color="000000"/>
            </w:tcBorders>
          </w:tcPr>
          <w:p w14:paraId="1015564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C, D</w:t>
            </w:r>
          </w:p>
        </w:tc>
        <w:tc>
          <w:tcPr>
            <w:tcW w:w="6120" w:type="dxa"/>
            <w:tcBorders>
              <w:top w:val="single" w:sz="2" w:space="0" w:color="000000"/>
              <w:left w:val="single" w:sz="2" w:space="0" w:color="000000"/>
              <w:bottom w:val="single" w:sz="2" w:space="0" w:color="000000"/>
            </w:tcBorders>
          </w:tcPr>
          <w:p w14:paraId="1D9ABE9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Cubre adecuadamente el estado del arte relevante para su </w:t>
            </w:r>
            <w:r w:rsidRPr="00BD57AA">
              <w:rPr>
                <w:rFonts w:ascii="Aptos" w:eastAsia="AR PL SungtiL GB" w:hAnsi="Aptos" w:cs="Aptos"/>
                <w:color w:val="000000"/>
                <w:kern w:val="2"/>
                <w:szCs w:val="24"/>
                <w:lang w:val="es-ES" w:eastAsia="zh-CN" w:bidi="hi-IN"/>
              </w:rPr>
              <w:t xml:space="preserve">Proyecto Final, </w:t>
            </w:r>
            <w:r w:rsidRPr="00BD57AA">
              <w:rPr>
                <w:rFonts w:ascii="Aptos" w:eastAsia="AR PL SungtiL GB" w:hAnsi="Aptos" w:cs="Lohit Devanagari"/>
                <w:color w:val="1F2937"/>
                <w:kern w:val="2"/>
                <w:szCs w:val="24"/>
                <w:lang w:val="es-ES" w:eastAsia="zh-CN" w:bidi="hi-IN"/>
              </w:rPr>
              <w:t>las citas se introducen usando un programa de manejo de bibliografía y las ecuaciones, tablas y/o figuras del documento son claramente descritas y presentadas.</w:t>
            </w:r>
          </w:p>
        </w:tc>
        <w:tc>
          <w:tcPr>
            <w:tcW w:w="1185" w:type="dxa"/>
            <w:tcBorders>
              <w:top w:val="single" w:sz="2" w:space="0" w:color="000000"/>
              <w:left w:val="single" w:sz="2" w:space="0" w:color="000000"/>
              <w:bottom w:val="single" w:sz="2" w:space="0" w:color="000000"/>
              <w:right w:val="single" w:sz="2" w:space="0" w:color="000000"/>
            </w:tcBorders>
          </w:tcPr>
          <w:p w14:paraId="548EDC4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597183EE" w14:textId="77777777" w:rsidTr="002E4C21">
        <w:tc>
          <w:tcPr>
            <w:tcW w:w="1234" w:type="dxa"/>
            <w:tcBorders>
              <w:top w:val="single" w:sz="2" w:space="0" w:color="000000"/>
              <w:left w:val="single" w:sz="2" w:space="0" w:color="000000"/>
              <w:bottom w:val="single" w:sz="2" w:space="0" w:color="000000"/>
            </w:tcBorders>
          </w:tcPr>
          <w:p w14:paraId="51A6790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1, 3</w:t>
            </w:r>
          </w:p>
        </w:tc>
        <w:tc>
          <w:tcPr>
            <w:tcW w:w="1436" w:type="dxa"/>
            <w:tcBorders>
              <w:top w:val="single" w:sz="2" w:space="0" w:color="000000"/>
              <w:left w:val="single" w:sz="2" w:space="0" w:color="000000"/>
              <w:bottom w:val="single" w:sz="2" w:space="0" w:color="000000"/>
            </w:tcBorders>
          </w:tcPr>
          <w:p w14:paraId="7A7DA6D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 D, E</w:t>
            </w:r>
          </w:p>
          <w:p w14:paraId="41770AE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0EEB318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El documento escrito tiene una buena redacción y cohesión, además sigue las reglas gramaticales, ortográficas y bibliográficas pertinentes, y respeta las normas éticas esperadas en un reporte científico.</w:t>
            </w:r>
          </w:p>
        </w:tc>
        <w:tc>
          <w:tcPr>
            <w:tcW w:w="1185" w:type="dxa"/>
            <w:tcBorders>
              <w:top w:val="single" w:sz="2" w:space="0" w:color="000000"/>
              <w:left w:val="single" w:sz="2" w:space="0" w:color="000000"/>
              <w:bottom w:val="single" w:sz="2" w:space="0" w:color="000000"/>
              <w:right w:val="single" w:sz="2" w:space="0" w:color="000000"/>
            </w:tcBorders>
          </w:tcPr>
          <w:p w14:paraId="6FD8563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7DEBF235" w14:textId="77777777" w:rsidTr="002E4C21">
        <w:tc>
          <w:tcPr>
            <w:tcW w:w="1234" w:type="dxa"/>
            <w:tcBorders>
              <w:top w:val="single" w:sz="2" w:space="0" w:color="000000"/>
              <w:left w:val="single" w:sz="2" w:space="0" w:color="000000"/>
              <w:bottom w:val="single" w:sz="2" w:space="0" w:color="000000"/>
            </w:tcBorders>
          </w:tcPr>
          <w:p w14:paraId="72DF219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1, 2, 3</w:t>
            </w:r>
          </w:p>
        </w:tc>
        <w:tc>
          <w:tcPr>
            <w:tcW w:w="1436" w:type="dxa"/>
            <w:tcBorders>
              <w:top w:val="single" w:sz="2" w:space="0" w:color="000000"/>
              <w:left w:val="single" w:sz="2" w:space="0" w:color="000000"/>
              <w:bottom w:val="single" w:sz="2" w:space="0" w:color="000000"/>
            </w:tcBorders>
          </w:tcPr>
          <w:p w14:paraId="75189FC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C, D, E</w:t>
            </w:r>
          </w:p>
        </w:tc>
        <w:tc>
          <w:tcPr>
            <w:tcW w:w="6120" w:type="dxa"/>
            <w:tcBorders>
              <w:top w:val="single" w:sz="2" w:space="0" w:color="000000"/>
              <w:left w:val="single" w:sz="2" w:space="0" w:color="000000"/>
              <w:bottom w:val="single" w:sz="2" w:space="0" w:color="000000"/>
            </w:tcBorders>
          </w:tcPr>
          <w:p w14:paraId="4CB6944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Presenta el camino científico recorrido, incluyendo estado del arte, metodología, análisis y conclusiones. Explica las razones para cambios metodológicos y otros problemas que debió enfrentar en el proceso. Está redactado de forma que otro estudiante avanzado pueda seguir la metodología y el análisis, o continuar el camino del autor, en un trabajo posterior sin duplicar esfuerzos.</w:t>
            </w:r>
          </w:p>
        </w:tc>
        <w:tc>
          <w:tcPr>
            <w:tcW w:w="1185" w:type="dxa"/>
            <w:tcBorders>
              <w:top w:val="single" w:sz="2" w:space="0" w:color="000000"/>
              <w:left w:val="single" w:sz="2" w:space="0" w:color="000000"/>
              <w:bottom w:val="single" w:sz="2" w:space="0" w:color="000000"/>
              <w:right w:val="single" w:sz="2" w:space="0" w:color="000000"/>
            </w:tcBorders>
          </w:tcPr>
          <w:p w14:paraId="1363FCF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60F2E369" w14:textId="77777777" w:rsidTr="002E4C21">
        <w:tc>
          <w:tcPr>
            <w:tcW w:w="1234" w:type="dxa"/>
            <w:tcBorders>
              <w:top w:val="single" w:sz="2" w:space="0" w:color="000000"/>
              <w:left w:val="single" w:sz="2" w:space="0" w:color="000000"/>
              <w:bottom w:val="single" w:sz="2" w:space="0" w:color="000000"/>
            </w:tcBorders>
          </w:tcPr>
          <w:p w14:paraId="5FB7C5B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2</w:t>
            </w:r>
          </w:p>
        </w:tc>
        <w:tc>
          <w:tcPr>
            <w:tcW w:w="1436" w:type="dxa"/>
            <w:tcBorders>
              <w:top w:val="single" w:sz="2" w:space="0" w:color="000000"/>
              <w:left w:val="single" w:sz="2" w:space="0" w:color="000000"/>
              <w:bottom w:val="single" w:sz="2" w:space="0" w:color="000000"/>
            </w:tcBorders>
          </w:tcPr>
          <w:p w14:paraId="28294EC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 D</w:t>
            </w:r>
          </w:p>
        </w:tc>
        <w:tc>
          <w:tcPr>
            <w:tcW w:w="6120" w:type="dxa"/>
            <w:tcBorders>
              <w:top w:val="single" w:sz="2" w:space="0" w:color="000000"/>
              <w:left w:val="single" w:sz="2" w:space="0" w:color="000000"/>
              <w:bottom w:val="single" w:sz="2" w:space="0" w:color="000000"/>
            </w:tcBorders>
          </w:tcPr>
          <w:p w14:paraId="53BF285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Las conclusiones se desprenden naturalmente de la metodología empleada y del análisis realizado, y resumen apropiadamente los resultados obtenidos.</w:t>
            </w:r>
          </w:p>
        </w:tc>
        <w:tc>
          <w:tcPr>
            <w:tcW w:w="1185" w:type="dxa"/>
            <w:tcBorders>
              <w:top w:val="single" w:sz="2" w:space="0" w:color="000000"/>
              <w:left w:val="single" w:sz="2" w:space="0" w:color="000000"/>
              <w:bottom w:val="single" w:sz="2" w:space="0" w:color="000000"/>
              <w:right w:val="single" w:sz="2" w:space="0" w:color="000000"/>
            </w:tcBorders>
          </w:tcPr>
          <w:p w14:paraId="677A7BF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21584FBD" w14:textId="77777777" w:rsidTr="002E4C21">
        <w:trPr>
          <w:trHeight w:val="422"/>
        </w:trPr>
        <w:tc>
          <w:tcPr>
            <w:tcW w:w="1234" w:type="dxa"/>
            <w:tcBorders>
              <w:top w:val="single" w:sz="2" w:space="0" w:color="000000"/>
              <w:left w:val="single" w:sz="2" w:space="0" w:color="000000"/>
              <w:bottom w:val="single" w:sz="2" w:space="0" w:color="000000"/>
            </w:tcBorders>
          </w:tcPr>
          <w:p w14:paraId="610B18D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6" w:type="dxa"/>
            <w:tcBorders>
              <w:top w:val="single" w:sz="2" w:space="0" w:color="000000"/>
              <w:left w:val="single" w:sz="2" w:space="0" w:color="000000"/>
              <w:bottom w:val="single" w:sz="2" w:space="0" w:color="000000"/>
            </w:tcBorders>
          </w:tcPr>
          <w:p w14:paraId="01C41CC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5B91257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CE181E"/>
                <w:kern w:val="2"/>
                <w:szCs w:val="24"/>
                <w:lang w:val="es-ES" w:eastAsia="zh-CN" w:bidi="hi-IN"/>
              </w:rPr>
              <w:t>Sobre la presentación</w:t>
            </w:r>
          </w:p>
        </w:tc>
        <w:tc>
          <w:tcPr>
            <w:tcW w:w="1185" w:type="dxa"/>
            <w:tcBorders>
              <w:top w:val="single" w:sz="2" w:space="0" w:color="000000"/>
              <w:left w:val="single" w:sz="2" w:space="0" w:color="000000"/>
              <w:bottom w:val="single" w:sz="2" w:space="0" w:color="000000"/>
              <w:right w:val="single" w:sz="2" w:space="0" w:color="000000"/>
            </w:tcBorders>
          </w:tcPr>
          <w:p w14:paraId="6A56DC8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7C57BB1D" w14:textId="77777777" w:rsidTr="002E4C21">
        <w:tc>
          <w:tcPr>
            <w:tcW w:w="1234" w:type="dxa"/>
            <w:tcBorders>
              <w:top w:val="single" w:sz="2" w:space="0" w:color="000000"/>
              <w:left w:val="single" w:sz="2" w:space="0" w:color="000000"/>
              <w:bottom w:val="single" w:sz="2" w:space="0" w:color="000000"/>
            </w:tcBorders>
          </w:tcPr>
          <w:p w14:paraId="53F7CDD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lastRenderedPageBreak/>
              <w:t>1, 2, 3</w:t>
            </w:r>
          </w:p>
        </w:tc>
        <w:tc>
          <w:tcPr>
            <w:tcW w:w="1436" w:type="dxa"/>
            <w:tcBorders>
              <w:top w:val="single" w:sz="2" w:space="0" w:color="000000"/>
              <w:left w:val="single" w:sz="2" w:space="0" w:color="000000"/>
              <w:bottom w:val="single" w:sz="2" w:space="0" w:color="000000"/>
            </w:tcBorders>
          </w:tcPr>
          <w:p w14:paraId="649FA1B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C, D</w:t>
            </w:r>
          </w:p>
        </w:tc>
        <w:tc>
          <w:tcPr>
            <w:tcW w:w="6120" w:type="dxa"/>
            <w:tcBorders>
              <w:top w:val="single" w:sz="2" w:space="0" w:color="000000"/>
              <w:left w:val="single" w:sz="2" w:space="0" w:color="000000"/>
              <w:bottom w:val="single" w:sz="2" w:space="0" w:color="000000"/>
            </w:tcBorders>
          </w:tcPr>
          <w:p w14:paraId="5B0AEA2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Las diapositivas son legibles, con buena ortografía y redacción, con títulos dicientes, ni muy recargadas ni con muy poca información y soportan el discurso. Las ecuaciones, tablas y/o figuras se presentan de manera clara y son fáciles de leer e interpretar</w:t>
            </w:r>
          </w:p>
        </w:tc>
        <w:tc>
          <w:tcPr>
            <w:tcW w:w="1185" w:type="dxa"/>
            <w:tcBorders>
              <w:top w:val="single" w:sz="2" w:space="0" w:color="000000"/>
              <w:left w:val="single" w:sz="2" w:space="0" w:color="000000"/>
              <w:bottom w:val="single" w:sz="2" w:space="0" w:color="000000"/>
              <w:right w:val="single" w:sz="2" w:space="0" w:color="000000"/>
            </w:tcBorders>
          </w:tcPr>
          <w:p w14:paraId="4CC6A93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0D585621" w14:textId="77777777" w:rsidTr="002E4C21">
        <w:tc>
          <w:tcPr>
            <w:tcW w:w="1234" w:type="dxa"/>
            <w:tcBorders>
              <w:top w:val="single" w:sz="2" w:space="0" w:color="000000"/>
              <w:left w:val="single" w:sz="2" w:space="0" w:color="000000"/>
              <w:bottom w:val="single" w:sz="2" w:space="0" w:color="000000"/>
            </w:tcBorders>
          </w:tcPr>
          <w:p w14:paraId="4CB2309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w:t>
            </w:r>
          </w:p>
        </w:tc>
        <w:tc>
          <w:tcPr>
            <w:tcW w:w="1436" w:type="dxa"/>
            <w:tcBorders>
              <w:top w:val="single" w:sz="2" w:space="0" w:color="000000"/>
              <w:left w:val="single" w:sz="2" w:space="0" w:color="000000"/>
              <w:bottom w:val="single" w:sz="2" w:space="0" w:color="000000"/>
            </w:tcBorders>
          </w:tcPr>
          <w:p w14:paraId="6AFEB77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roofErr w:type="gramStart"/>
            <w:r w:rsidRPr="00BD57AA">
              <w:rPr>
                <w:rFonts w:ascii="Aptos" w:eastAsia="AR PL SungtiL GB" w:hAnsi="Aptos" w:cs="Lohit Devanagari"/>
                <w:color w:val="1F2937"/>
                <w:kern w:val="2"/>
                <w:szCs w:val="24"/>
                <w:lang w:val="es-ES" w:eastAsia="zh-CN" w:bidi="hi-IN"/>
              </w:rPr>
              <w:t>A,B</w:t>
            </w:r>
            <w:proofErr w:type="gramEnd"/>
            <w:r w:rsidRPr="00BD57AA">
              <w:rPr>
                <w:rFonts w:ascii="Aptos" w:eastAsia="AR PL SungtiL GB" w:hAnsi="Aptos" w:cs="Lohit Devanagari"/>
                <w:color w:val="1F2937"/>
                <w:kern w:val="2"/>
                <w:szCs w:val="24"/>
                <w:lang w:val="es-ES" w:eastAsia="zh-CN" w:bidi="hi-IN"/>
              </w:rPr>
              <w:t>,D</w:t>
            </w:r>
          </w:p>
        </w:tc>
        <w:tc>
          <w:tcPr>
            <w:tcW w:w="6120" w:type="dxa"/>
            <w:tcBorders>
              <w:top w:val="single" w:sz="2" w:space="0" w:color="000000"/>
              <w:left w:val="single" w:sz="2" w:space="0" w:color="000000"/>
              <w:bottom w:val="single" w:sz="2" w:space="0" w:color="000000"/>
            </w:tcBorders>
          </w:tcPr>
          <w:p w14:paraId="48D058C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La presentación oral expone el contenido del trabajo (objetivos, estado del arte, metodología, análisis y conclusiones) de manera clara y organizada. Además, el manejo del tiempo y el tono de voz durante la presentación son adecuados.</w:t>
            </w:r>
          </w:p>
        </w:tc>
        <w:tc>
          <w:tcPr>
            <w:tcW w:w="1185" w:type="dxa"/>
            <w:tcBorders>
              <w:top w:val="single" w:sz="2" w:space="0" w:color="000000"/>
              <w:left w:val="single" w:sz="2" w:space="0" w:color="000000"/>
              <w:bottom w:val="single" w:sz="2" w:space="0" w:color="000000"/>
              <w:right w:val="single" w:sz="2" w:space="0" w:color="000000"/>
            </w:tcBorders>
          </w:tcPr>
          <w:p w14:paraId="7BEB4F9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5F7C9F92" w14:textId="77777777" w:rsidTr="002E4C21">
        <w:tc>
          <w:tcPr>
            <w:tcW w:w="1234" w:type="dxa"/>
            <w:tcBorders>
              <w:top w:val="single" w:sz="2" w:space="0" w:color="000000"/>
              <w:left w:val="single" w:sz="2" w:space="0" w:color="000000"/>
              <w:bottom w:val="single" w:sz="2" w:space="0" w:color="000000"/>
            </w:tcBorders>
          </w:tcPr>
          <w:p w14:paraId="10ECEB8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w:t>
            </w:r>
          </w:p>
        </w:tc>
        <w:tc>
          <w:tcPr>
            <w:tcW w:w="1436" w:type="dxa"/>
            <w:tcBorders>
              <w:top w:val="single" w:sz="2" w:space="0" w:color="000000"/>
              <w:left w:val="single" w:sz="2" w:space="0" w:color="000000"/>
              <w:bottom w:val="single" w:sz="2" w:space="0" w:color="000000"/>
            </w:tcBorders>
          </w:tcPr>
          <w:p w14:paraId="6C158FE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D</w:t>
            </w:r>
          </w:p>
        </w:tc>
        <w:tc>
          <w:tcPr>
            <w:tcW w:w="6120" w:type="dxa"/>
            <w:tcBorders>
              <w:top w:val="single" w:sz="2" w:space="0" w:color="000000"/>
              <w:left w:val="single" w:sz="2" w:space="0" w:color="000000"/>
              <w:bottom w:val="single" w:sz="2" w:space="0" w:color="000000"/>
            </w:tcBorders>
          </w:tcPr>
          <w:p w14:paraId="123FAC8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El estudiante aborda satisfactoriamente las preguntas planteadas por el Jurado Calificador al finalizar la presentación oral.</w:t>
            </w:r>
          </w:p>
        </w:tc>
        <w:tc>
          <w:tcPr>
            <w:tcW w:w="1185" w:type="dxa"/>
            <w:tcBorders>
              <w:top w:val="single" w:sz="2" w:space="0" w:color="000000"/>
              <w:left w:val="single" w:sz="2" w:space="0" w:color="000000"/>
              <w:bottom w:val="single" w:sz="2" w:space="0" w:color="000000"/>
              <w:right w:val="single" w:sz="2" w:space="0" w:color="000000"/>
            </w:tcBorders>
          </w:tcPr>
          <w:p w14:paraId="2FC97AE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13041148" w14:textId="77777777" w:rsidTr="002E4C21">
        <w:tc>
          <w:tcPr>
            <w:tcW w:w="1234" w:type="dxa"/>
            <w:tcBorders>
              <w:top w:val="single" w:sz="2" w:space="0" w:color="000000"/>
              <w:left w:val="single" w:sz="2" w:space="0" w:color="000000"/>
              <w:bottom w:val="single" w:sz="2" w:space="0" w:color="000000"/>
            </w:tcBorders>
          </w:tcPr>
          <w:p w14:paraId="4B0291F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6" w:type="dxa"/>
            <w:tcBorders>
              <w:top w:val="single" w:sz="2" w:space="0" w:color="000000"/>
              <w:left w:val="single" w:sz="2" w:space="0" w:color="000000"/>
              <w:bottom w:val="single" w:sz="2" w:space="0" w:color="000000"/>
            </w:tcBorders>
          </w:tcPr>
          <w:p w14:paraId="3CA64FC0"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534E5A3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CE181E"/>
                <w:kern w:val="2"/>
                <w:szCs w:val="24"/>
                <w:lang w:val="es-ES" w:eastAsia="zh-CN" w:bidi="hi-IN"/>
              </w:rPr>
              <w:t>Sobre el trabajo del estudiante</w:t>
            </w:r>
          </w:p>
        </w:tc>
        <w:tc>
          <w:tcPr>
            <w:tcW w:w="1185" w:type="dxa"/>
            <w:tcBorders>
              <w:top w:val="single" w:sz="2" w:space="0" w:color="000000"/>
              <w:left w:val="single" w:sz="2" w:space="0" w:color="000000"/>
              <w:bottom w:val="single" w:sz="2" w:space="0" w:color="000000"/>
              <w:right w:val="single" w:sz="2" w:space="0" w:color="000000"/>
            </w:tcBorders>
          </w:tcPr>
          <w:p w14:paraId="7FE86F5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44394A51" w14:textId="77777777" w:rsidTr="002E4C21">
        <w:tc>
          <w:tcPr>
            <w:tcW w:w="1234" w:type="dxa"/>
            <w:tcBorders>
              <w:top w:val="single" w:sz="2" w:space="0" w:color="000000"/>
              <w:left w:val="single" w:sz="2" w:space="0" w:color="000000"/>
              <w:bottom w:val="single" w:sz="2" w:space="0" w:color="000000"/>
            </w:tcBorders>
          </w:tcPr>
          <w:p w14:paraId="1E17C54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1, 2, 3</w:t>
            </w:r>
          </w:p>
        </w:tc>
        <w:tc>
          <w:tcPr>
            <w:tcW w:w="1436" w:type="dxa"/>
            <w:tcBorders>
              <w:top w:val="single" w:sz="2" w:space="0" w:color="000000"/>
              <w:left w:val="single" w:sz="2" w:space="0" w:color="000000"/>
              <w:bottom w:val="single" w:sz="2" w:space="0" w:color="000000"/>
            </w:tcBorders>
          </w:tcPr>
          <w:p w14:paraId="10F92C7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C, D, E</w:t>
            </w:r>
          </w:p>
        </w:tc>
        <w:tc>
          <w:tcPr>
            <w:tcW w:w="6120" w:type="dxa"/>
            <w:tcBorders>
              <w:top w:val="single" w:sz="2" w:space="0" w:color="000000"/>
              <w:left w:val="single" w:sz="2" w:space="0" w:color="000000"/>
              <w:bottom w:val="single" w:sz="2" w:space="0" w:color="000000"/>
            </w:tcBorders>
          </w:tcPr>
          <w:p w14:paraId="422C612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El estudiante enfrentó, con mentalidad crítica, analítica y científica, los problemas presentados, </w:t>
            </w:r>
            <w:proofErr w:type="gramStart"/>
            <w:r w:rsidRPr="00BD57AA">
              <w:rPr>
                <w:rFonts w:ascii="Aptos" w:eastAsia="AR PL SungtiL GB" w:hAnsi="Aptos" w:cs="Lohit Devanagari"/>
                <w:color w:val="1F2937"/>
                <w:kern w:val="2"/>
                <w:szCs w:val="24"/>
                <w:lang w:val="es-ES" w:eastAsia="zh-CN" w:bidi="hi-IN"/>
              </w:rPr>
              <w:t>integrando  su</w:t>
            </w:r>
            <w:proofErr w:type="gramEnd"/>
            <w:r w:rsidRPr="00BD57AA">
              <w:rPr>
                <w:rFonts w:ascii="Aptos" w:eastAsia="AR PL SungtiL GB" w:hAnsi="Aptos" w:cs="Lohit Devanagari"/>
                <w:color w:val="1F2937"/>
                <w:kern w:val="2"/>
                <w:szCs w:val="24"/>
                <w:lang w:val="es-ES" w:eastAsia="zh-CN" w:bidi="hi-IN"/>
              </w:rPr>
              <w:t xml:space="preserve"> conocimiento del pregrado, mostrando solidez en sus fundamentos </w:t>
            </w:r>
            <w:proofErr w:type="gramStart"/>
            <w:r w:rsidRPr="00BD57AA">
              <w:rPr>
                <w:rFonts w:ascii="Aptos" w:eastAsia="AR PL SungtiL GB" w:hAnsi="Aptos" w:cs="Lohit Devanagari"/>
                <w:color w:val="1F2937"/>
                <w:kern w:val="2"/>
                <w:szCs w:val="24"/>
                <w:lang w:val="es-ES" w:eastAsia="zh-CN" w:bidi="hi-IN"/>
              </w:rPr>
              <w:t>físicos,  planteando</w:t>
            </w:r>
            <w:proofErr w:type="gramEnd"/>
            <w:r w:rsidRPr="00BD57AA">
              <w:rPr>
                <w:rFonts w:ascii="Aptos" w:eastAsia="AR PL SungtiL GB" w:hAnsi="Aptos" w:cs="Lohit Devanagari"/>
                <w:color w:val="1F2937"/>
                <w:kern w:val="2"/>
                <w:szCs w:val="24"/>
                <w:lang w:val="es-ES" w:eastAsia="zh-CN" w:bidi="hi-IN"/>
              </w:rPr>
              <w:t xml:space="preserve"> soluciones e ideas con una visión original, tanto en su interacción con el profesor, como en el documento y en la presentación.</w:t>
            </w:r>
          </w:p>
        </w:tc>
        <w:tc>
          <w:tcPr>
            <w:tcW w:w="1185" w:type="dxa"/>
            <w:tcBorders>
              <w:top w:val="single" w:sz="2" w:space="0" w:color="000000"/>
              <w:left w:val="single" w:sz="2" w:space="0" w:color="000000"/>
              <w:bottom w:val="single" w:sz="2" w:space="0" w:color="000000"/>
              <w:right w:val="single" w:sz="2" w:space="0" w:color="000000"/>
            </w:tcBorders>
          </w:tcPr>
          <w:p w14:paraId="3B97A8F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2B1B2F06" w14:textId="77777777" w:rsidTr="002E4C21">
        <w:tc>
          <w:tcPr>
            <w:tcW w:w="1234" w:type="dxa"/>
            <w:tcBorders>
              <w:top w:val="single" w:sz="2" w:space="0" w:color="000000"/>
              <w:left w:val="single" w:sz="2" w:space="0" w:color="000000"/>
              <w:bottom w:val="single" w:sz="2" w:space="0" w:color="000000"/>
            </w:tcBorders>
          </w:tcPr>
          <w:p w14:paraId="64E4EFA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1, 3</w:t>
            </w:r>
          </w:p>
        </w:tc>
        <w:tc>
          <w:tcPr>
            <w:tcW w:w="1436" w:type="dxa"/>
            <w:tcBorders>
              <w:top w:val="single" w:sz="2" w:space="0" w:color="000000"/>
              <w:left w:val="single" w:sz="2" w:space="0" w:color="000000"/>
              <w:bottom w:val="single" w:sz="2" w:space="0" w:color="000000"/>
            </w:tcBorders>
          </w:tcPr>
          <w:p w14:paraId="3DCB890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 E</w:t>
            </w:r>
          </w:p>
        </w:tc>
        <w:tc>
          <w:tcPr>
            <w:tcW w:w="6120" w:type="dxa"/>
            <w:tcBorders>
              <w:top w:val="single" w:sz="2" w:space="0" w:color="000000"/>
              <w:left w:val="single" w:sz="2" w:space="0" w:color="000000"/>
              <w:bottom w:val="single" w:sz="2" w:space="0" w:color="000000"/>
            </w:tcBorders>
          </w:tcPr>
          <w:p w14:paraId="4455A35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El estudiante mostró avances constantes durante la realización de la tesis, cumplió con el cronograma propuesto, y dedicó el tiempo esperado al Proyecto Final, excepto por razones externas.</w:t>
            </w:r>
          </w:p>
        </w:tc>
        <w:tc>
          <w:tcPr>
            <w:tcW w:w="1185" w:type="dxa"/>
            <w:tcBorders>
              <w:top w:val="single" w:sz="2" w:space="0" w:color="000000"/>
              <w:left w:val="single" w:sz="2" w:space="0" w:color="000000"/>
              <w:bottom w:val="single" w:sz="2" w:space="0" w:color="000000"/>
              <w:right w:val="single" w:sz="2" w:space="0" w:color="000000"/>
            </w:tcBorders>
          </w:tcPr>
          <w:p w14:paraId="2467545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326684F1" w14:textId="77777777" w:rsidTr="002E4C21">
        <w:tc>
          <w:tcPr>
            <w:tcW w:w="1234" w:type="dxa"/>
            <w:tcBorders>
              <w:top w:val="single" w:sz="2" w:space="0" w:color="000000"/>
              <w:left w:val="single" w:sz="2" w:space="0" w:color="000000"/>
              <w:bottom w:val="single" w:sz="2" w:space="0" w:color="000000"/>
            </w:tcBorders>
          </w:tcPr>
          <w:p w14:paraId="4CE7D378"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1, 2, 3</w:t>
            </w:r>
          </w:p>
        </w:tc>
        <w:tc>
          <w:tcPr>
            <w:tcW w:w="1436" w:type="dxa"/>
            <w:tcBorders>
              <w:top w:val="single" w:sz="2" w:space="0" w:color="000000"/>
              <w:left w:val="single" w:sz="2" w:space="0" w:color="000000"/>
              <w:bottom w:val="single" w:sz="2" w:space="0" w:color="000000"/>
            </w:tcBorders>
          </w:tcPr>
          <w:p w14:paraId="74A877B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roofErr w:type="gramStart"/>
            <w:r w:rsidRPr="00BD57AA">
              <w:rPr>
                <w:rFonts w:ascii="Aptos" w:eastAsia="AR PL SungtiL GB" w:hAnsi="Aptos" w:cs="Lohit Devanagari"/>
                <w:color w:val="1F2937"/>
                <w:kern w:val="2"/>
                <w:szCs w:val="24"/>
                <w:lang w:val="es-ES" w:eastAsia="zh-CN" w:bidi="hi-IN"/>
              </w:rPr>
              <w:t>B,C</w:t>
            </w:r>
            <w:proofErr w:type="gramEnd"/>
            <w:r w:rsidRPr="00BD57AA">
              <w:rPr>
                <w:rFonts w:ascii="Aptos" w:eastAsia="AR PL SungtiL GB" w:hAnsi="Aptos" w:cs="Lohit Devanagari"/>
                <w:color w:val="1F2937"/>
                <w:kern w:val="2"/>
                <w:szCs w:val="24"/>
                <w:lang w:val="es-ES" w:eastAsia="zh-CN" w:bidi="hi-IN"/>
              </w:rPr>
              <w:t>, E</w:t>
            </w:r>
          </w:p>
        </w:tc>
        <w:tc>
          <w:tcPr>
            <w:tcW w:w="6120" w:type="dxa"/>
            <w:tcBorders>
              <w:top w:val="single" w:sz="2" w:space="0" w:color="000000"/>
              <w:left w:val="single" w:sz="2" w:space="0" w:color="000000"/>
              <w:bottom w:val="single" w:sz="2" w:space="0" w:color="000000"/>
            </w:tcBorders>
          </w:tcPr>
          <w:p w14:paraId="7E056824" w14:textId="77777777" w:rsidR="00BD57AA" w:rsidRPr="00BD57AA" w:rsidRDefault="00BD57AA" w:rsidP="00BD57AA">
            <w:pPr>
              <w:suppressLineNumbers/>
              <w:suppressAutoHyphens/>
              <w:spacing w:after="12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El estudiante se esforzó por generar una buena comunicación con el profesor, tuvo en cuenta la retroalimentación que este le dio y demostró disciplina, esfuerzo, perseverancia, independencia e iniciativa acordes a un estudiante que está finalizando su carrera.</w:t>
            </w:r>
          </w:p>
        </w:tc>
        <w:tc>
          <w:tcPr>
            <w:tcW w:w="1185" w:type="dxa"/>
            <w:tcBorders>
              <w:top w:val="single" w:sz="2" w:space="0" w:color="000000"/>
              <w:left w:val="single" w:sz="2" w:space="0" w:color="000000"/>
              <w:bottom w:val="single" w:sz="2" w:space="0" w:color="000000"/>
              <w:right w:val="single" w:sz="2" w:space="0" w:color="000000"/>
            </w:tcBorders>
          </w:tcPr>
          <w:p w14:paraId="307923F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6D342407" w14:textId="77777777" w:rsidTr="002E4C21">
        <w:tc>
          <w:tcPr>
            <w:tcW w:w="1234" w:type="dxa"/>
            <w:tcBorders>
              <w:top w:val="single" w:sz="2" w:space="0" w:color="000000"/>
              <w:left w:val="single" w:sz="2" w:space="0" w:color="000000"/>
              <w:bottom w:val="single" w:sz="2" w:space="0" w:color="000000"/>
            </w:tcBorders>
          </w:tcPr>
          <w:p w14:paraId="2206D7D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6" w:type="dxa"/>
            <w:tcBorders>
              <w:top w:val="single" w:sz="2" w:space="0" w:color="000000"/>
              <w:left w:val="single" w:sz="2" w:space="0" w:color="000000"/>
              <w:bottom w:val="single" w:sz="2" w:space="0" w:color="000000"/>
            </w:tcBorders>
          </w:tcPr>
          <w:p w14:paraId="7B92EEC0" w14:textId="77777777" w:rsidR="00BD57AA" w:rsidRPr="00BD57AA" w:rsidRDefault="00BD57AA" w:rsidP="00BD57AA">
            <w:pPr>
              <w:suppressAutoHyphens/>
              <w:spacing w:after="120" w:line="240" w:lineRule="auto"/>
              <w:ind w:left="360" w:hanging="360"/>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TOTAL</w:t>
            </w:r>
          </w:p>
        </w:tc>
        <w:tc>
          <w:tcPr>
            <w:tcW w:w="6120" w:type="dxa"/>
            <w:tcBorders>
              <w:top w:val="single" w:sz="2" w:space="0" w:color="000000"/>
              <w:left w:val="single" w:sz="2" w:space="0" w:color="000000"/>
              <w:bottom w:val="single" w:sz="2" w:space="0" w:color="000000"/>
            </w:tcBorders>
          </w:tcPr>
          <w:p w14:paraId="4EDE3CED" w14:textId="77777777" w:rsidR="00BD57AA" w:rsidRPr="00BD57AA" w:rsidRDefault="00BD57AA" w:rsidP="00BD57AA">
            <w:pPr>
              <w:suppressAutoHyphens/>
              <w:spacing w:after="120" w:line="240" w:lineRule="auto"/>
              <w:ind w:left="360" w:hanging="360"/>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 Promedio de cada calificación</w:t>
            </w:r>
          </w:p>
        </w:tc>
        <w:tc>
          <w:tcPr>
            <w:tcW w:w="1185" w:type="dxa"/>
            <w:tcBorders>
              <w:top w:val="single" w:sz="2" w:space="0" w:color="000000"/>
              <w:left w:val="single" w:sz="2" w:space="0" w:color="000000"/>
              <w:bottom w:val="single" w:sz="2" w:space="0" w:color="000000"/>
              <w:right w:val="single" w:sz="2" w:space="0" w:color="000000"/>
            </w:tcBorders>
          </w:tcPr>
          <w:p w14:paraId="3ED42FA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bl>
    <w:p w14:paraId="04571A01" w14:textId="77777777" w:rsidR="00BD57AA" w:rsidRPr="00BD57AA" w:rsidRDefault="00BD57AA" w:rsidP="00BD57AA">
      <w:pPr>
        <w:suppressAutoHyphens/>
        <w:rPr>
          <w:rFonts w:ascii="Times New Roman" w:eastAsia="AR PL SungtiL GB" w:hAnsi="Times New Roman" w:cs="Lohit Devanagari"/>
          <w:color w:val="1F2937"/>
          <w:kern w:val="2"/>
          <w:szCs w:val="24"/>
          <w:lang w:val="es-ES" w:eastAsia="zh-CN" w:bidi="hi-IN"/>
        </w:rPr>
      </w:pPr>
    </w:p>
    <w:p w14:paraId="1C8D5CC6" w14:textId="77777777" w:rsidR="00BD57AA" w:rsidRPr="00BD57AA" w:rsidRDefault="00BD57AA" w:rsidP="00BD57AA">
      <w:pPr>
        <w:suppressAutoHyphens/>
        <w:rPr>
          <w:rFonts w:ascii="Times New Roman" w:eastAsia="AR PL SungtiL GB" w:hAnsi="Times New Roman" w:cs="Lohit Devanagari"/>
          <w:color w:val="1F2937"/>
          <w:kern w:val="2"/>
          <w:szCs w:val="24"/>
          <w:lang w:val="es-ES" w:eastAsia="zh-CN" w:bidi="hi-IN"/>
        </w:rPr>
      </w:pPr>
    </w:p>
    <w:p w14:paraId="762CEB8C"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color w:val="1F2937"/>
          <w:kern w:val="2"/>
          <w:szCs w:val="24"/>
          <w:lang w:val="es-ES" w:eastAsia="zh-CN" w:bidi="hi-IN"/>
        </w:rPr>
        <w:t xml:space="preserve">Comentarios adicionales: </w:t>
      </w:r>
    </w:p>
    <w:p w14:paraId="34554EF9" w14:textId="77777777" w:rsidR="00BD57AA" w:rsidRPr="00BD57AA" w:rsidRDefault="00BD57AA" w:rsidP="00BD57AA">
      <w:pPr>
        <w:suppressAutoHyphens/>
        <w:rPr>
          <w:rFonts w:ascii="Aptos" w:eastAsia="AR PL SungtiL GB" w:hAnsi="Aptos" w:cs="Lohit Devanagari"/>
          <w:b/>
          <w:color w:val="1F2937"/>
          <w:kern w:val="2"/>
          <w:szCs w:val="24"/>
          <w:lang w:val="es-ES" w:eastAsia="zh-CN" w:bidi="hi-IN"/>
        </w:rPr>
      </w:pPr>
    </w:p>
    <w:p w14:paraId="47C37CB3" w14:textId="77777777" w:rsidR="00BD57AA" w:rsidRPr="00BD57AA" w:rsidRDefault="00BD57AA" w:rsidP="00BD57AA">
      <w:pPr>
        <w:suppressAutoHyphens/>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A continuación, consigne las sugerencias o comentarios que considere pertinentes. ¿Considera usted que el resultado de este Proyecto Final es meritorio? ¿Postularía usted este trabajo para el </w:t>
      </w:r>
      <w:bookmarkStart w:id="1" w:name="__DdeLink__2993_4105779352"/>
      <w:r w:rsidRPr="00BD57AA">
        <w:rPr>
          <w:rFonts w:ascii="Aptos" w:eastAsia="AR PL SungtiL GB" w:hAnsi="Aptos" w:cs="Lohit Devanagari"/>
          <w:color w:val="1F2937"/>
          <w:kern w:val="2"/>
          <w:szCs w:val="24"/>
          <w:lang w:val="es-ES" w:eastAsia="zh-CN" w:bidi="hi-IN"/>
        </w:rPr>
        <w:t>Concurso Nacional Otto de Greiff</w:t>
      </w:r>
      <w:bookmarkEnd w:id="1"/>
      <w:r w:rsidRPr="00BD57AA">
        <w:rPr>
          <w:rFonts w:ascii="Aptos" w:eastAsia="AR PL SungtiL GB" w:hAnsi="Aptos" w:cs="Lohit Devanagari"/>
          <w:color w:val="1F2937"/>
          <w:kern w:val="2"/>
          <w:szCs w:val="24"/>
          <w:lang w:val="es-ES" w:eastAsia="zh-CN" w:bidi="hi-IN"/>
        </w:rPr>
        <w:t xml:space="preserve"> o algún otro premio de trabajos de grado? ¿Cuál? Justifique su respuesta.</w:t>
      </w:r>
    </w:p>
    <w:p w14:paraId="3193BB7D" w14:textId="77777777" w:rsidR="00BD57AA" w:rsidRPr="00BD57AA" w:rsidRDefault="00BD57AA" w:rsidP="00BD57AA">
      <w:pPr>
        <w:suppressAutoHyphens/>
        <w:rPr>
          <w:rFonts w:ascii="Times New Roman" w:eastAsia="AR PL SungtiL GB" w:hAnsi="Times New Roman" w:cs="Lohit Devanagari"/>
          <w:color w:val="1F2937"/>
          <w:kern w:val="2"/>
          <w:szCs w:val="24"/>
          <w:lang w:val="es-ES" w:eastAsia="zh-CN" w:bidi="hi-IN"/>
        </w:rPr>
      </w:pPr>
    </w:p>
    <w:p w14:paraId="0B8C89CC" w14:textId="77777777" w:rsidR="00BD57AA" w:rsidRPr="00BD57AA" w:rsidRDefault="00BD57AA" w:rsidP="00BD57AA">
      <w:pPr>
        <w:suppressAutoHyphens/>
        <w:rPr>
          <w:rFonts w:ascii="Times New Roman" w:eastAsia="AR PL SungtiL GB" w:hAnsi="Times New Roman" w:cs="Lohit Devanagari"/>
          <w:b/>
          <w:color w:val="1F2937"/>
          <w:kern w:val="2"/>
          <w:szCs w:val="24"/>
          <w:lang w:val="es-ES" w:eastAsia="zh-CN" w:bidi="hi-IN"/>
        </w:rPr>
      </w:pPr>
    </w:p>
    <w:p w14:paraId="298F135A" w14:textId="77777777" w:rsidR="00BD57AA" w:rsidRPr="00BD57AA" w:rsidRDefault="00BD57AA" w:rsidP="00BD57AA">
      <w:pPr>
        <w:suppressAutoHyphens/>
        <w:rPr>
          <w:rFonts w:ascii="Palatino Linotype" w:eastAsia="AR PL SungtiL GB" w:hAnsi="Palatino Linotype" w:cs="Lohit Devanagari"/>
          <w:color w:val="1F2937"/>
          <w:kern w:val="2"/>
          <w:sz w:val="20"/>
          <w:szCs w:val="24"/>
          <w:lang w:val="es-ES" w:eastAsia="zh-CN" w:bidi="hi-IN"/>
        </w:rPr>
      </w:pPr>
    </w:p>
    <w:p w14:paraId="70E63F08" w14:textId="77777777" w:rsidR="00BD57AA" w:rsidRPr="00BD57AA" w:rsidRDefault="00BD57AA" w:rsidP="00BD57AA">
      <w:pPr>
        <w:suppressAutoHyphens/>
        <w:spacing w:after="120" w:line="276" w:lineRule="auto"/>
        <w:ind w:left="360" w:hanging="360"/>
        <w:jc w:val="both"/>
        <w:rPr>
          <w:rFonts w:eastAsia="AR PL SungtiL GB" w:cs="Lohit Devanagari"/>
          <w:color w:val="1F2937"/>
          <w:kern w:val="2"/>
          <w:szCs w:val="24"/>
          <w:lang w:val="es-ES" w:eastAsia="zh-CN" w:bidi="hi-IN"/>
        </w:rPr>
      </w:pPr>
      <w:r w:rsidRPr="00BD57AA">
        <w:rPr>
          <w:rFonts w:eastAsia="AR PL SungtiL GB" w:cs="Lohit Devanagari"/>
          <w:color w:val="1F2937"/>
          <w:kern w:val="2"/>
          <w:szCs w:val="24"/>
          <w:lang w:val="es-ES" w:eastAsia="zh-CN" w:bidi="hi-IN"/>
        </w:rPr>
        <w:lastRenderedPageBreak/>
        <w:t>___________________</w:t>
      </w:r>
    </w:p>
    <w:p w14:paraId="4C0CFFDB" w14:textId="77777777" w:rsidR="00BD57AA" w:rsidRPr="00BD57AA" w:rsidRDefault="00BD57AA" w:rsidP="00BD57AA">
      <w:pPr>
        <w:suppressAutoHyphens/>
        <w:spacing w:after="120" w:line="276" w:lineRule="auto"/>
        <w:ind w:left="360" w:hanging="360"/>
        <w:jc w:val="both"/>
        <w:rPr>
          <w:rFonts w:eastAsia="AR PL SungtiL GB" w:cs="Lohit Devanagari"/>
          <w:color w:val="1F2937"/>
          <w:kern w:val="2"/>
          <w:szCs w:val="24"/>
          <w:lang w:val="es-ES" w:eastAsia="zh-CN" w:bidi="hi-IN"/>
        </w:rPr>
      </w:pPr>
      <w:r w:rsidRPr="00BD57AA">
        <w:rPr>
          <w:rFonts w:eastAsia="AR PL SungtiL GB" w:cs="Lohit Devanagari"/>
          <w:color w:val="1F2937"/>
          <w:kern w:val="2"/>
          <w:szCs w:val="24"/>
          <w:lang w:val="es-ES" w:eastAsia="zh-CN" w:bidi="hi-IN"/>
        </w:rPr>
        <w:t xml:space="preserve">Firma del </w:t>
      </w:r>
      <w:proofErr w:type="gramStart"/>
      <w:r w:rsidRPr="00BD57AA">
        <w:rPr>
          <w:rFonts w:eastAsia="AR PL SungtiL GB" w:cs="Lohit Devanagari"/>
          <w:color w:val="1F2937"/>
          <w:kern w:val="2"/>
          <w:szCs w:val="24"/>
          <w:lang w:val="es-ES" w:eastAsia="zh-CN" w:bidi="hi-IN"/>
        </w:rPr>
        <w:t>Director</w:t>
      </w:r>
      <w:proofErr w:type="gramEnd"/>
    </w:p>
    <w:p w14:paraId="29C04868" w14:textId="77777777" w:rsidR="00BD57AA" w:rsidRPr="00BD57AA" w:rsidRDefault="00BD57AA" w:rsidP="00BD57AA">
      <w:pPr>
        <w:suppressAutoHyphens/>
        <w:spacing w:after="120" w:line="276" w:lineRule="auto"/>
        <w:ind w:left="360" w:hanging="360"/>
        <w:jc w:val="both"/>
        <w:rPr>
          <w:rFonts w:ascii="Times New Roman" w:eastAsia="AR PL SungtiL GB" w:hAnsi="Times New Roman" w:cs="Lohit Devanagari"/>
          <w:color w:val="1F2937"/>
          <w:kern w:val="2"/>
          <w:szCs w:val="24"/>
          <w:lang w:val="es-ES" w:eastAsia="zh-CN" w:bidi="hi-IN"/>
        </w:rPr>
      </w:pPr>
    </w:p>
    <w:p w14:paraId="50A67B12"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Tabla 2. RELACIÓN ENTRE COMPETENCIAS Y RESULTADOS DE APRENDIZAJE DEL CURSO</w:t>
      </w:r>
    </w:p>
    <w:tbl>
      <w:tblPr>
        <w:tblW w:w="9975" w:type="dxa"/>
        <w:tblInd w:w="45" w:type="dxa"/>
        <w:tblCellMar>
          <w:top w:w="55" w:type="dxa"/>
          <w:left w:w="45" w:type="dxa"/>
          <w:bottom w:w="55" w:type="dxa"/>
          <w:right w:w="55" w:type="dxa"/>
        </w:tblCellMar>
        <w:tblLook w:val="04A0" w:firstRow="1" w:lastRow="0" w:firstColumn="1" w:lastColumn="0" w:noHBand="0" w:noVBand="1"/>
      </w:tblPr>
      <w:tblGrid>
        <w:gridCol w:w="1394"/>
        <w:gridCol w:w="2594"/>
        <w:gridCol w:w="1289"/>
        <w:gridCol w:w="3104"/>
        <w:gridCol w:w="1594"/>
      </w:tblGrid>
      <w:tr w:rsidR="00BD57AA" w:rsidRPr="00BD57AA" w14:paraId="33020BED" w14:textId="77777777" w:rsidTr="002E4C21">
        <w:tc>
          <w:tcPr>
            <w:tcW w:w="898" w:type="dxa"/>
            <w:tcBorders>
              <w:top w:val="single" w:sz="2" w:space="0" w:color="000000"/>
              <w:left w:val="single" w:sz="2" w:space="0" w:color="000000"/>
              <w:bottom w:val="single" w:sz="2" w:space="0" w:color="000000"/>
            </w:tcBorders>
            <w:vAlign w:val="center"/>
          </w:tcPr>
          <w:p w14:paraId="1DCC51B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ID Competencia</w:t>
            </w:r>
          </w:p>
        </w:tc>
        <w:tc>
          <w:tcPr>
            <w:tcW w:w="2792" w:type="dxa"/>
            <w:tcBorders>
              <w:top w:val="single" w:sz="2" w:space="0" w:color="000000"/>
              <w:left w:val="single" w:sz="2" w:space="0" w:color="000000"/>
              <w:bottom w:val="single" w:sz="2" w:space="0" w:color="000000"/>
            </w:tcBorders>
            <w:vAlign w:val="center"/>
          </w:tcPr>
          <w:p w14:paraId="4267635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Competencia</w:t>
            </w:r>
          </w:p>
        </w:tc>
        <w:tc>
          <w:tcPr>
            <w:tcW w:w="1301" w:type="dxa"/>
            <w:tcBorders>
              <w:top w:val="single" w:sz="2" w:space="0" w:color="000000"/>
              <w:left w:val="single" w:sz="2" w:space="0" w:color="000000"/>
              <w:bottom w:val="single" w:sz="2" w:space="0" w:color="000000"/>
            </w:tcBorders>
            <w:vAlign w:val="center"/>
          </w:tcPr>
          <w:p w14:paraId="135C0C7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ID Resultado de aprendizaje</w:t>
            </w:r>
          </w:p>
        </w:tc>
        <w:tc>
          <w:tcPr>
            <w:tcW w:w="3352" w:type="dxa"/>
            <w:tcBorders>
              <w:top w:val="single" w:sz="2" w:space="0" w:color="000000"/>
              <w:left w:val="single" w:sz="2" w:space="0" w:color="000000"/>
              <w:bottom w:val="single" w:sz="2" w:space="0" w:color="000000"/>
            </w:tcBorders>
            <w:vAlign w:val="center"/>
          </w:tcPr>
          <w:p w14:paraId="4D5688E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Resultado de aprendizaje</w:t>
            </w:r>
          </w:p>
        </w:tc>
        <w:tc>
          <w:tcPr>
            <w:tcW w:w="1632" w:type="dxa"/>
            <w:tcBorders>
              <w:top w:val="single" w:sz="2" w:space="0" w:color="000000"/>
              <w:left w:val="single" w:sz="2" w:space="0" w:color="000000"/>
              <w:bottom w:val="single" w:sz="2" w:space="0" w:color="000000"/>
              <w:right w:val="single" w:sz="2" w:space="0" w:color="000000"/>
            </w:tcBorders>
            <w:vAlign w:val="center"/>
          </w:tcPr>
          <w:p w14:paraId="0BCF83D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Correlación entre la competencia y RA</w:t>
            </w:r>
          </w:p>
        </w:tc>
      </w:tr>
      <w:tr w:rsidR="00BD57AA" w:rsidRPr="00BD57AA" w14:paraId="1E1C3084" w14:textId="77777777" w:rsidTr="002E4C21">
        <w:tc>
          <w:tcPr>
            <w:tcW w:w="898" w:type="dxa"/>
            <w:tcBorders>
              <w:top w:val="single" w:sz="2" w:space="0" w:color="000000"/>
              <w:left w:val="single" w:sz="2" w:space="0" w:color="000000"/>
              <w:bottom w:val="single" w:sz="2" w:space="0" w:color="000000"/>
            </w:tcBorders>
          </w:tcPr>
          <w:p w14:paraId="709052B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w:t>
            </w:r>
          </w:p>
        </w:tc>
        <w:tc>
          <w:tcPr>
            <w:tcW w:w="2792" w:type="dxa"/>
            <w:tcBorders>
              <w:top w:val="single" w:sz="2" w:space="0" w:color="000000"/>
              <w:left w:val="single" w:sz="2" w:space="0" w:color="000000"/>
              <w:bottom w:val="single" w:sz="2" w:space="0" w:color="000000"/>
            </w:tcBorders>
          </w:tcPr>
          <w:p w14:paraId="6BC34672"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Profundizar en un tema específico, mediante la realización de un proyecto de investigación, reflejando una visión original y solidez en los fundamentos físicos empleados.</w:t>
            </w:r>
          </w:p>
        </w:tc>
        <w:tc>
          <w:tcPr>
            <w:tcW w:w="1301" w:type="dxa"/>
            <w:tcBorders>
              <w:top w:val="single" w:sz="2" w:space="0" w:color="000000"/>
              <w:left w:val="single" w:sz="2" w:space="0" w:color="000000"/>
              <w:bottom w:val="single" w:sz="2" w:space="0" w:color="000000"/>
            </w:tcBorders>
          </w:tcPr>
          <w:p w14:paraId="3D72745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w:t>
            </w:r>
          </w:p>
        </w:tc>
        <w:tc>
          <w:tcPr>
            <w:tcW w:w="3352" w:type="dxa"/>
            <w:tcBorders>
              <w:top w:val="single" w:sz="2" w:space="0" w:color="000000"/>
              <w:left w:val="single" w:sz="2" w:space="0" w:color="000000"/>
              <w:bottom w:val="single" w:sz="2" w:space="0" w:color="000000"/>
            </w:tcBorders>
          </w:tcPr>
          <w:p w14:paraId="6AE5B086"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Dominar y explicar el tema específico de su Proyecto Final y la metodología usada para desarrollarlo, mostrando solidez en sus fundamentos físicos.</w:t>
            </w:r>
          </w:p>
        </w:tc>
        <w:tc>
          <w:tcPr>
            <w:tcW w:w="1632" w:type="dxa"/>
            <w:tcBorders>
              <w:top w:val="single" w:sz="2" w:space="0" w:color="000000"/>
              <w:left w:val="single" w:sz="2" w:space="0" w:color="000000"/>
              <w:bottom w:val="single" w:sz="2" w:space="0" w:color="000000"/>
              <w:right w:val="single" w:sz="2" w:space="0" w:color="000000"/>
            </w:tcBorders>
          </w:tcPr>
          <w:p w14:paraId="08B2081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A-1</w:t>
            </w:r>
          </w:p>
          <w:p w14:paraId="30EDBE5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A-2</w:t>
            </w:r>
          </w:p>
          <w:p w14:paraId="2BACC55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39D15DBF" w14:textId="77777777" w:rsidTr="002E4C21">
        <w:tc>
          <w:tcPr>
            <w:tcW w:w="898" w:type="dxa"/>
            <w:tcBorders>
              <w:top w:val="single" w:sz="2" w:space="0" w:color="000000"/>
              <w:left w:val="single" w:sz="2" w:space="0" w:color="000000"/>
              <w:bottom w:val="single" w:sz="2" w:space="0" w:color="000000"/>
            </w:tcBorders>
          </w:tcPr>
          <w:p w14:paraId="3A7E067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2</w:t>
            </w:r>
          </w:p>
        </w:tc>
        <w:tc>
          <w:tcPr>
            <w:tcW w:w="2792" w:type="dxa"/>
            <w:tcBorders>
              <w:top w:val="single" w:sz="2" w:space="0" w:color="000000"/>
              <w:left w:val="single" w:sz="2" w:space="0" w:color="000000"/>
              <w:bottom w:val="single" w:sz="2" w:space="0" w:color="000000"/>
            </w:tcBorders>
          </w:tcPr>
          <w:p w14:paraId="0FCB5DF3"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Desarrollar una forma de pensar acorde con el método científico, con mentalidad crítica y analítica para enfrentar problemas y plantear soluciones.</w:t>
            </w:r>
          </w:p>
        </w:tc>
        <w:tc>
          <w:tcPr>
            <w:tcW w:w="1301" w:type="dxa"/>
            <w:tcBorders>
              <w:top w:val="single" w:sz="2" w:space="0" w:color="000000"/>
              <w:left w:val="single" w:sz="2" w:space="0" w:color="000000"/>
              <w:bottom w:val="single" w:sz="2" w:space="0" w:color="000000"/>
            </w:tcBorders>
          </w:tcPr>
          <w:p w14:paraId="07DFEEC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w:t>
            </w:r>
          </w:p>
        </w:tc>
        <w:tc>
          <w:tcPr>
            <w:tcW w:w="3352" w:type="dxa"/>
            <w:tcBorders>
              <w:top w:val="single" w:sz="2" w:space="0" w:color="000000"/>
              <w:left w:val="single" w:sz="2" w:space="0" w:color="000000"/>
              <w:bottom w:val="single" w:sz="2" w:space="0" w:color="000000"/>
            </w:tcBorders>
          </w:tcPr>
          <w:p w14:paraId="34D7DDF3"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Resolver problemas en el logro de los objetivos de investigación y el desarrollo del Proyecto Final, mostrando independencia, creatividad, pensamiento crítico y analítico, y una forma de pensar acorde con el método científico.</w:t>
            </w:r>
          </w:p>
        </w:tc>
        <w:tc>
          <w:tcPr>
            <w:tcW w:w="1632" w:type="dxa"/>
            <w:tcBorders>
              <w:top w:val="single" w:sz="2" w:space="0" w:color="000000"/>
              <w:left w:val="single" w:sz="2" w:space="0" w:color="000000"/>
              <w:bottom w:val="single" w:sz="2" w:space="0" w:color="000000"/>
              <w:right w:val="single" w:sz="2" w:space="0" w:color="000000"/>
            </w:tcBorders>
          </w:tcPr>
          <w:p w14:paraId="586A79B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B-1</w:t>
            </w:r>
          </w:p>
          <w:p w14:paraId="07CC0B1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B-2</w:t>
            </w:r>
          </w:p>
        </w:tc>
      </w:tr>
      <w:tr w:rsidR="00BD57AA" w:rsidRPr="00BD57AA" w14:paraId="69D6C08B" w14:textId="77777777" w:rsidTr="002E4C21">
        <w:tc>
          <w:tcPr>
            <w:tcW w:w="898" w:type="dxa"/>
            <w:tcBorders>
              <w:top w:val="single" w:sz="2" w:space="0" w:color="000000"/>
              <w:left w:val="single" w:sz="2" w:space="0" w:color="000000"/>
              <w:bottom w:val="single" w:sz="2" w:space="0" w:color="000000"/>
            </w:tcBorders>
          </w:tcPr>
          <w:p w14:paraId="300648A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3</w:t>
            </w:r>
          </w:p>
        </w:tc>
        <w:tc>
          <w:tcPr>
            <w:tcW w:w="2792" w:type="dxa"/>
            <w:tcBorders>
              <w:top w:val="single" w:sz="2" w:space="0" w:color="000000"/>
              <w:left w:val="single" w:sz="2" w:space="0" w:color="000000"/>
              <w:bottom w:val="single" w:sz="2" w:space="0" w:color="000000"/>
            </w:tcBorders>
          </w:tcPr>
          <w:p w14:paraId="7C1EB19E"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000000"/>
                <w:kern w:val="2"/>
                <w:szCs w:val="24"/>
                <w:lang w:val="es-ES" w:eastAsia="zh-CN" w:bidi="hi-IN"/>
              </w:rPr>
              <w:t>Conocer y aplicar</w:t>
            </w:r>
            <w:r w:rsidRPr="00BD57AA">
              <w:rPr>
                <w:rFonts w:ascii="Aptos" w:eastAsia="AR PL SungtiL GB" w:hAnsi="Aptos" w:cs="Arial"/>
                <w:color w:val="000000"/>
                <w:kern w:val="2"/>
                <w:szCs w:val="24"/>
                <w:lang w:val="es-ES" w:eastAsia="zh-CN" w:bidi="hi-IN"/>
              </w:rPr>
              <w:t xml:space="preserve"> las conductas de un profesional ético en su disciplina.</w:t>
            </w:r>
          </w:p>
        </w:tc>
        <w:tc>
          <w:tcPr>
            <w:tcW w:w="1301" w:type="dxa"/>
            <w:tcBorders>
              <w:top w:val="single" w:sz="2" w:space="0" w:color="000000"/>
              <w:left w:val="single" w:sz="2" w:space="0" w:color="000000"/>
              <w:bottom w:val="single" w:sz="2" w:space="0" w:color="000000"/>
            </w:tcBorders>
          </w:tcPr>
          <w:p w14:paraId="4090F10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w:t>
            </w:r>
          </w:p>
        </w:tc>
        <w:tc>
          <w:tcPr>
            <w:tcW w:w="3352" w:type="dxa"/>
            <w:tcBorders>
              <w:top w:val="single" w:sz="2" w:space="0" w:color="000000"/>
              <w:left w:val="single" w:sz="2" w:space="0" w:color="000000"/>
              <w:bottom w:val="single" w:sz="2" w:space="0" w:color="000000"/>
            </w:tcBorders>
          </w:tcPr>
          <w:p w14:paraId="137AC840"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Evaluar y aplicar las consideraciones éticas relevantes al Proyecto Final.</w:t>
            </w:r>
          </w:p>
        </w:tc>
        <w:tc>
          <w:tcPr>
            <w:tcW w:w="1632" w:type="dxa"/>
            <w:tcBorders>
              <w:top w:val="single" w:sz="2" w:space="0" w:color="000000"/>
              <w:left w:val="single" w:sz="2" w:space="0" w:color="000000"/>
              <w:bottom w:val="single" w:sz="2" w:space="0" w:color="000000"/>
              <w:right w:val="single" w:sz="2" w:space="0" w:color="000000"/>
            </w:tcBorders>
          </w:tcPr>
          <w:p w14:paraId="6860EFA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C-3</w:t>
            </w:r>
          </w:p>
        </w:tc>
      </w:tr>
      <w:tr w:rsidR="00BD57AA" w:rsidRPr="00BD57AA" w14:paraId="799ADAC2" w14:textId="77777777" w:rsidTr="002E4C21">
        <w:tc>
          <w:tcPr>
            <w:tcW w:w="898" w:type="dxa"/>
            <w:tcBorders>
              <w:top w:val="single" w:sz="2" w:space="0" w:color="000000"/>
              <w:left w:val="single" w:sz="2" w:space="0" w:color="000000"/>
              <w:bottom w:val="single" w:sz="2" w:space="0" w:color="000000"/>
            </w:tcBorders>
          </w:tcPr>
          <w:p w14:paraId="6EA57D6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2792" w:type="dxa"/>
            <w:tcBorders>
              <w:top w:val="single" w:sz="2" w:space="0" w:color="000000"/>
              <w:left w:val="single" w:sz="2" w:space="0" w:color="000000"/>
              <w:bottom w:val="single" w:sz="2" w:space="0" w:color="000000"/>
            </w:tcBorders>
          </w:tcPr>
          <w:p w14:paraId="5DC870E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301" w:type="dxa"/>
            <w:tcBorders>
              <w:top w:val="single" w:sz="2" w:space="0" w:color="000000"/>
              <w:left w:val="single" w:sz="2" w:space="0" w:color="000000"/>
              <w:bottom w:val="single" w:sz="2" w:space="0" w:color="000000"/>
            </w:tcBorders>
          </w:tcPr>
          <w:p w14:paraId="6DA0D07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D</w:t>
            </w:r>
          </w:p>
        </w:tc>
        <w:tc>
          <w:tcPr>
            <w:tcW w:w="3352" w:type="dxa"/>
            <w:tcBorders>
              <w:top w:val="single" w:sz="2" w:space="0" w:color="000000"/>
              <w:left w:val="single" w:sz="2" w:space="0" w:color="000000"/>
              <w:bottom w:val="single" w:sz="2" w:space="0" w:color="000000"/>
            </w:tcBorders>
          </w:tcPr>
          <w:p w14:paraId="4D6B6BE8"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Comunicar de manera clara y sólida los resultados de su Proyecto Final, tanto en forma escrita como oral, según los lineamientos del reglamento del Proyecto Final del departamento de Física.</w:t>
            </w:r>
          </w:p>
        </w:tc>
        <w:tc>
          <w:tcPr>
            <w:tcW w:w="1632" w:type="dxa"/>
            <w:tcBorders>
              <w:top w:val="single" w:sz="2" w:space="0" w:color="000000"/>
              <w:left w:val="single" w:sz="2" w:space="0" w:color="000000"/>
              <w:bottom w:val="single" w:sz="2" w:space="0" w:color="000000"/>
              <w:right w:val="single" w:sz="2" w:space="0" w:color="000000"/>
            </w:tcBorders>
          </w:tcPr>
          <w:p w14:paraId="2D17801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D-1</w:t>
            </w:r>
          </w:p>
        </w:tc>
      </w:tr>
      <w:tr w:rsidR="00BD57AA" w:rsidRPr="00BD57AA" w14:paraId="58E287FB" w14:textId="77777777" w:rsidTr="002E4C21">
        <w:tc>
          <w:tcPr>
            <w:tcW w:w="898" w:type="dxa"/>
            <w:tcBorders>
              <w:top w:val="single" w:sz="2" w:space="0" w:color="000000"/>
              <w:left w:val="single" w:sz="2" w:space="0" w:color="000000"/>
              <w:bottom w:val="single" w:sz="2" w:space="0" w:color="000000"/>
            </w:tcBorders>
          </w:tcPr>
          <w:p w14:paraId="44C738D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2792" w:type="dxa"/>
            <w:tcBorders>
              <w:top w:val="single" w:sz="2" w:space="0" w:color="000000"/>
              <w:left w:val="single" w:sz="2" w:space="0" w:color="000000"/>
              <w:bottom w:val="single" w:sz="2" w:space="0" w:color="000000"/>
            </w:tcBorders>
          </w:tcPr>
          <w:p w14:paraId="29DC6D6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301" w:type="dxa"/>
            <w:tcBorders>
              <w:top w:val="single" w:sz="2" w:space="0" w:color="000000"/>
              <w:left w:val="single" w:sz="2" w:space="0" w:color="000000"/>
              <w:bottom w:val="single" w:sz="2" w:space="0" w:color="000000"/>
            </w:tcBorders>
          </w:tcPr>
          <w:p w14:paraId="085D74A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w:t>
            </w:r>
          </w:p>
        </w:tc>
        <w:tc>
          <w:tcPr>
            <w:tcW w:w="3352" w:type="dxa"/>
            <w:tcBorders>
              <w:top w:val="single" w:sz="2" w:space="0" w:color="000000"/>
              <w:left w:val="single" w:sz="2" w:space="0" w:color="000000"/>
              <w:bottom w:val="single" w:sz="2" w:space="0" w:color="000000"/>
            </w:tcBorders>
          </w:tcPr>
          <w:p w14:paraId="04506CDB" w14:textId="77777777" w:rsidR="00BD57AA" w:rsidRPr="00BD57AA" w:rsidRDefault="00BD57AA" w:rsidP="00BD57AA">
            <w:pPr>
              <w:suppressAutoHyphens/>
              <w:jc w:val="both"/>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Trabajar en su Proyecto Final con disciplina y esfuerzo, y actuando de acuerdo con parámetros éticos.</w:t>
            </w:r>
          </w:p>
        </w:tc>
        <w:tc>
          <w:tcPr>
            <w:tcW w:w="1632" w:type="dxa"/>
            <w:tcBorders>
              <w:top w:val="single" w:sz="2" w:space="0" w:color="000000"/>
              <w:left w:val="single" w:sz="2" w:space="0" w:color="000000"/>
              <w:bottom w:val="single" w:sz="2" w:space="0" w:color="000000"/>
              <w:right w:val="single" w:sz="2" w:space="0" w:color="000000"/>
            </w:tcBorders>
          </w:tcPr>
          <w:p w14:paraId="1C6CC6A8"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E-1</w:t>
            </w:r>
          </w:p>
          <w:p w14:paraId="140DDE3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E-2</w:t>
            </w:r>
          </w:p>
          <w:p w14:paraId="7313C7B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E-3</w:t>
            </w:r>
          </w:p>
        </w:tc>
      </w:tr>
    </w:tbl>
    <w:p w14:paraId="05879ECD" w14:textId="77777777" w:rsidR="00BD57AA" w:rsidRPr="00BD57AA" w:rsidRDefault="00BD57AA" w:rsidP="00BD57AA">
      <w:pPr>
        <w:suppressAutoHyphens/>
        <w:spacing w:after="120" w:line="276" w:lineRule="auto"/>
        <w:ind w:left="360" w:hanging="360"/>
        <w:rPr>
          <w:rFonts w:ascii="Aptos" w:eastAsia="AR PL SungtiL GB" w:hAnsi="Aptos" w:cs="Lohit Devanagari"/>
          <w:b/>
          <w:bCs/>
          <w:color w:val="1F2937"/>
          <w:kern w:val="2"/>
          <w:szCs w:val="24"/>
          <w:lang w:val="es-ES" w:eastAsia="zh-CN" w:bidi="hi-IN"/>
        </w:rPr>
      </w:pPr>
    </w:p>
    <w:p w14:paraId="3EE3C031" w14:textId="77777777" w:rsidR="00BD57AA" w:rsidRPr="00BD57AA" w:rsidRDefault="00BD57AA" w:rsidP="00BD57AA">
      <w:pPr>
        <w:suppressAutoHyphens/>
        <w:spacing w:after="120" w:line="276" w:lineRule="auto"/>
        <w:ind w:left="360" w:hanging="360"/>
        <w:rPr>
          <w:rFonts w:ascii="Aptos" w:eastAsia="AR PL SungtiL GB" w:hAnsi="Aptos" w:cs="Lohit Devanagari"/>
          <w:b/>
          <w:bCs/>
          <w:color w:val="1F2937"/>
          <w:kern w:val="2"/>
          <w:szCs w:val="24"/>
          <w:lang w:val="es-ES" w:eastAsia="zh-CN" w:bidi="hi-IN"/>
        </w:rPr>
      </w:pPr>
    </w:p>
    <w:p w14:paraId="2FB6D430" w14:textId="69A380F7" w:rsidR="00BD57AA" w:rsidRPr="00BD57AA" w:rsidRDefault="00BD57AA" w:rsidP="00BD57AA">
      <w:pPr>
        <w:suppressAutoHyphens/>
        <w:spacing w:after="120" w:line="276" w:lineRule="auto"/>
        <w:ind w:left="360" w:hanging="360"/>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lastRenderedPageBreak/>
        <w:t>ANEXO 4. FORMATO DE EVALUACIÓN DE PROYECTO FINAL</w:t>
      </w:r>
    </w:p>
    <w:p w14:paraId="13F70038" w14:textId="77777777" w:rsidR="00BD57AA" w:rsidRPr="00BD57AA" w:rsidRDefault="00BD57AA" w:rsidP="00BD57AA">
      <w:pPr>
        <w:suppressAutoHyphens/>
        <w:spacing w:after="120" w:line="276" w:lineRule="auto"/>
        <w:ind w:left="360" w:hanging="360"/>
        <w:jc w:val="center"/>
        <w:rPr>
          <w:rFonts w:ascii="Aptos" w:eastAsia="AR PL SungtiL GB" w:hAnsi="Aptos" w:cs="Lohit Devanagari"/>
          <w:color w:val="1F2937"/>
          <w:kern w:val="2"/>
          <w:szCs w:val="24"/>
          <w:lang w:val="es-ES" w:eastAsia="zh-CN" w:bidi="hi-IN"/>
        </w:rPr>
      </w:pPr>
      <w:r w:rsidRPr="00BD57AA">
        <w:rPr>
          <w:rFonts w:eastAsia="AR PL SungtiL GB" w:cs="Lohit Devanagari"/>
          <w:b/>
          <w:bCs/>
          <w:color w:val="1F2937"/>
          <w:kern w:val="2"/>
          <w:szCs w:val="24"/>
          <w:lang w:val="es-ES" w:eastAsia="zh-CN" w:bidi="hi-IN"/>
        </w:rPr>
        <w:t xml:space="preserve">   </w:t>
      </w:r>
      <w:r w:rsidRPr="00BD57AA">
        <w:rPr>
          <w:rFonts w:ascii="Aptos" w:eastAsia="AR PL SungtiL GB" w:hAnsi="Aptos" w:cs="Lohit Devanagari"/>
          <w:b/>
          <w:bCs/>
          <w:color w:val="1F2937"/>
          <w:kern w:val="2"/>
          <w:szCs w:val="24"/>
          <w:lang w:val="es-ES" w:eastAsia="zh-CN" w:bidi="hi-IN"/>
        </w:rPr>
        <w:t>JURADO</w:t>
      </w:r>
    </w:p>
    <w:p w14:paraId="05D02277" w14:textId="77777777" w:rsidR="00BD57AA" w:rsidRPr="00BD57AA" w:rsidRDefault="00BD57AA" w:rsidP="00BD57AA">
      <w:pPr>
        <w:suppressAutoHyphens/>
        <w:spacing w:after="0" w:line="240" w:lineRule="auto"/>
        <w:ind w:left="357" w:hanging="357"/>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Fecha:</w:t>
      </w:r>
      <w:r w:rsidRPr="00BD57AA">
        <w:rPr>
          <w:rFonts w:ascii="Aptos" w:eastAsia="AR PL SungtiL GB" w:hAnsi="Aptos" w:cs="Lohit Devanagari"/>
          <w:color w:val="1F2937"/>
          <w:kern w:val="2"/>
          <w:szCs w:val="24"/>
          <w:lang w:val="es-ES" w:eastAsia="zh-CN" w:bidi="hi-IN"/>
        </w:rPr>
        <w:t xml:space="preserve"> Aquí fecha</w:t>
      </w:r>
    </w:p>
    <w:p w14:paraId="1CC6D299" w14:textId="77777777" w:rsidR="00BD57AA" w:rsidRPr="00BD57AA" w:rsidRDefault="00BD57AA" w:rsidP="00BD57AA">
      <w:pPr>
        <w:suppressAutoHyphens/>
        <w:spacing w:after="0" w:line="240" w:lineRule="auto"/>
        <w:ind w:left="357" w:hanging="357"/>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Título</w:t>
      </w:r>
      <w:r w:rsidRPr="00BD57AA">
        <w:rPr>
          <w:rFonts w:ascii="Aptos" w:eastAsia="AR PL SungtiL GB" w:hAnsi="Aptos" w:cs="Lohit Devanagari"/>
          <w:color w:val="1F2937"/>
          <w:kern w:val="2"/>
          <w:szCs w:val="24"/>
          <w:lang w:val="es-ES" w:eastAsia="zh-CN" w:bidi="hi-IN"/>
        </w:rPr>
        <w:t>: Aquí título</w:t>
      </w:r>
    </w:p>
    <w:p w14:paraId="128A073C" w14:textId="77777777" w:rsidR="00BD57AA" w:rsidRPr="00BD57AA" w:rsidRDefault="00BD57AA" w:rsidP="00BD57AA">
      <w:pPr>
        <w:suppressAutoHyphens/>
        <w:spacing w:after="0" w:line="240" w:lineRule="auto"/>
        <w:ind w:left="357" w:hanging="357"/>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Estudiante</w:t>
      </w:r>
      <w:r w:rsidRPr="00BD57AA">
        <w:rPr>
          <w:rFonts w:ascii="Aptos" w:eastAsia="AR PL SungtiL GB" w:hAnsi="Aptos" w:cs="Lohit Devanagari"/>
          <w:color w:val="1F2937"/>
          <w:kern w:val="2"/>
          <w:szCs w:val="24"/>
          <w:lang w:val="es-ES" w:eastAsia="zh-CN" w:bidi="hi-IN"/>
        </w:rPr>
        <w:t>: Nombre estudiante</w:t>
      </w:r>
    </w:p>
    <w:p w14:paraId="54443F7E" w14:textId="77777777" w:rsidR="00BD57AA" w:rsidRPr="00BD57AA" w:rsidRDefault="00BD57AA" w:rsidP="00BD57AA">
      <w:pPr>
        <w:suppressAutoHyphens/>
        <w:spacing w:after="0" w:line="240" w:lineRule="auto"/>
        <w:ind w:left="357" w:hanging="357"/>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Nombre del Jurado</w:t>
      </w:r>
      <w:r w:rsidRPr="00BD57AA">
        <w:rPr>
          <w:rFonts w:ascii="Aptos" w:eastAsia="AR PL SungtiL GB" w:hAnsi="Aptos" w:cs="Lohit Devanagari"/>
          <w:color w:val="1F2937"/>
          <w:kern w:val="2"/>
          <w:szCs w:val="24"/>
          <w:lang w:val="es-ES" w:eastAsia="zh-CN" w:bidi="hi-IN"/>
        </w:rPr>
        <w:t xml:space="preserve">: Nombre </w:t>
      </w:r>
      <w:proofErr w:type="gramStart"/>
      <w:r w:rsidRPr="00BD57AA">
        <w:rPr>
          <w:rFonts w:ascii="Aptos" w:eastAsia="AR PL SungtiL GB" w:hAnsi="Aptos" w:cs="Lohit Devanagari"/>
          <w:color w:val="1F2937"/>
          <w:kern w:val="2"/>
          <w:szCs w:val="24"/>
          <w:lang w:val="es-ES" w:eastAsia="zh-CN" w:bidi="hi-IN"/>
        </w:rPr>
        <w:t>del  Jurado</w:t>
      </w:r>
      <w:proofErr w:type="gramEnd"/>
    </w:p>
    <w:p w14:paraId="5944B58A" w14:textId="77777777" w:rsidR="00BD57AA" w:rsidRPr="00BD57AA" w:rsidRDefault="00BD57AA" w:rsidP="00BD57AA">
      <w:pPr>
        <w:suppressAutoHyphens/>
        <w:spacing w:after="120" w:line="240" w:lineRule="auto"/>
        <w:jc w:val="both"/>
        <w:rPr>
          <w:rFonts w:ascii="Aptos" w:eastAsia="AR PL SungtiL GB" w:hAnsi="Aptos" w:cs="Lohit Devanagari"/>
          <w:i/>
          <w:iCs/>
          <w:color w:val="1F2937"/>
          <w:kern w:val="2"/>
          <w:szCs w:val="24"/>
          <w:lang w:val="es-ES" w:eastAsia="zh-CN" w:bidi="hi-IN"/>
        </w:rPr>
      </w:pPr>
    </w:p>
    <w:p w14:paraId="3BF55722" w14:textId="77777777" w:rsidR="00BD57AA" w:rsidRPr="00BD57AA" w:rsidRDefault="00BD57AA" w:rsidP="00BD57AA">
      <w:pPr>
        <w:suppressAutoHyphens/>
        <w:spacing w:after="12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i/>
          <w:iCs/>
          <w:color w:val="1F2937"/>
          <w:kern w:val="2"/>
          <w:szCs w:val="24"/>
          <w:lang w:val="es-ES" w:eastAsia="zh-CN" w:bidi="hi-IN"/>
        </w:rPr>
        <w:t>Por favor, diligencie la Tabla 1, de criterios de evaluación, calificando cada ítem con una nota de 0.0 a 5.0. Si tiene comentarios adicionales, puede escribirlos al final de la Tabla 1. Al finalizar su evaluación, por favor retórnela firmada a la secretaría del Departamento de Física.</w:t>
      </w:r>
    </w:p>
    <w:p w14:paraId="4E1C91B0" w14:textId="77777777" w:rsidR="00BD57AA" w:rsidRPr="00BD57AA" w:rsidRDefault="00BD57AA" w:rsidP="00BD57AA">
      <w:pPr>
        <w:suppressAutoHyphens/>
        <w:spacing w:after="120" w:line="240" w:lineRule="auto"/>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Para su información, los criterios de la Tabla 1 miden las evidencias del desarrollo de las competencias y el logro de los resultados de aprendizaje del curso Proyecto Final, que se presentan en la Tabla 2. </w:t>
      </w:r>
    </w:p>
    <w:p w14:paraId="390DDAB7"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638C66C9"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TABLA 1. CRITERIOS DE EVALUACIÓN. Los ID corresponden a los definidos en la Tabla 2.</w:t>
      </w:r>
    </w:p>
    <w:tbl>
      <w:tblPr>
        <w:tblW w:w="9975" w:type="dxa"/>
        <w:tblInd w:w="45" w:type="dxa"/>
        <w:tblCellMar>
          <w:top w:w="55" w:type="dxa"/>
          <w:left w:w="45" w:type="dxa"/>
          <w:bottom w:w="55" w:type="dxa"/>
          <w:right w:w="55" w:type="dxa"/>
        </w:tblCellMar>
        <w:tblLook w:val="04A0" w:firstRow="1" w:lastRow="0" w:firstColumn="1" w:lastColumn="0" w:noHBand="0" w:noVBand="1"/>
      </w:tblPr>
      <w:tblGrid>
        <w:gridCol w:w="1456"/>
        <w:gridCol w:w="1423"/>
        <w:gridCol w:w="5937"/>
        <w:gridCol w:w="1159"/>
      </w:tblGrid>
      <w:tr w:rsidR="00BD57AA" w:rsidRPr="00BD57AA" w14:paraId="0C7F934E" w14:textId="77777777" w:rsidTr="002E4C21">
        <w:tc>
          <w:tcPr>
            <w:tcW w:w="1233" w:type="dxa"/>
            <w:tcBorders>
              <w:top w:val="single" w:sz="2" w:space="0" w:color="000000"/>
              <w:left w:val="single" w:sz="2" w:space="0" w:color="000000"/>
              <w:bottom w:val="single" w:sz="2" w:space="0" w:color="000000"/>
            </w:tcBorders>
          </w:tcPr>
          <w:p w14:paraId="1C5011BA" w14:textId="77777777" w:rsidR="00BD57AA" w:rsidRPr="00BD57AA" w:rsidRDefault="00BD57AA" w:rsidP="00BD57AA">
            <w:pPr>
              <w:suppressLineNumbers/>
              <w:suppressAutoHyphens/>
              <w:rPr>
                <w:rFonts w:ascii="Aptos" w:eastAsia="AR PL SungtiL GB" w:hAnsi="Aptos" w:cs="Lohit Devanagari"/>
                <w:color w:val="1F2937"/>
                <w:kern w:val="2"/>
                <w:sz w:val="22"/>
                <w:lang w:val="es-ES" w:eastAsia="zh-CN" w:bidi="hi-IN"/>
              </w:rPr>
            </w:pPr>
            <w:r w:rsidRPr="00BD57AA">
              <w:rPr>
                <w:rFonts w:ascii="Aptos" w:eastAsia="AR PL SungtiL GB" w:hAnsi="Aptos" w:cs="Lohit Devanagari"/>
                <w:b/>
                <w:bCs/>
                <w:color w:val="1F2937"/>
                <w:kern w:val="2"/>
                <w:sz w:val="22"/>
                <w:lang w:val="es-ES" w:eastAsia="zh-CN" w:bidi="hi-IN"/>
              </w:rPr>
              <w:t xml:space="preserve">ID </w:t>
            </w:r>
          </w:p>
          <w:p w14:paraId="46C4C4D7"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 w:val="22"/>
                <w:lang w:val="es-ES" w:eastAsia="zh-CN" w:bidi="hi-IN"/>
              </w:rPr>
              <w:t>Competencia</w:t>
            </w:r>
          </w:p>
        </w:tc>
        <w:tc>
          <w:tcPr>
            <w:tcW w:w="1437" w:type="dxa"/>
            <w:tcBorders>
              <w:top w:val="single" w:sz="2" w:space="0" w:color="000000"/>
              <w:left w:val="single" w:sz="2" w:space="0" w:color="000000"/>
              <w:bottom w:val="single" w:sz="2" w:space="0" w:color="000000"/>
            </w:tcBorders>
          </w:tcPr>
          <w:p w14:paraId="05C055C2" w14:textId="77777777" w:rsidR="00BD57AA" w:rsidRPr="00BD57AA" w:rsidRDefault="00BD57AA" w:rsidP="00BD57AA">
            <w:pPr>
              <w:suppressLineNumbers/>
              <w:suppressAutoHyphens/>
              <w:rPr>
                <w:rFonts w:ascii="Aptos" w:eastAsia="AR PL SungtiL GB" w:hAnsi="Aptos" w:cs="Lohit Devanagari"/>
                <w:color w:val="1F2937"/>
                <w:kern w:val="2"/>
                <w:sz w:val="22"/>
                <w:lang w:val="es-ES" w:eastAsia="zh-CN" w:bidi="hi-IN"/>
              </w:rPr>
            </w:pPr>
            <w:r w:rsidRPr="00BD57AA">
              <w:rPr>
                <w:rFonts w:ascii="Aptos" w:eastAsia="AR PL SungtiL GB" w:hAnsi="Aptos" w:cs="Lohit Devanagari"/>
                <w:b/>
                <w:bCs/>
                <w:color w:val="1F2937"/>
                <w:kern w:val="2"/>
                <w:sz w:val="22"/>
                <w:lang w:val="es-ES" w:eastAsia="zh-CN" w:bidi="hi-IN"/>
              </w:rPr>
              <w:t xml:space="preserve">ID </w:t>
            </w:r>
          </w:p>
          <w:p w14:paraId="3EA6AB4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 w:val="22"/>
                <w:lang w:val="es-ES" w:eastAsia="zh-CN" w:bidi="hi-IN"/>
              </w:rPr>
              <w:t>Resultado</w:t>
            </w:r>
          </w:p>
        </w:tc>
        <w:tc>
          <w:tcPr>
            <w:tcW w:w="6120" w:type="dxa"/>
            <w:tcBorders>
              <w:top w:val="single" w:sz="2" w:space="0" w:color="000000"/>
              <w:left w:val="single" w:sz="2" w:space="0" w:color="000000"/>
              <w:bottom w:val="single" w:sz="2" w:space="0" w:color="000000"/>
            </w:tcBorders>
          </w:tcPr>
          <w:p w14:paraId="1B0668D0" w14:textId="77777777" w:rsidR="00BD57AA" w:rsidRPr="00BD57AA" w:rsidRDefault="00BD57AA" w:rsidP="00BD57AA">
            <w:pPr>
              <w:suppressLineNumbers/>
              <w:suppressAutoHyphens/>
              <w:jc w:val="center"/>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Criterio medición resultado de aprendizaje</w:t>
            </w:r>
          </w:p>
        </w:tc>
        <w:tc>
          <w:tcPr>
            <w:tcW w:w="1185" w:type="dxa"/>
            <w:tcBorders>
              <w:top w:val="single" w:sz="2" w:space="0" w:color="000000"/>
              <w:left w:val="single" w:sz="2" w:space="0" w:color="000000"/>
              <w:bottom w:val="single" w:sz="2" w:space="0" w:color="000000"/>
              <w:right w:val="single" w:sz="2" w:space="0" w:color="000000"/>
            </w:tcBorders>
          </w:tcPr>
          <w:p w14:paraId="5FEFC41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 xml:space="preserve">Nota </w:t>
            </w:r>
          </w:p>
          <w:p w14:paraId="0C434A2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(de 0 a 5)</w:t>
            </w:r>
          </w:p>
        </w:tc>
      </w:tr>
      <w:tr w:rsidR="00BD57AA" w:rsidRPr="00BD57AA" w14:paraId="0FE70D78" w14:textId="77777777" w:rsidTr="002E4C21">
        <w:tc>
          <w:tcPr>
            <w:tcW w:w="1233" w:type="dxa"/>
            <w:tcBorders>
              <w:top w:val="single" w:sz="2" w:space="0" w:color="000000"/>
              <w:left w:val="single" w:sz="2" w:space="0" w:color="000000"/>
              <w:bottom w:val="single" w:sz="2" w:space="0" w:color="000000"/>
            </w:tcBorders>
          </w:tcPr>
          <w:p w14:paraId="1542DD7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7" w:type="dxa"/>
            <w:tcBorders>
              <w:top w:val="single" w:sz="2" w:space="0" w:color="000000"/>
              <w:left w:val="single" w:sz="2" w:space="0" w:color="000000"/>
              <w:bottom w:val="single" w:sz="2" w:space="0" w:color="000000"/>
            </w:tcBorders>
          </w:tcPr>
          <w:p w14:paraId="41371F08"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7AAE58F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CE181E"/>
                <w:kern w:val="2"/>
                <w:szCs w:val="24"/>
                <w:lang w:val="es-ES" w:eastAsia="zh-CN" w:bidi="hi-IN"/>
              </w:rPr>
              <w:t>Sobre el documento</w:t>
            </w:r>
          </w:p>
        </w:tc>
        <w:tc>
          <w:tcPr>
            <w:tcW w:w="1185" w:type="dxa"/>
            <w:tcBorders>
              <w:top w:val="single" w:sz="2" w:space="0" w:color="000000"/>
              <w:left w:val="single" w:sz="2" w:space="0" w:color="000000"/>
              <w:bottom w:val="single" w:sz="2" w:space="0" w:color="000000"/>
              <w:right w:val="single" w:sz="2" w:space="0" w:color="000000"/>
            </w:tcBorders>
          </w:tcPr>
          <w:p w14:paraId="0D97B428"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0447019A" w14:textId="77777777" w:rsidTr="002E4C21">
        <w:tc>
          <w:tcPr>
            <w:tcW w:w="1233" w:type="dxa"/>
            <w:tcBorders>
              <w:top w:val="single" w:sz="2" w:space="0" w:color="000000"/>
              <w:left w:val="single" w:sz="2" w:space="0" w:color="000000"/>
              <w:bottom w:val="single" w:sz="2" w:space="0" w:color="000000"/>
            </w:tcBorders>
          </w:tcPr>
          <w:p w14:paraId="2DFC6B2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1, 3</w:t>
            </w:r>
          </w:p>
        </w:tc>
        <w:tc>
          <w:tcPr>
            <w:tcW w:w="1437" w:type="dxa"/>
            <w:tcBorders>
              <w:top w:val="single" w:sz="2" w:space="0" w:color="000000"/>
              <w:left w:val="single" w:sz="2" w:space="0" w:color="000000"/>
              <w:bottom w:val="single" w:sz="2" w:space="0" w:color="000000"/>
            </w:tcBorders>
          </w:tcPr>
          <w:p w14:paraId="47A726E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C, D</w:t>
            </w:r>
          </w:p>
        </w:tc>
        <w:tc>
          <w:tcPr>
            <w:tcW w:w="6120" w:type="dxa"/>
            <w:tcBorders>
              <w:top w:val="single" w:sz="2" w:space="0" w:color="000000"/>
              <w:left w:val="single" w:sz="2" w:space="0" w:color="000000"/>
              <w:bottom w:val="single" w:sz="2" w:space="0" w:color="000000"/>
            </w:tcBorders>
          </w:tcPr>
          <w:p w14:paraId="728C828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Cubre adecuadamente el estado del arte relevante para su </w:t>
            </w:r>
            <w:r w:rsidRPr="00BD57AA">
              <w:rPr>
                <w:rFonts w:ascii="Aptos" w:eastAsia="AR PL SungtiL GB" w:hAnsi="Aptos" w:cs="Aptos"/>
                <w:color w:val="000000"/>
                <w:kern w:val="2"/>
                <w:szCs w:val="24"/>
                <w:lang w:val="es-ES" w:eastAsia="zh-CN" w:bidi="hi-IN"/>
              </w:rPr>
              <w:t xml:space="preserve">Proyecto Final, </w:t>
            </w:r>
            <w:r w:rsidRPr="00BD57AA">
              <w:rPr>
                <w:rFonts w:ascii="Aptos" w:eastAsia="AR PL SungtiL GB" w:hAnsi="Aptos" w:cs="Lohit Devanagari"/>
                <w:color w:val="1F2937"/>
                <w:kern w:val="2"/>
                <w:szCs w:val="24"/>
                <w:lang w:val="es-ES" w:eastAsia="zh-CN" w:bidi="hi-IN"/>
              </w:rPr>
              <w:t>las citas se introducen usando un programa de manejo de bibliografía y las ecuaciones, tablas y/o figuras del documento son claramente descritas y presentadas.</w:t>
            </w:r>
          </w:p>
        </w:tc>
        <w:tc>
          <w:tcPr>
            <w:tcW w:w="1185" w:type="dxa"/>
            <w:tcBorders>
              <w:top w:val="single" w:sz="2" w:space="0" w:color="000000"/>
              <w:left w:val="single" w:sz="2" w:space="0" w:color="000000"/>
              <w:bottom w:val="single" w:sz="2" w:space="0" w:color="000000"/>
              <w:right w:val="single" w:sz="2" w:space="0" w:color="000000"/>
            </w:tcBorders>
          </w:tcPr>
          <w:p w14:paraId="13782C4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3AF3F17F" w14:textId="77777777" w:rsidTr="002E4C21">
        <w:tc>
          <w:tcPr>
            <w:tcW w:w="1233" w:type="dxa"/>
            <w:tcBorders>
              <w:top w:val="single" w:sz="2" w:space="0" w:color="000000"/>
              <w:left w:val="single" w:sz="2" w:space="0" w:color="000000"/>
              <w:bottom w:val="single" w:sz="2" w:space="0" w:color="000000"/>
            </w:tcBorders>
          </w:tcPr>
          <w:p w14:paraId="33151CB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1, 3</w:t>
            </w:r>
          </w:p>
        </w:tc>
        <w:tc>
          <w:tcPr>
            <w:tcW w:w="1437" w:type="dxa"/>
            <w:tcBorders>
              <w:top w:val="single" w:sz="2" w:space="0" w:color="000000"/>
              <w:left w:val="single" w:sz="2" w:space="0" w:color="000000"/>
              <w:bottom w:val="single" w:sz="2" w:space="0" w:color="000000"/>
            </w:tcBorders>
          </w:tcPr>
          <w:p w14:paraId="4BFB023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 D, E</w:t>
            </w:r>
          </w:p>
          <w:p w14:paraId="779146E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1B5B0CD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El documento escrito tiene una buena redacción y cohesión, además sigue las reglas gramaticales, ortográficas y bibliográficas pertinentes, y respeta las normas éticas esperadas en un reporte científico.</w:t>
            </w:r>
          </w:p>
        </w:tc>
        <w:tc>
          <w:tcPr>
            <w:tcW w:w="1185" w:type="dxa"/>
            <w:tcBorders>
              <w:top w:val="single" w:sz="2" w:space="0" w:color="000000"/>
              <w:left w:val="single" w:sz="2" w:space="0" w:color="000000"/>
              <w:bottom w:val="single" w:sz="2" w:space="0" w:color="000000"/>
              <w:right w:val="single" w:sz="2" w:space="0" w:color="000000"/>
            </w:tcBorders>
          </w:tcPr>
          <w:p w14:paraId="0F07D7F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6B6DAFA7" w14:textId="77777777" w:rsidTr="002E4C21">
        <w:tc>
          <w:tcPr>
            <w:tcW w:w="1233" w:type="dxa"/>
            <w:tcBorders>
              <w:top w:val="single" w:sz="2" w:space="0" w:color="000000"/>
              <w:left w:val="single" w:sz="2" w:space="0" w:color="000000"/>
              <w:bottom w:val="single" w:sz="2" w:space="0" w:color="000000"/>
            </w:tcBorders>
          </w:tcPr>
          <w:p w14:paraId="3B8470C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1, 2, 3</w:t>
            </w:r>
          </w:p>
        </w:tc>
        <w:tc>
          <w:tcPr>
            <w:tcW w:w="1437" w:type="dxa"/>
            <w:tcBorders>
              <w:top w:val="single" w:sz="2" w:space="0" w:color="000000"/>
              <w:left w:val="single" w:sz="2" w:space="0" w:color="000000"/>
              <w:bottom w:val="single" w:sz="2" w:space="0" w:color="000000"/>
            </w:tcBorders>
          </w:tcPr>
          <w:p w14:paraId="62E73B6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C, D, E</w:t>
            </w:r>
          </w:p>
        </w:tc>
        <w:tc>
          <w:tcPr>
            <w:tcW w:w="6120" w:type="dxa"/>
            <w:tcBorders>
              <w:top w:val="single" w:sz="2" w:space="0" w:color="000000"/>
              <w:left w:val="single" w:sz="2" w:space="0" w:color="000000"/>
              <w:bottom w:val="single" w:sz="2" w:space="0" w:color="000000"/>
            </w:tcBorders>
          </w:tcPr>
          <w:p w14:paraId="5BDE2E8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Presenta el camino científico recorrido, incluyendo estado del arte, metodología, análisis y conclusiones. Explica las razones para cambios metodológicos y otros problemas que debió enfrentar en el proceso. Está redactado de forma que otro estudiante avanzado pueda seguir la metodología y el análisis, o continuar el camino del autor, en un trabajo posterior sin duplicar esfuerzos.</w:t>
            </w:r>
          </w:p>
        </w:tc>
        <w:tc>
          <w:tcPr>
            <w:tcW w:w="1185" w:type="dxa"/>
            <w:tcBorders>
              <w:top w:val="single" w:sz="2" w:space="0" w:color="000000"/>
              <w:left w:val="single" w:sz="2" w:space="0" w:color="000000"/>
              <w:bottom w:val="single" w:sz="2" w:space="0" w:color="000000"/>
              <w:right w:val="single" w:sz="2" w:space="0" w:color="000000"/>
            </w:tcBorders>
          </w:tcPr>
          <w:p w14:paraId="75AC3B5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70790777" w14:textId="77777777" w:rsidTr="002E4C21">
        <w:tc>
          <w:tcPr>
            <w:tcW w:w="1233" w:type="dxa"/>
            <w:tcBorders>
              <w:top w:val="single" w:sz="2" w:space="0" w:color="000000"/>
              <w:left w:val="single" w:sz="2" w:space="0" w:color="000000"/>
              <w:bottom w:val="single" w:sz="2" w:space="0" w:color="000000"/>
            </w:tcBorders>
          </w:tcPr>
          <w:p w14:paraId="69F8904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2</w:t>
            </w:r>
          </w:p>
        </w:tc>
        <w:tc>
          <w:tcPr>
            <w:tcW w:w="1437" w:type="dxa"/>
            <w:tcBorders>
              <w:top w:val="single" w:sz="2" w:space="0" w:color="000000"/>
              <w:left w:val="single" w:sz="2" w:space="0" w:color="000000"/>
              <w:bottom w:val="single" w:sz="2" w:space="0" w:color="000000"/>
            </w:tcBorders>
          </w:tcPr>
          <w:p w14:paraId="7FC3E24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 D</w:t>
            </w:r>
          </w:p>
        </w:tc>
        <w:tc>
          <w:tcPr>
            <w:tcW w:w="6120" w:type="dxa"/>
            <w:tcBorders>
              <w:top w:val="single" w:sz="2" w:space="0" w:color="000000"/>
              <w:left w:val="single" w:sz="2" w:space="0" w:color="000000"/>
              <w:bottom w:val="single" w:sz="2" w:space="0" w:color="000000"/>
            </w:tcBorders>
          </w:tcPr>
          <w:p w14:paraId="18CDEDD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Las conclusiones se desprenden naturalmente de la metodología empleada y del análisis realizado, y resumen apropiadamente los resultados obtenidos.</w:t>
            </w:r>
          </w:p>
        </w:tc>
        <w:tc>
          <w:tcPr>
            <w:tcW w:w="1185" w:type="dxa"/>
            <w:tcBorders>
              <w:top w:val="single" w:sz="2" w:space="0" w:color="000000"/>
              <w:left w:val="single" w:sz="2" w:space="0" w:color="000000"/>
              <w:bottom w:val="single" w:sz="2" w:space="0" w:color="000000"/>
              <w:right w:val="single" w:sz="2" w:space="0" w:color="000000"/>
            </w:tcBorders>
          </w:tcPr>
          <w:p w14:paraId="2F29C50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44E8A1C8" w14:textId="77777777" w:rsidTr="002E4C21">
        <w:tc>
          <w:tcPr>
            <w:tcW w:w="1233" w:type="dxa"/>
            <w:tcBorders>
              <w:top w:val="single" w:sz="2" w:space="0" w:color="000000"/>
              <w:left w:val="single" w:sz="2" w:space="0" w:color="000000"/>
              <w:bottom w:val="single" w:sz="2" w:space="0" w:color="000000"/>
            </w:tcBorders>
          </w:tcPr>
          <w:p w14:paraId="6E20639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7" w:type="dxa"/>
            <w:tcBorders>
              <w:top w:val="single" w:sz="2" w:space="0" w:color="000000"/>
              <w:left w:val="single" w:sz="2" w:space="0" w:color="000000"/>
              <w:bottom w:val="single" w:sz="2" w:space="0" w:color="000000"/>
            </w:tcBorders>
          </w:tcPr>
          <w:p w14:paraId="6B990EA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69D3766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CE181E"/>
                <w:kern w:val="2"/>
                <w:szCs w:val="24"/>
                <w:lang w:val="es-ES" w:eastAsia="zh-CN" w:bidi="hi-IN"/>
              </w:rPr>
              <w:t>Sobre la presentación</w:t>
            </w:r>
          </w:p>
        </w:tc>
        <w:tc>
          <w:tcPr>
            <w:tcW w:w="1185" w:type="dxa"/>
            <w:tcBorders>
              <w:top w:val="single" w:sz="2" w:space="0" w:color="000000"/>
              <w:left w:val="single" w:sz="2" w:space="0" w:color="000000"/>
              <w:bottom w:val="single" w:sz="2" w:space="0" w:color="000000"/>
              <w:right w:val="single" w:sz="2" w:space="0" w:color="000000"/>
            </w:tcBorders>
          </w:tcPr>
          <w:p w14:paraId="7071481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1CC531B8" w14:textId="77777777" w:rsidTr="002E4C21">
        <w:tc>
          <w:tcPr>
            <w:tcW w:w="1233" w:type="dxa"/>
            <w:tcBorders>
              <w:top w:val="single" w:sz="2" w:space="0" w:color="000000"/>
              <w:left w:val="single" w:sz="2" w:space="0" w:color="000000"/>
              <w:bottom w:val="single" w:sz="2" w:space="0" w:color="000000"/>
            </w:tcBorders>
          </w:tcPr>
          <w:p w14:paraId="2B934B4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1, 2, 3</w:t>
            </w:r>
          </w:p>
        </w:tc>
        <w:tc>
          <w:tcPr>
            <w:tcW w:w="1437" w:type="dxa"/>
            <w:tcBorders>
              <w:top w:val="single" w:sz="2" w:space="0" w:color="000000"/>
              <w:left w:val="single" w:sz="2" w:space="0" w:color="000000"/>
              <w:bottom w:val="single" w:sz="2" w:space="0" w:color="000000"/>
            </w:tcBorders>
          </w:tcPr>
          <w:p w14:paraId="4CBC940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C, D</w:t>
            </w:r>
          </w:p>
        </w:tc>
        <w:tc>
          <w:tcPr>
            <w:tcW w:w="6120" w:type="dxa"/>
            <w:tcBorders>
              <w:top w:val="single" w:sz="2" w:space="0" w:color="000000"/>
              <w:left w:val="single" w:sz="2" w:space="0" w:color="000000"/>
              <w:bottom w:val="single" w:sz="2" w:space="0" w:color="000000"/>
            </w:tcBorders>
          </w:tcPr>
          <w:p w14:paraId="798890B5"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Las diapositivas son legibles, con buena ortografía y redacción, con títulos dicientes, ni muy recargadas ni con muy poca </w:t>
            </w:r>
            <w:r w:rsidRPr="00BD57AA">
              <w:rPr>
                <w:rFonts w:ascii="Aptos" w:eastAsia="AR PL SungtiL GB" w:hAnsi="Aptos" w:cs="Lohit Devanagari"/>
                <w:color w:val="1F2937"/>
                <w:kern w:val="2"/>
                <w:szCs w:val="24"/>
                <w:lang w:val="es-ES" w:eastAsia="zh-CN" w:bidi="hi-IN"/>
              </w:rPr>
              <w:lastRenderedPageBreak/>
              <w:t>información y soportan el discurso. Las ecuaciones, tablas y/o figuras se presentan de manera clara y son fáciles de leer e interpretar</w:t>
            </w:r>
          </w:p>
        </w:tc>
        <w:tc>
          <w:tcPr>
            <w:tcW w:w="1185" w:type="dxa"/>
            <w:tcBorders>
              <w:top w:val="single" w:sz="2" w:space="0" w:color="000000"/>
              <w:left w:val="single" w:sz="2" w:space="0" w:color="000000"/>
              <w:bottom w:val="single" w:sz="2" w:space="0" w:color="000000"/>
              <w:right w:val="single" w:sz="2" w:space="0" w:color="000000"/>
            </w:tcBorders>
          </w:tcPr>
          <w:p w14:paraId="072475B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64DFD310" w14:textId="77777777" w:rsidTr="002E4C21">
        <w:tc>
          <w:tcPr>
            <w:tcW w:w="1233" w:type="dxa"/>
            <w:tcBorders>
              <w:top w:val="single" w:sz="2" w:space="0" w:color="000000"/>
              <w:left w:val="single" w:sz="2" w:space="0" w:color="000000"/>
              <w:bottom w:val="single" w:sz="2" w:space="0" w:color="000000"/>
            </w:tcBorders>
          </w:tcPr>
          <w:p w14:paraId="54112ED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w:t>
            </w:r>
          </w:p>
        </w:tc>
        <w:tc>
          <w:tcPr>
            <w:tcW w:w="1437" w:type="dxa"/>
            <w:tcBorders>
              <w:top w:val="single" w:sz="2" w:space="0" w:color="000000"/>
              <w:left w:val="single" w:sz="2" w:space="0" w:color="000000"/>
              <w:bottom w:val="single" w:sz="2" w:space="0" w:color="000000"/>
            </w:tcBorders>
          </w:tcPr>
          <w:p w14:paraId="323DF300"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roofErr w:type="gramStart"/>
            <w:r w:rsidRPr="00BD57AA">
              <w:rPr>
                <w:rFonts w:ascii="Aptos" w:eastAsia="AR PL SungtiL GB" w:hAnsi="Aptos" w:cs="Lohit Devanagari"/>
                <w:color w:val="1F2937"/>
                <w:kern w:val="2"/>
                <w:szCs w:val="24"/>
                <w:lang w:val="es-ES" w:eastAsia="zh-CN" w:bidi="hi-IN"/>
              </w:rPr>
              <w:t>A,B</w:t>
            </w:r>
            <w:proofErr w:type="gramEnd"/>
            <w:r w:rsidRPr="00BD57AA">
              <w:rPr>
                <w:rFonts w:ascii="Aptos" w:eastAsia="AR PL SungtiL GB" w:hAnsi="Aptos" w:cs="Lohit Devanagari"/>
                <w:color w:val="1F2937"/>
                <w:kern w:val="2"/>
                <w:szCs w:val="24"/>
                <w:lang w:val="es-ES" w:eastAsia="zh-CN" w:bidi="hi-IN"/>
              </w:rPr>
              <w:t>,D</w:t>
            </w:r>
          </w:p>
        </w:tc>
        <w:tc>
          <w:tcPr>
            <w:tcW w:w="6120" w:type="dxa"/>
            <w:tcBorders>
              <w:top w:val="single" w:sz="2" w:space="0" w:color="000000"/>
              <w:left w:val="single" w:sz="2" w:space="0" w:color="000000"/>
              <w:bottom w:val="single" w:sz="2" w:space="0" w:color="000000"/>
            </w:tcBorders>
          </w:tcPr>
          <w:p w14:paraId="0DA0102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La presentación oral expone el contenido del trabajo (objetivos, estado del arte, metodología, análisis y conclusiones) de manera clara y organizada. Además, el manejo del tiempo y el tono de voz durante la presentación son adecuados.</w:t>
            </w:r>
          </w:p>
        </w:tc>
        <w:tc>
          <w:tcPr>
            <w:tcW w:w="1185" w:type="dxa"/>
            <w:tcBorders>
              <w:top w:val="single" w:sz="2" w:space="0" w:color="000000"/>
              <w:left w:val="single" w:sz="2" w:space="0" w:color="000000"/>
              <w:bottom w:val="single" w:sz="2" w:space="0" w:color="000000"/>
              <w:right w:val="single" w:sz="2" w:space="0" w:color="000000"/>
            </w:tcBorders>
          </w:tcPr>
          <w:p w14:paraId="5097A69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5A0D9657" w14:textId="77777777" w:rsidTr="002E4C21">
        <w:tc>
          <w:tcPr>
            <w:tcW w:w="1233" w:type="dxa"/>
            <w:tcBorders>
              <w:top w:val="single" w:sz="2" w:space="0" w:color="000000"/>
              <w:left w:val="single" w:sz="2" w:space="0" w:color="000000"/>
              <w:bottom w:val="single" w:sz="2" w:space="0" w:color="000000"/>
            </w:tcBorders>
          </w:tcPr>
          <w:p w14:paraId="79B0FA9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w:t>
            </w:r>
          </w:p>
        </w:tc>
        <w:tc>
          <w:tcPr>
            <w:tcW w:w="1437" w:type="dxa"/>
            <w:tcBorders>
              <w:top w:val="single" w:sz="2" w:space="0" w:color="000000"/>
              <w:left w:val="single" w:sz="2" w:space="0" w:color="000000"/>
              <w:bottom w:val="single" w:sz="2" w:space="0" w:color="000000"/>
            </w:tcBorders>
          </w:tcPr>
          <w:p w14:paraId="158A03F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D</w:t>
            </w:r>
          </w:p>
        </w:tc>
        <w:tc>
          <w:tcPr>
            <w:tcW w:w="6120" w:type="dxa"/>
            <w:tcBorders>
              <w:top w:val="single" w:sz="2" w:space="0" w:color="000000"/>
              <w:left w:val="single" w:sz="2" w:space="0" w:color="000000"/>
              <w:bottom w:val="single" w:sz="2" w:space="0" w:color="000000"/>
            </w:tcBorders>
          </w:tcPr>
          <w:p w14:paraId="6AC5F7E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El estudiante aborda satisfactoriamente las preguntas planteadas por el Jurado Calificador al finalizar la presentación oral.</w:t>
            </w:r>
          </w:p>
        </w:tc>
        <w:tc>
          <w:tcPr>
            <w:tcW w:w="1185" w:type="dxa"/>
            <w:tcBorders>
              <w:top w:val="single" w:sz="2" w:space="0" w:color="000000"/>
              <w:left w:val="single" w:sz="2" w:space="0" w:color="000000"/>
              <w:bottom w:val="single" w:sz="2" w:space="0" w:color="000000"/>
              <w:right w:val="single" w:sz="2" w:space="0" w:color="000000"/>
            </w:tcBorders>
          </w:tcPr>
          <w:p w14:paraId="47C48AC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0B0E187F" w14:textId="77777777" w:rsidTr="002E4C21">
        <w:tc>
          <w:tcPr>
            <w:tcW w:w="1233" w:type="dxa"/>
            <w:tcBorders>
              <w:top w:val="single" w:sz="2" w:space="0" w:color="000000"/>
              <w:left w:val="single" w:sz="2" w:space="0" w:color="000000"/>
              <w:bottom w:val="single" w:sz="2" w:space="0" w:color="000000"/>
            </w:tcBorders>
          </w:tcPr>
          <w:p w14:paraId="564D667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7" w:type="dxa"/>
            <w:tcBorders>
              <w:top w:val="single" w:sz="2" w:space="0" w:color="000000"/>
              <w:left w:val="single" w:sz="2" w:space="0" w:color="000000"/>
              <w:bottom w:val="single" w:sz="2" w:space="0" w:color="000000"/>
            </w:tcBorders>
          </w:tcPr>
          <w:p w14:paraId="7260BB6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6120" w:type="dxa"/>
            <w:tcBorders>
              <w:top w:val="single" w:sz="2" w:space="0" w:color="000000"/>
              <w:left w:val="single" w:sz="2" w:space="0" w:color="000000"/>
              <w:bottom w:val="single" w:sz="2" w:space="0" w:color="000000"/>
            </w:tcBorders>
          </w:tcPr>
          <w:p w14:paraId="0402F00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CE181E"/>
                <w:kern w:val="2"/>
                <w:szCs w:val="24"/>
                <w:lang w:val="es-ES" w:eastAsia="zh-CN" w:bidi="hi-IN"/>
              </w:rPr>
              <w:t>Sobre el trabajo del estudiante</w:t>
            </w:r>
          </w:p>
        </w:tc>
        <w:tc>
          <w:tcPr>
            <w:tcW w:w="1185" w:type="dxa"/>
            <w:tcBorders>
              <w:top w:val="single" w:sz="2" w:space="0" w:color="000000"/>
              <w:left w:val="single" w:sz="2" w:space="0" w:color="000000"/>
              <w:bottom w:val="single" w:sz="2" w:space="0" w:color="000000"/>
              <w:right w:val="single" w:sz="2" w:space="0" w:color="000000"/>
            </w:tcBorders>
          </w:tcPr>
          <w:p w14:paraId="7FC03069"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5AF0CBEE" w14:textId="77777777" w:rsidTr="002E4C21">
        <w:tc>
          <w:tcPr>
            <w:tcW w:w="1233" w:type="dxa"/>
            <w:tcBorders>
              <w:top w:val="single" w:sz="2" w:space="0" w:color="000000"/>
              <w:left w:val="single" w:sz="2" w:space="0" w:color="000000"/>
              <w:bottom w:val="single" w:sz="2" w:space="0" w:color="000000"/>
            </w:tcBorders>
          </w:tcPr>
          <w:p w14:paraId="36CE666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1, 2, 3</w:t>
            </w:r>
          </w:p>
        </w:tc>
        <w:tc>
          <w:tcPr>
            <w:tcW w:w="1437" w:type="dxa"/>
            <w:tcBorders>
              <w:top w:val="single" w:sz="2" w:space="0" w:color="000000"/>
              <w:left w:val="single" w:sz="2" w:space="0" w:color="000000"/>
              <w:bottom w:val="single" w:sz="2" w:space="0" w:color="000000"/>
            </w:tcBorders>
          </w:tcPr>
          <w:p w14:paraId="273C3678"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 B, C, D, E</w:t>
            </w:r>
          </w:p>
        </w:tc>
        <w:tc>
          <w:tcPr>
            <w:tcW w:w="6120" w:type="dxa"/>
            <w:tcBorders>
              <w:top w:val="single" w:sz="2" w:space="0" w:color="000000"/>
              <w:left w:val="single" w:sz="2" w:space="0" w:color="000000"/>
              <w:bottom w:val="single" w:sz="2" w:space="0" w:color="000000"/>
            </w:tcBorders>
          </w:tcPr>
          <w:p w14:paraId="4C026F6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El estudiante enfrentó, con mentalidad crítica, analítica y científica, los problemas presentados, </w:t>
            </w:r>
            <w:proofErr w:type="gramStart"/>
            <w:r w:rsidRPr="00BD57AA">
              <w:rPr>
                <w:rFonts w:ascii="Aptos" w:eastAsia="AR PL SungtiL GB" w:hAnsi="Aptos" w:cs="Lohit Devanagari"/>
                <w:color w:val="1F2937"/>
                <w:kern w:val="2"/>
                <w:szCs w:val="24"/>
                <w:lang w:val="es-ES" w:eastAsia="zh-CN" w:bidi="hi-IN"/>
              </w:rPr>
              <w:t>integrando  su</w:t>
            </w:r>
            <w:proofErr w:type="gramEnd"/>
            <w:r w:rsidRPr="00BD57AA">
              <w:rPr>
                <w:rFonts w:ascii="Aptos" w:eastAsia="AR PL SungtiL GB" w:hAnsi="Aptos" w:cs="Lohit Devanagari"/>
                <w:color w:val="1F2937"/>
                <w:kern w:val="2"/>
                <w:szCs w:val="24"/>
                <w:lang w:val="es-ES" w:eastAsia="zh-CN" w:bidi="hi-IN"/>
              </w:rPr>
              <w:t xml:space="preserve"> conocimiento del pregrado, mostrando solidez en sus fundamentos </w:t>
            </w:r>
            <w:proofErr w:type="gramStart"/>
            <w:r w:rsidRPr="00BD57AA">
              <w:rPr>
                <w:rFonts w:ascii="Aptos" w:eastAsia="AR PL SungtiL GB" w:hAnsi="Aptos" w:cs="Lohit Devanagari"/>
                <w:color w:val="1F2937"/>
                <w:kern w:val="2"/>
                <w:szCs w:val="24"/>
                <w:lang w:val="es-ES" w:eastAsia="zh-CN" w:bidi="hi-IN"/>
              </w:rPr>
              <w:t>físicos,  planteando</w:t>
            </w:r>
            <w:proofErr w:type="gramEnd"/>
            <w:r w:rsidRPr="00BD57AA">
              <w:rPr>
                <w:rFonts w:ascii="Aptos" w:eastAsia="AR PL SungtiL GB" w:hAnsi="Aptos" w:cs="Lohit Devanagari"/>
                <w:color w:val="1F2937"/>
                <w:kern w:val="2"/>
                <w:szCs w:val="24"/>
                <w:lang w:val="es-ES" w:eastAsia="zh-CN" w:bidi="hi-IN"/>
              </w:rPr>
              <w:t xml:space="preserve"> soluciones e ideas con una visión original, tanto en el </w:t>
            </w:r>
            <w:proofErr w:type="gramStart"/>
            <w:r w:rsidRPr="00BD57AA">
              <w:rPr>
                <w:rFonts w:ascii="Aptos" w:eastAsia="AR PL SungtiL GB" w:hAnsi="Aptos" w:cs="Lohit Devanagari"/>
                <w:color w:val="1F2937"/>
                <w:kern w:val="2"/>
                <w:szCs w:val="24"/>
                <w:lang w:val="es-ES" w:eastAsia="zh-CN" w:bidi="hi-IN"/>
              </w:rPr>
              <w:t>documento  como</w:t>
            </w:r>
            <w:proofErr w:type="gramEnd"/>
            <w:r w:rsidRPr="00BD57AA">
              <w:rPr>
                <w:rFonts w:ascii="Aptos" w:eastAsia="AR PL SungtiL GB" w:hAnsi="Aptos" w:cs="Lohit Devanagari"/>
                <w:color w:val="1F2937"/>
                <w:kern w:val="2"/>
                <w:szCs w:val="24"/>
                <w:lang w:val="es-ES" w:eastAsia="zh-CN" w:bidi="hi-IN"/>
              </w:rPr>
              <w:t xml:space="preserve"> en la presentación.</w:t>
            </w:r>
          </w:p>
        </w:tc>
        <w:tc>
          <w:tcPr>
            <w:tcW w:w="1185" w:type="dxa"/>
            <w:tcBorders>
              <w:top w:val="single" w:sz="2" w:space="0" w:color="000000"/>
              <w:left w:val="single" w:sz="2" w:space="0" w:color="000000"/>
              <w:bottom w:val="single" w:sz="2" w:space="0" w:color="000000"/>
              <w:right w:val="single" w:sz="2" w:space="0" w:color="000000"/>
            </w:tcBorders>
          </w:tcPr>
          <w:p w14:paraId="147801F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00F46CAB" w14:textId="77777777" w:rsidTr="002E4C21">
        <w:tc>
          <w:tcPr>
            <w:tcW w:w="1233" w:type="dxa"/>
            <w:tcBorders>
              <w:top w:val="single" w:sz="2" w:space="0" w:color="000000"/>
              <w:left w:val="single" w:sz="2" w:space="0" w:color="000000"/>
              <w:bottom w:val="single" w:sz="2" w:space="0" w:color="000000"/>
            </w:tcBorders>
          </w:tcPr>
          <w:p w14:paraId="62CC49D1"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437" w:type="dxa"/>
            <w:tcBorders>
              <w:top w:val="single" w:sz="2" w:space="0" w:color="000000"/>
              <w:left w:val="single" w:sz="2" w:space="0" w:color="000000"/>
              <w:bottom w:val="single" w:sz="2" w:space="0" w:color="000000"/>
            </w:tcBorders>
          </w:tcPr>
          <w:p w14:paraId="5238C764" w14:textId="77777777" w:rsidR="00BD57AA" w:rsidRPr="00BD57AA" w:rsidRDefault="00BD57AA" w:rsidP="00BD57AA">
            <w:pPr>
              <w:suppressAutoHyphens/>
              <w:spacing w:after="120" w:line="240" w:lineRule="auto"/>
              <w:ind w:left="360" w:hanging="360"/>
              <w:rPr>
                <w:rFonts w:ascii="Aptos" w:eastAsia="AR PL SungtiL GB" w:hAnsi="Aptos" w:cs="Lohit Devanagari"/>
                <w:b/>
                <w:bCs/>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TOTAL</w:t>
            </w:r>
          </w:p>
        </w:tc>
        <w:tc>
          <w:tcPr>
            <w:tcW w:w="6120" w:type="dxa"/>
            <w:tcBorders>
              <w:top w:val="single" w:sz="2" w:space="0" w:color="000000"/>
              <w:left w:val="single" w:sz="2" w:space="0" w:color="000000"/>
              <w:bottom w:val="single" w:sz="2" w:space="0" w:color="000000"/>
            </w:tcBorders>
          </w:tcPr>
          <w:p w14:paraId="674639D1" w14:textId="77777777" w:rsidR="00BD57AA" w:rsidRPr="00BD57AA" w:rsidRDefault="00BD57AA" w:rsidP="00BD57AA">
            <w:pPr>
              <w:suppressAutoHyphens/>
              <w:spacing w:after="120" w:line="240" w:lineRule="auto"/>
              <w:ind w:left="360" w:hanging="360"/>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 Promedio de cada calificación</w:t>
            </w:r>
          </w:p>
        </w:tc>
        <w:tc>
          <w:tcPr>
            <w:tcW w:w="1185" w:type="dxa"/>
            <w:tcBorders>
              <w:top w:val="single" w:sz="2" w:space="0" w:color="000000"/>
              <w:left w:val="single" w:sz="2" w:space="0" w:color="000000"/>
              <w:bottom w:val="single" w:sz="2" w:space="0" w:color="000000"/>
              <w:right w:val="single" w:sz="2" w:space="0" w:color="000000"/>
            </w:tcBorders>
          </w:tcPr>
          <w:p w14:paraId="0C24F5C0"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bl>
    <w:p w14:paraId="3BF98C27" w14:textId="77777777" w:rsidR="00BD57AA" w:rsidRPr="00BD57AA" w:rsidRDefault="00BD57AA" w:rsidP="00BD57AA">
      <w:pPr>
        <w:suppressAutoHyphens/>
        <w:spacing w:after="120" w:line="276" w:lineRule="auto"/>
        <w:ind w:left="360" w:hanging="360"/>
        <w:jc w:val="both"/>
        <w:rPr>
          <w:rFonts w:ascii="Times New Roman" w:eastAsia="AR PL SungtiL GB" w:hAnsi="Times New Roman" w:cs="Lohit Devanagari"/>
          <w:b/>
          <w:bCs/>
          <w:color w:val="1F2937"/>
          <w:kern w:val="2"/>
          <w:szCs w:val="24"/>
          <w:lang w:val="es-ES" w:eastAsia="zh-CN" w:bidi="hi-IN"/>
        </w:rPr>
      </w:pPr>
    </w:p>
    <w:p w14:paraId="6F827834" w14:textId="77777777" w:rsidR="00BD57AA" w:rsidRPr="00BD57AA" w:rsidRDefault="00BD57AA" w:rsidP="00BD57AA">
      <w:pPr>
        <w:suppressAutoHyphens/>
        <w:rPr>
          <w:rFonts w:ascii="Times New Roman" w:eastAsia="AR PL SungtiL GB" w:hAnsi="Times New Roman" w:cs="Lohit Devanagari"/>
          <w:color w:val="1F2937"/>
          <w:kern w:val="2"/>
          <w:szCs w:val="24"/>
          <w:lang w:val="es-ES" w:eastAsia="zh-CN" w:bidi="hi-IN"/>
        </w:rPr>
      </w:pPr>
    </w:p>
    <w:p w14:paraId="7B4A457E"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color w:val="1F2937"/>
          <w:kern w:val="2"/>
          <w:szCs w:val="24"/>
          <w:lang w:val="es-ES" w:eastAsia="zh-CN" w:bidi="hi-IN"/>
        </w:rPr>
        <w:t xml:space="preserve">Comentarios adicionales: </w:t>
      </w:r>
    </w:p>
    <w:p w14:paraId="6B58F479" w14:textId="77777777" w:rsidR="00BD57AA" w:rsidRPr="00BD57AA" w:rsidRDefault="00BD57AA" w:rsidP="00BD57AA">
      <w:pPr>
        <w:suppressAutoHyphens/>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 xml:space="preserve">A continuación, consigne las sugerencias o comentarios que considere pertinentes. ¿Considera usted que el resultado de este </w:t>
      </w:r>
      <w:r w:rsidRPr="00BD57AA">
        <w:rPr>
          <w:rFonts w:ascii="Aptos" w:eastAsia="AR PL SungtiL GB" w:hAnsi="Aptos" w:cs="Aptos"/>
          <w:color w:val="000000"/>
          <w:kern w:val="2"/>
          <w:szCs w:val="24"/>
          <w:lang w:val="es-ES" w:eastAsia="zh-CN" w:bidi="hi-IN"/>
        </w:rPr>
        <w:t>Proyecto Final</w:t>
      </w:r>
      <w:r w:rsidRPr="00BD57AA">
        <w:rPr>
          <w:rFonts w:ascii="Aptos" w:eastAsia="AR PL SungtiL GB" w:hAnsi="Aptos" w:cs="Lohit Devanagari"/>
          <w:color w:val="1F2937"/>
          <w:kern w:val="2"/>
          <w:szCs w:val="24"/>
          <w:lang w:val="es-ES" w:eastAsia="zh-CN" w:bidi="hi-IN"/>
        </w:rPr>
        <w:t xml:space="preserve"> es meritorio? ¿Postularía usted este trabajo para el </w:t>
      </w:r>
      <w:bookmarkStart w:id="2" w:name="__DdeLink__2993_41057793521"/>
      <w:r w:rsidRPr="00BD57AA">
        <w:rPr>
          <w:rFonts w:ascii="Aptos" w:eastAsia="AR PL SungtiL GB" w:hAnsi="Aptos" w:cs="Lohit Devanagari"/>
          <w:color w:val="1F2937"/>
          <w:kern w:val="2"/>
          <w:szCs w:val="24"/>
          <w:lang w:val="es-ES" w:eastAsia="zh-CN" w:bidi="hi-IN"/>
        </w:rPr>
        <w:t>Concurso Nacional Otto de Greiff</w:t>
      </w:r>
      <w:bookmarkEnd w:id="2"/>
      <w:r w:rsidRPr="00BD57AA">
        <w:rPr>
          <w:rFonts w:ascii="Aptos" w:eastAsia="AR PL SungtiL GB" w:hAnsi="Aptos" w:cs="Lohit Devanagari"/>
          <w:color w:val="1F2937"/>
          <w:kern w:val="2"/>
          <w:szCs w:val="24"/>
          <w:lang w:val="es-ES" w:eastAsia="zh-CN" w:bidi="hi-IN"/>
        </w:rPr>
        <w:t xml:space="preserve"> o algún otro premio de trabajos de grado? ¿Cuál? Justifique su respuesta.</w:t>
      </w:r>
    </w:p>
    <w:p w14:paraId="4EA7AFFB" w14:textId="77777777" w:rsidR="00BD57AA" w:rsidRPr="00BD57AA" w:rsidRDefault="00BD57AA" w:rsidP="00BD57AA">
      <w:pPr>
        <w:suppressAutoHyphens/>
        <w:jc w:val="both"/>
        <w:rPr>
          <w:rFonts w:ascii="Aptos" w:eastAsia="AR PL SungtiL GB" w:hAnsi="Aptos" w:cs="Lohit Devanagari"/>
          <w:color w:val="1F2937"/>
          <w:kern w:val="2"/>
          <w:szCs w:val="24"/>
          <w:lang w:val="es-ES" w:eastAsia="zh-CN" w:bidi="hi-IN"/>
        </w:rPr>
      </w:pPr>
    </w:p>
    <w:p w14:paraId="12170AED" w14:textId="77777777" w:rsidR="00BD57AA" w:rsidRPr="00BD57AA" w:rsidRDefault="00BD57AA" w:rsidP="00BD57AA">
      <w:pPr>
        <w:suppressAutoHyphens/>
        <w:rPr>
          <w:rFonts w:ascii="Aptos" w:eastAsia="AR PL SungtiL GB" w:hAnsi="Aptos" w:cs="Lohit Devanagari"/>
          <w:b/>
          <w:color w:val="1F2937"/>
          <w:kern w:val="2"/>
          <w:szCs w:val="24"/>
          <w:lang w:val="es-ES" w:eastAsia="zh-CN" w:bidi="hi-IN"/>
        </w:rPr>
      </w:pPr>
    </w:p>
    <w:p w14:paraId="190AD84D"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p>
    <w:p w14:paraId="5018D046"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p>
    <w:p w14:paraId="62FAE026"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___________________</w:t>
      </w:r>
    </w:p>
    <w:p w14:paraId="4D760006"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Firma del Jurado</w:t>
      </w:r>
    </w:p>
    <w:p w14:paraId="42EBC770" w14:textId="77777777" w:rsidR="00BD57AA" w:rsidRPr="00BD57AA" w:rsidRDefault="00BD57AA" w:rsidP="00BD57AA">
      <w:pPr>
        <w:suppressAutoHyphens/>
        <w:spacing w:after="120" w:line="276" w:lineRule="auto"/>
        <w:ind w:left="360" w:hanging="360"/>
        <w:jc w:val="both"/>
        <w:rPr>
          <w:rFonts w:ascii="Times New Roman" w:eastAsia="AR PL SungtiL GB" w:hAnsi="Times New Roman" w:cs="Lohit Devanagari"/>
          <w:color w:val="1F2937"/>
          <w:kern w:val="2"/>
          <w:szCs w:val="24"/>
          <w:lang w:val="es-ES" w:eastAsia="zh-CN" w:bidi="hi-IN"/>
        </w:rPr>
      </w:pPr>
    </w:p>
    <w:p w14:paraId="6A4EE4AF"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6FA7F4F9"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196DE7C6"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28615F63"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3A95253E"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06C291EB"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7164A867"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3D9D74EC"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5C9B652A"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5084D785"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p>
    <w:p w14:paraId="134CEC4D" w14:textId="77777777" w:rsidR="00BD57AA" w:rsidRPr="00BD57AA" w:rsidRDefault="00BD57AA" w:rsidP="00BD57AA">
      <w:pPr>
        <w:suppressAutoHyphens/>
        <w:spacing w:after="120" w:line="276" w:lineRule="auto"/>
        <w:ind w:left="360" w:hanging="360"/>
        <w:jc w:val="both"/>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Tabla 2. RELACIÓN ENTRE COMPETENCIAS Y RESULTADOS DE APRENDIZAJE DEL CURSO</w:t>
      </w:r>
    </w:p>
    <w:tbl>
      <w:tblPr>
        <w:tblW w:w="9975" w:type="dxa"/>
        <w:tblInd w:w="45" w:type="dxa"/>
        <w:tblCellMar>
          <w:top w:w="55" w:type="dxa"/>
          <w:left w:w="45" w:type="dxa"/>
          <w:bottom w:w="55" w:type="dxa"/>
          <w:right w:w="55" w:type="dxa"/>
        </w:tblCellMar>
        <w:tblLook w:val="04A0" w:firstRow="1" w:lastRow="0" w:firstColumn="1" w:lastColumn="0" w:noHBand="0" w:noVBand="1"/>
      </w:tblPr>
      <w:tblGrid>
        <w:gridCol w:w="1394"/>
        <w:gridCol w:w="2593"/>
        <w:gridCol w:w="1289"/>
        <w:gridCol w:w="3105"/>
        <w:gridCol w:w="1594"/>
      </w:tblGrid>
      <w:tr w:rsidR="00BD57AA" w:rsidRPr="00BD57AA" w14:paraId="129429DF" w14:textId="77777777" w:rsidTr="002E4C21">
        <w:tc>
          <w:tcPr>
            <w:tcW w:w="897" w:type="dxa"/>
            <w:tcBorders>
              <w:top w:val="single" w:sz="2" w:space="0" w:color="000000"/>
              <w:left w:val="single" w:sz="2" w:space="0" w:color="000000"/>
              <w:bottom w:val="single" w:sz="2" w:space="0" w:color="000000"/>
            </w:tcBorders>
            <w:vAlign w:val="center"/>
          </w:tcPr>
          <w:p w14:paraId="0911F76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ID Competencia</w:t>
            </w:r>
          </w:p>
        </w:tc>
        <w:tc>
          <w:tcPr>
            <w:tcW w:w="2792" w:type="dxa"/>
            <w:tcBorders>
              <w:top w:val="single" w:sz="2" w:space="0" w:color="000000"/>
              <w:left w:val="single" w:sz="2" w:space="0" w:color="000000"/>
              <w:bottom w:val="single" w:sz="2" w:space="0" w:color="000000"/>
            </w:tcBorders>
            <w:vAlign w:val="center"/>
          </w:tcPr>
          <w:p w14:paraId="114DE5F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Competencia</w:t>
            </w:r>
          </w:p>
        </w:tc>
        <w:tc>
          <w:tcPr>
            <w:tcW w:w="1301" w:type="dxa"/>
            <w:tcBorders>
              <w:top w:val="single" w:sz="2" w:space="0" w:color="000000"/>
              <w:left w:val="single" w:sz="2" w:space="0" w:color="000000"/>
              <w:bottom w:val="single" w:sz="2" w:space="0" w:color="000000"/>
            </w:tcBorders>
            <w:vAlign w:val="center"/>
          </w:tcPr>
          <w:p w14:paraId="747B241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ID Resultado de aprendizaje</w:t>
            </w:r>
          </w:p>
        </w:tc>
        <w:tc>
          <w:tcPr>
            <w:tcW w:w="3353" w:type="dxa"/>
            <w:tcBorders>
              <w:top w:val="single" w:sz="2" w:space="0" w:color="000000"/>
              <w:left w:val="single" w:sz="2" w:space="0" w:color="000000"/>
              <w:bottom w:val="single" w:sz="2" w:space="0" w:color="000000"/>
            </w:tcBorders>
            <w:vAlign w:val="center"/>
          </w:tcPr>
          <w:p w14:paraId="33257D5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Resultado de aprendizaje</w:t>
            </w:r>
          </w:p>
        </w:tc>
        <w:tc>
          <w:tcPr>
            <w:tcW w:w="1632" w:type="dxa"/>
            <w:tcBorders>
              <w:top w:val="single" w:sz="2" w:space="0" w:color="000000"/>
              <w:left w:val="single" w:sz="2" w:space="0" w:color="000000"/>
              <w:bottom w:val="single" w:sz="2" w:space="0" w:color="000000"/>
              <w:right w:val="single" w:sz="2" w:space="0" w:color="000000"/>
            </w:tcBorders>
            <w:vAlign w:val="center"/>
          </w:tcPr>
          <w:p w14:paraId="404783B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b/>
                <w:bCs/>
                <w:color w:val="1F2937"/>
                <w:kern w:val="2"/>
                <w:szCs w:val="24"/>
                <w:lang w:val="es-ES" w:eastAsia="zh-CN" w:bidi="hi-IN"/>
              </w:rPr>
              <w:t>Correlación entre la competencia y RA</w:t>
            </w:r>
          </w:p>
        </w:tc>
      </w:tr>
      <w:tr w:rsidR="00BD57AA" w:rsidRPr="00BD57AA" w14:paraId="2ACF4732" w14:textId="77777777" w:rsidTr="002E4C21">
        <w:tc>
          <w:tcPr>
            <w:tcW w:w="897" w:type="dxa"/>
            <w:tcBorders>
              <w:top w:val="single" w:sz="2" w:space="0" w:color="000000"/>
              <w:left w:val="single" w:sz="2" w:space="0" w:color="000000"/>
              <w:bottom w:val="single" w:sz="2" w:space="0" w:color="000000"/>
            </w:tcBorders>
          </w:tcPr>
          <w:p w14:paraId="5916FA32"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1</w:t>
            </w:r>
          </w:p>
        </w:tc>
        <w:tc>
          <w:tcPr>
            <w:tcW w:w="2792" w:type="dxa"/>
            <w:tcBorders>
              <w:top w:val="single" w:sz="2" w:space="0" w:color="000000"/>
              <w:left w:val="single" w:sz="2" w:space="0" w:color="000000"/>
              <w:bottom w:val="single" w:sz="2" w:space="0" w:color="000000"/>
            </w:tcBorders>
          </w:tcPr>
          <w:p w14:paraId="6189341E"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Profundizar en un tema específico, mediante la realización de un proyecto de investigación, reflejando una visión original y solidez en los fundamentos físicos empleados.</w:t>
            </w:r>
          </w:p>
        </w:tc>
        <w:tc>
          <w:tcPr>
            <w:tcW w:w="1301" w:type="dxa"/>
            <w:tcBorders>
              <w:top w:val="single" w:sz="2" w:space="0" w:color="000000"/>
              <w:left w:val="single" w:sz="2" w:space="0" w:color="000000"/>
              <w:bottom w:val="single" w:sz="2" w:space="0" w:color="000000"/>
            </w:tcBorders>
          </w:tcPr>
          <w:p w14:paraId="67A1489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w:t>
            </w:r>
          </w:p>
        </w:tc>
        <w:tc>
          <w:tcPr>
            <w:tcW w:w="3353" w:type="dxa"/>
            <w:tcBorders>
              <w:top w:val="single" w:sz="2" w:space="0" w:color="000000"/>
              <w:left w:val="single" w:sz="2" w:space="0" w:color="000000"/>
              <w:bottom w:val="single" w:sz="2" w:space="0" w:color="000000"/>
            </w:tcBorders>
          </w:tcPr>
          <w:p w14:paraId="316A1BE6"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Dominar y explicar el tema específico de su Proyecto Final y la metodología usada para desarrollarlo, mostrando solidez en sus fundamentos físicos.</w:t>
            </w:r>
          </w:p>
        </w:tc>
        <w:tc>
          <w:tcPr>
            <w:tcW w:w="1632" w:type="dxa"/>
            <w:tcBorders>
              <w:top w:val="single" w:sz="2" w:space="0" w:color="000000"/>
              <w:left w:val="single" w:sz="2" w:space="0" w:color="000000"/>
              <w:bottom w:val="single" w:sz="2" w:space="0" w:color="000000"/>
              <w:right w:val="single" w:sz="2" w:space="0" w:color="000000"/>
            </w:tcBorders>
          </w:tcPr>
          <w:p w14:paraId="4EBD20FE"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A-1</w:t>
            </w:r>
          </w:p>
          <w:p w14:paraId="48A7935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A-2</w:t>
            </w:r>
          </w:p>
          <w:p w14:paraId="5FCBDC4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r>
      <w:tr w:rsidR="00BD57AA" w:rsidRPr="00BD57AA" w14:paraId="63C9EA0C" w14:textId="77777777" w:rsidTr="002E4C21">
        <w:tc>
          <w:tcPr>
            <w:tcW w:w="897" w:type="dxa"/>
            <w:tcBorders>
              <w:top w:val="single" w:sz="2" w:space="0" w:color="000000"/>
              <w:left w:val="single" w:sz="2" w:space="0" w:color="000000"/>
              <w:bottom w:val="single" w:sz="2" w:space="0" w:color="000000"/>
            </w:tcBorders>
          </w:tcPr>
          <w:p w14:paraId="6CEB1F1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2</w:t>
            </w:r>
          </w:p>
        </w:tc>
        <w:tc>
          <w:tcPr>
            <w:tcW w:w="2792" w:type="dxa"/>
            <w:tcBorders>
              <w:top w:val="single" w:sz="2" w:space="0" w:color="000000"/>
              <w:left w:val="single" w:sz="2" w:space="0" w:color="000000"/>
              <w:bottom w:val="single" w:sz="2" w:space="0" w:color="000000"/>
            </w:tcBorders>
          </w:tcPr>
          <w:p w14:paraId="131535C3"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Desarrollar una forma de pensar acorde con el método científico, con mentalidad crítica y analítica para enfrentar problemas y plantear soluciones.</w:t>
            </w:r>
          </w:p>
        </w:tc>
        <w:tc>
          <w:tcPr>
            <w:tcW w:w="1301" w:type="dxa"/>
            <w:tcBorders>
              <w:top w:val="single" w:sz="2" w:space="0" w:color="000000"/>
              <w:left w:val="single" w:sz="2" w:space="0" w:color="000000"/>
              <w:bottom w:val="single" w:sz="2" w:space="0" w:color="000000"/>
            </w:tcBorders>
          </w:tcPr>
          <w:p w14:paraId="2FBC437F"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w:t>
            </w:r>
          </w:p>
        </w:tc>
        <w:tc>
          <w:tcPr>
            <w:tcW w:w="3353" w:type="dxa"/>
            <w:tcBorders>
              <w:top w:val="single" w:sz="2" w:space="0" w:color="000000"/>
              <w:left w:val="single" w:sz="2" w:space="0" w:color="000000"/>
              <w:bottom w:val="single" w:sz="2" w:space="0" w:color="000000"/>
            </w:tcBorders>
          </w:tcPr>
          <w:p w14:paraId="647627D1"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Resolver problemas en el logro de los objetivos de investigación y el desarrollo del Proyecto Final, mostrando independencia, creatividad, pensamiento crítico y analítico, y una forma de pensar acorde con el método científico.</w:t>
            </w:r>
          </w:p>
        </w:tc>
        <w:tc>
          <w:tcPr>
            <w:tcW w:w="1632" w:type="dxa"/>
            <w:tcBorders>
              <w:top w:val="single" w:sz="2" w:space="0" w:color="000000"/>
              <w:left w:val="single" w:sz="2" w:space="0" w:color="000000"/>
              <w:bottom w:val="single" w:sz="2" w:space="0" w:color="000000"/>
              <w:right w:val="single" w:sz="2" w:space="0" w:color="000000"/>
            </w:tcBorders>
          </w:tcPr>
          <w:p w14:paraId="23E25E1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B-1</w:t>
            </w:r>
          </w:p>
          <w:p w14:paraId="3E412234"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B-2</w:t>
            </w:r>
          </w:p>
        </w:tc>
      </w:tr>
      <w:tr w:rsidR="00BD57AA" w:rsidRPr="00BD57AA" w14:paraId="324CAE07" w14:textId="77777777" w:rsidTr="002E4C21">
        <w:tc>
          <w:tcPr>
            <w:tcW w:w="897" w:type="dxa"/>
            <w:tcBorders>
              <w:top w:val="single" w:sz="2" w:space="0" w:color="000000"/>
              <w:left w:val="single" w:sz="2" w:space="0" w:color="000000"/>
              <w:bottom w:val="single" w:sz="2" w:space="0" w:color="000000"/>
            </w:tcBorders>
          </w:tcPr>
          <w:p w14:paraId="5424C14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3</w:t>
            </w:r>
          </w:p>
        </w:tc>
        <w:tc>
          <w:tcPr>
            <w:tcW w:w="2792" w:type="dxa"/>
            <w:tcBorders>
              <w:top w:val="single" w:sz="2" w:space="0" w:color="000000"/>
              <w:left w:val="single" w:sz="2" w:space="0" w:color="000000"/>
              <w:bottom w:val="single" w:sz="2" w:space="0" w:color="000000"/>
            </w:tcBorders>
          </w:tcPr>
          <w:p w14:paraId="211872E1"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000000"/>
                <w:kern w:val="2"/>
                <w:szCs w:val="24"/>
                <w:lang w:val="es-ES" w:eastAsia="zh-CN" w:bidi="hi-IN"/>
              </w:rPr>
              <w:t>Conocer y aplicar</w:t>
            </w:r>
            <w:r w:rsidRPr="00BD57AA">
              <w:rPr>
                <w:rFonts w:ascii="Aptos" w:eastAsia="AR PL SungtiL GB" w:hAnsi="Aptos" w:cs="Arial"/>
                <w:color w:val="000000"/>
                <w:kern w:val="2"/>
                <w:szCs w:val="24"/>
                <w:lang w:val="es-ES" w:eastAsia="zh-CN" w:bidi="hi-IN"/>
              </w:rPr>
              <w:t xml:space="preserve"> las conductas de un profesional ético en su disciplina.</w:t>
            </w:r>
          </w:p>
        </w:tc>
        <w:tc>
          <w:tcPr>
            <w:tcW w:w="1301" w:type="dxa"/>
            <w:tcBorders>
              <w:top w:val="single" w:sz="2" w:space="0" w:color="000000"/>
              <w:left w:val="single" w:sz="2" w:space="0" w:color="000000"/>
              <w:bottom w:val="single" w:sz="2" w:space="0" w:color="000000"/>
            </w:tcBorders>
          </w:tcPr>
          <w:p w14:paraId="41FBD54A"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w:t>
            </w:r>
          </w:p>
        </w:tc>
        <w:tc>
          <w:tcPr>
            <w:tcW w:w="3353" w:type="dxa"/>
            <w:tcBorders>
              <w:top w:val="single" w:sz="2" w:space="0" w:color="000000"/>
              <w:left w:val="single" w:sz="2" w:space="0" w:color="000000"/>
              <w:bottom w:val="single" w:sz="2" w:space="0" w:color="000000"/>
            </w:tcBorders>
          </w:tcPr>
          <w:p w14:paraId="75325085"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Evaluar y aplicar las consideraciones éticas relevantes al Proyecto Final.</w:t>
            </w:r>
          </w:p>
        </w:tc>
        <w:tc>
          <w:tcPr>
            <w:tcW w:w="1632" w:type="dxa"/>
            <w:tcBorders>
              <w:top w:val="single" w:sz="2" w:space="0" w:color="000000"/>
              <w:left w:val="single" w:sz="2" w:space="0" w:color="000000"/>
              <w:bottom w:val="single" w:sz="2" w:space="0" w:color="000000"/>
              <w:right w:val="single" w:sz="2" w:space="0" w:color="000000"/>
            </w:tcBorders>
          </w:tcPr>
          <w:p w14:paraId="2647F9F3"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C-3</w:t>
            </w:r>
          </w:p>
        </w:tc>
      </w:tr>
      <w:tr w:rsidR="00BD57AA" w:rsidRPr="00BD57AA" w14:paraId="58506550" w14:textId="77777777" w:rsidTr="002E4C21">
        <w:tc>
          <w:tcPr>
            <w:tcW w:w="897" w:type="dxa"/>
            <w:tcBorders>
              <w:top w:val="single" w:sz="2" w:space="0" w:color="000000"/>
              <w:left w:val="single" w:sz="2" w:space="0" w:color="000000"/>
              <w:bottom w:val="single" w:sz="2" w:space="0" w:color="000000"/>
            </w:tcBorders>
          </w:tcPr>
          <w:p w14:paraId="42BD18B6"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2792" w:type="dxa"/>
            <w:tcBorders>
              <w:top w:val="single" w:sz="2" w:space="0" w:color="000000"/>
              <w:left w:val="single" w:sz="2" w:space="0" w:color="000000"/>
              <w:bottom w:val="single" w:sz="2" w:space="0" w:color="000000"/>
            </w:tcBorders>
          </w:tcPr>
          <w:p w14:paraId="6B69D39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301" w:type="dxa"/>
            <w:tcBorders>
              <w:top w:val="single" w:sz="2" w:space="0" w:color="000000"/>
              <w:left w:val="single" w:sz="2" w:space="0" w:color="000000"/>
              <w:bottom w:val="single" w:sz="2" w:space="0" w:color="000000"/>
            </w:tcBorders>
          </w:tcPr>
          <w:p w14:paraId="55E7EB2D"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D</w:t>
            </w:r>
          </w:p>
        </w:tc>
        <w:tc>
          <w:tcPr>
            <w:tcW w:w="3353" w:type="dxa"/>
            <w:tcBorders>
              <w:top w:val="single" w:sz="2" w:space="0" w:color="000000"/>
              <w:left w:val="single" w:sz="2" w:space="0" w:color="000000"/>
              <w:bottom w:val="single" w:sz="2" w:space="0" w:color="000000"/>
            </w:tcBorders>
          </w:tcPr>
          <w:p w14:paraId="3D35FF94" w14:textId="77777777" w:rsidR="00BD57AA" w:rsidRPr="00BD57AA" w:rsidRDefault="00BD57AA" w:rsidP="00BD57AA">
            <w:pPr>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Comunicar de manera clara y sólida los resultados de su Proyecto Final, tanto en forma escrita como oral, según los lineamientos del reglamento del Proyecto Final del departamento de Física.</w:t>
            </w:r>
          </w:p>
        </w:tc>
        <w:tc>
          <w:tcPr>
            <w:tcW w:w="1632" w:type="dxa"/>
            <w:tcBorders>
              <w:top w:val="single" w:sz="2" w:space="0" w:color="000000"/>
              <w:left w:val="single" w:sz="2" w:space="0" w:color="000000"/>
              <w:bottom w:val="single" w:sz="2" w:space="0" w:color="000000"/>
              <w:right w:val="single" w:sz="2" w:space="0" w:color="000000"/>
            </w:tcBorders>
          </w:tcPr>
          <w:p w14:paraId="5B9AAFA0"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D-1</w:t>
            </w:r>
          </w:p>
        </w:tc>
      </w:tr>
      <w:tr w:rsidR="00BD57AA" w:rsidRPr="00BD57AA" w14:paraId="6C5F2E36" w14:textId="77777777" w:rsidTr="002E4C21">
        <w:tc>
          <w:tcPr>
            <w:tcW w:w="897" w:type="dxa"/>
            <w:tcBorders>
              <w:top w:val="single" w:sz="2" w:space="0" w:color="000000"/>
              <w:left w:val="single" w:sz="2" w:space="0" w:color="000000"/>
              <w:bottom w:val="single" w:sz="2" w:space="0" w:color="000000"/>
            </w:tcBorders>
          </w:tcPr>
          <w:p w14:paraId="1F4BA640"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2792" w:type="dxa"/>
            <w:tcBorders>
              <w:top w:val="single" w:sz="2" w:space="0" w:color="000000"/>
              <w:left w:val="single" w:sz="2" w:space="0" w:color="000000"/>
              <w:bottom w:val="single" w:sz="2" w:space="0" w:color="000000"/>
            </w:tcBorders>
          </w:tcPr>
          <w:p w14:paraId="3435A637"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p>
        </w:tc>
        <w:tc>
          <w:tcPr>
            <w:tcW w:w="1301" w:type="dxa"/>
            <w:tcBorders>
              <w:top w:val="single" w:sz="2" w:space="0" w:color="000000"/>
              <w:left w:val="single" w:sz="2" w:space="0" w:color="000000"/>
              <w:bottom w:val="single" w:sz="2" w:space="0" w:color="000000"/>
            </w:tcBorders>
          </w:tcPr>
          <w:p w14:paraId="093651F8"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w:t>
            </w:r>
          </w:p>
        </w:tc>
        <w:tc>
          <w:tcPr>
            <w:tcW w:w="3353" w:type="dxa"/>
            <w:tcBorders>
              <w:top w:val="single" w:sz="2" w:space="0" w:color="000000"/>
              <w:left w:val="single" w:sz="2" w:space="0" w:color="000000"/>
              <w:bottom w:val="single" w:sz="2" w:space="0" w:color="000000"/>
            </w:tcBorders>
          </w:tcPr>
          <w:p w14:paraId="03F33D3C" w14:textId="77777777" w:rsidR="00BD57AA" w:rsidRPr="00BD57AA" w:rsidRDefault="00BD57AA" w:rsidP="00BD57AA">
            <w:pPr>
              <w:suppressAutoHyphens/>
              <w:jc w:val="both"/>
              <w:rPr>
                <w:rFonts w:ascii="Aptos" w:eastAsia="AR PL SungtiL GB" w:hAnsi="Aptos" w:cs="Lohit Devanagari"/>
                <w:color w:val="1F2937"/>
                <w:kern w:val="2"/>
                <w:szCs w:val="24"/>
                <w:lang w:val="es-ES" w:eastAsia="zh-CN" w:bidi="hi-IN"/>
              </w:rPr>
            </w:pPr>
            <w:r w:rsidRPr="00BD57AA">
              <w:rPr>
                <w:rFonts w:ascii="Aptos" w:eastAsia="AR PL SungtiL GB" w:hAnsi="Aptos" w:cs="Aptos"/>
                <w:color w:val="000000"/>
                <w:kern w:val="2"/>
                <w:szCs w:val="24"/>
                <w:lang w:val="es-ES" w:eastAsia="zh-CN" w:bidi="hi-IN"/>
              </w:rPr>
              <w:t>Trabajar en su Proyecto Final con disciplina y esfuerzo, y actuando de acuerdo con parámetros éticos.</w:t>
            </w:r>
          </w:p>
        </w:tc>
        <w:tc>
          <w:tcPr>
            <w:tcW w:w="1632" w:type="dxa"/>
            <w:tcBorders>
              <w:top w:val="single" w:sz="2" w:space="0" w:color="000000"/>
              <w:left w:val="single" w:sz="2" w:space="0" w:color="000000"/>
              <w:bottom w:val="single" w:sz="2" w:space="0" w:color="000000"/>
              <w:right w:val="single" w:sz="2" w:space="0" w:color="000000"/>
            </w:tcBorders>
          </w:tcPr>
          <w:p w14:paraId="2580EBBC"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E-1</w:t>
            </w:r>
          </w:p>
          <w:p w14:paraId="5DE042F8"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E-2</w:t>
            </w:r>
          </w:p>
          <w:p w14:paraId="7F75FC5B" w14:textId="77777777" w:rsidR="00BD57AA" w:rsidRPr="00BD57AA" w:rsidRDefault="00BD57AA" w:rsidP="00BD57AA">
            <w:pPr>
              <w:suppressLineNumbers/>
              <w:suppressAutoHyphens/>
              <w:rPr>
                <w:rFonts w:ascii="Aptos" w:eastAsia="AR PL SungtiL GB" w:hAnsi="Aptos" w:cs="Lohit Devanagari"/>
                <w:color w:val="1F2937"/>
                <w:kern w:val="2"/>
                <w:szCs w:val="24"/>
                <w:lang w:val="es-ES" w:eastAsia="zh-CN" w:bidi="hi-IN"/>
              </w:rPr>
            </w:pPr>
            <w:r w:rsidRPr="00BD57AA">
              <w:rPr>
                <w:rFonts w:ascii="Aptos" w:eastAsia="AR PL SungtiL GB" w:hAnsi="Aptos" w:cs="Lohit Devanagari"/>
                <w:color w:val="1F2937"/>
                <w:kern w:val="2"/>
                <w:szCs w:val="24"/>
                <w:lang w:val="es-ES" w:eastAsia="zh-CN" w:bidi="hi-IN"/>
              </w:rPr>
              <w:t>E-3</w:t>
            </w:r>
          </w:p>
        </w:tc>
      </w:tr>
    </w:tbl>
    <w:p w14:paraId="1A7CB0E6" w14:textId="77777777" w:rsidR="00BD57AA" w:rsidRPr="00BD57AA" w:rsidRDefault="00BD57AA" w:rsidP="00BD57AA">
      <w:pPr>
        <w:suppressAutoHyphens/>
        <w:spacing w:after="120" w:line="276" w:lineRule="auto"/>
        <w:rPr>
          <w:rFonts w:ascii="Times New Roman" w:eastAsia="AR PL SungtiL GB" w:hAnsi="Times New Roman" w:cs="Lohit Devanagari"/>
          <w:color w:val="1F2937"/>
          <w:kern w:val="2"/>
          <w:szCs w:val="24"/>
          <w:lang w:val="es-ES" w:eastAsia="zh-CN" w:bidi="hi-IN"/>
        </w:rPr>
      </w:pPr>
    </w:p>
    <w:p w14:paraId="5185CA75" w14:textId="77777777" w:rsidR="00BD57AA" w:rsidRDefault="00BD57AA" w:rsidP="006E0D7A">
      <w:pPr>
        <w:spacing w:after="0" w:line="240" w:lineRule="auto"/>
        <w:rPr>
          <w:lang w:val="es-CO"/>
        </w:rPr>
      </w:pPr>
    </w:p>
    <w:p w14:paraId="74FA1FDB" w14:textId="77777777" w:rsidR="00BD57AA" w:rsidRPr="00273249" w:rsidRDefault="00BD57AA" w:rsidP="006E0D7A">
      <w:pPr>
        <w:spacing w:after="0" w:line="240" w:lineRule="auto"/>
        <w:rPr>
          <w:lang w:val="es-CO"/>
        </w:rPr>
      </w:pPr>
    </w:p>
    <w:sectPr w:rsidR="00BD57AA" w:rsidRPr="00273249"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A8A86" w14:textId="77777777" w:rsidR="00623828" w:rsidRDefault="00623828">
      <w:pPr>
        <w:spacing w:after="0" w:line="240" w:lineRule="auto"/>
      </w:pPr>
      <w:r>
        <w:separator/>
      </w:r>
    </w:p>
  </w:endnote>
  <w:endnote w:type="continuationSeparator" w:id="0">
    <w:p w14:paraId="3942CD25" w14:textId="77777777" w:rsidR="00623828" w:rsidRDefault="00623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 PL SungtiL GB">
    <w:altName w:val="Cambria"/>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5120" w14:textId="77777777" w:rsidR="00314C89" w:rsidRPr="0025718F" w:rsidRDefault="00000000">
    <w:pPr>
      <w:pStyle w:val="Piedepgina"/>
      <w:jc w:val="center"/>
      <w:rPr>
        <w:lang w:val="es-CO"/>
      </w:rPr>
    </w:pPr>
    <w:r w:rsidRPr="0025718F">
      <w:rPr>
        <w:color w:val="5B6573"/>
        <w:sz w:val="17"/>
        <w:lang w:val="es-CO"/>
      </w:rPr>
      <w:t>Universidad de los Andes · Instructivo de Proyecto Final – Pasantía laboral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10DB7" w14:textId="77777777" w:rsidR="00623828" w:rsidRDefault="00623828">
      <w:pPr>
        <w:spacing w:after="0" w:line="240" w:lineRule="auto"/>
      </w:pPr>
      <w:r>
        <w:separator/>
      </w:r>
    </w:p>
  </w:footnote>
  <w:footnote w:type="continuationSeparator" w:id="0">
    <w:p w14:paraId="317ABA36" w14:textId="77777777" w:rsidR="00623828" w:rsidRDefault="00623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5FC5" w14:textId="77777777" w:rsidR="00314C89" w:rsidRDefault="00314C89">
    <w:pPr>
      <w:pStyle w:val="Encabezado"/>
    </w:pPr>
  </w:p>
  <w:tbl>
    <w:tblPr>
      <w:tblW w:w="0" w:type="auto"/>
      <w:tblLook w:val="04A0" w:firstRow="1" w:lastRow="0" w:firstColumn="1" w:lastColumn="0" w:noHBand="0" w:noVBand="1"/>
    </w:tblPr>
    <w:tblGrid>
      <w:gridCol w:w="6096"/>
      <w:gridCol w:w="3840"/>
    </w:tblGrid>
    <w:tr w:rsidR="00314C89" w:rsidRPr="00E979A9" w14:paraId="1531FF0C" w14:textId="77777777">
      <w:tc>
        <w:tcPr>
          <w:tcW w:w="4896" w:type="dxa"/>
          <w:tcBorders>
            <w:bottom w:val="single" w:sz="10" w:space="0" w:color="22A9E0"/>
          </w:tcBorders>
        </w:tcPr>
        <w:p w14:paraId="6F00BFC9" w14:textId="77777777" w:rsidR="00314C89" w:rsidRDefault="00000000">
          <w:r>
            <w:rPr>
              <w:noProof/>
            </w:rPr>
            <w:drawing>
              <wp:inline distT="0" distB="0" distL="0" distR="0" wp14:anchorId="2096C577" wp14:editId="4A358239">
                <wp:extent cx="3733800" cy="359330"/>
                <wp:effectExtent l="0" t="0" r="0" b="3175"/>
                <wp:docPr id="452636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1"/>
                        <a:stretch>
                          <a:fillRect/>
                        </a:stretch>
                      </pic:blipFill>
                      <pic:spPr>
                        <a:xfrm>
                          <a:off x="0" y="0"/>
                          <a:ext cx="3923303" cy="377567"/>
                        </a:xfrm>
                        <a:prstGeom prst="rect">
                          <a:avLst/>
                        </a:prstGeom>
                      </pic:spPr>
                    </pic:pic>
                  </a:graphicData>
                </a:graphic>
              </wp:inline>
            </w:drawing>
          </w:r>
        </w:p>
      </w:tc>
      <w:tc>
        <w:tcPr>
          <w:tcW w:w="4896" w:type="dxa"/>
          <w:tcBorders>
            <w:bottom w:val="single" w:sz="10" w:space="0" w:color="22A9E0"/>
          </w:tcBorders>
        </w:tcPr>
        <w:p w14:paraId="0ACA7D35" w14:textId="77777777" w:rsidR="00314C89" w:rsidRPr="0025718F" w:rsidRDefault="00000000">
          <w:pPr>
            <w:jc w:val="right"/>
            <w:rPr>
              <w:lang w:val="es-CO"/>
            </w:rPr>
          </w:pPr>
          <w:r w:rsidRPr="0025718F">
            <w:rPr>
              <w:b/>
              <w:color w:val="0B4EA2"/>
              <w:sz w:val="19"/>
              <w:lang w:val="es-CO"/>
            </w:rPr>
            <w:t>Departamento de Física</w:t>
          </w:r>
          <w:r w:rsidRPr="0025718F">
            <w:rPr>
              <w:b/>
              <w:color w:val="0B4EA2"/>
              <w:sz w:val="19"/>
              <w:lang w:val="es-CO"/>
            </w:rPr>
            <w:br/>
            <w:t>Pregrado en Física</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74626A44"/>
    <w:lvl w:ilvl="0">
      <w:start w:val="1"/>
      <w:numFmt w:val="bullet"/>
      <w:pStyle w:val="Listaconvietas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0F659EA"/>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F13A070A"/>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9424DDA"/>
    <w:multiLevelType w:val="hybridMultilevel"/>
    <w:tmpl w:val="433CD3B4"/>
    <w:lvl w:ilvl="0" w:tplc="3F74B1A6">
      <w:start w:val="1"/>
      <w:numFmt w:val="decimal"/>
      <w:lvlText w:val="%1."/>
      <w:lvlJc w:val="left"/>
      <w:pPr>
        <w:ind w:left="720" w:hanging="360"/>
      </w:pPr>
      <w:rPr>
        <w:rFonts w:hint="default"/>
        <w:color w:val="4A442A" w:themeColor="background2" w:themeShade="4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AFC15F7"/>
    <w:multiLevelType w:val="hybridMultilevel"/>
    <w:tmpl w:val="E408C48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61B2D2F"/>
    <w:multiLevelType w:val="multilevel"/>
    <w:tmpl w:val="52B688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AC79A5"/>
    <w:multiLevelType w:val="hybridMultilevel"/>
    <w:tmpl w:val="1388C6AE"/>
    <w:lvl w:ilvl="0" w:tplc="3F74B1A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1B7215C7"/>
    <w:multiLevelType w:val="hybridMultilevel"/>
    <w:tmpl w:val="3BBABBA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1F1522C2"/>
    <w:multiLevelType w:val="hybridMultilevel"/>
    <w:tmpl w:val="A99EAF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76606E4"/>
    <w:multiLevelType w:val="hybridMultilevel"/>
    <w:tmpl w:val="72FA44A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7AD20C2"/>
    <w:multiLevelType w:val="hybridMultilevel"/>
    <w:tmpl w:val="C478C944"/>
    <w:lvl w:ilvl="0" w:tplc="3F74B1A6">
      <w:start w:val="1"/>
      <w:numFmt w:val="decimal"/>
      <w:lvlText w:val="%1."/>
      <w:lvlJc w:val="left"/>
      <w:pPr>
        <w:ind w:left="108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C4A1AE1"/>
    <w:multiLevelType w:val="hybridMultilevel"/>
    <w:tmpl w:val="E322143A"/>
    <w:lvl w:ilvl="0" w:tplc="B4BE6462">
      <w:start w:val="1"/>
      <w:numFmt w:val="upperRoman"/>
      <w:lvlText w:val="%1."/>
      <w:lvlJc w:val="left"/>
      <w:pPr>
        <w:ind w:left="1080" w:hanging="720"/>
      </w:pPr>
      <w:rPr>
        <w:rFonts w:hint="default"/>
      </w:rPr>
    </w:lvl>
    <w:lvl w:ilvl="1" w:tplc="887A2802">
      <w:start w:val="1"/>
      <w:numFmt w:val="decimal"/>
      <w:lvlText w:val="%2."/>
      <w:lvlJc w:val="left"/>
      <w:pPr>
        <w:ind w:left="1440" w:hanging="360"/>
      </w:pPr>
      <w:rPr>
        <w:rFonts w:eastAsia="AR PL SungtiL GB" w:cs="Lohit Devanagari"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ED36DF9"/>
    <w:multiLevelType w:val="hybridMultilevel"/>
    <w:tmpl w:val="0E52A78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FD165B4"/>
    <w:multiLevelType w:val="hybridMultilevel"/>
    <w:tmpl w:val="E6200880"/>
    <w:lvl w:ilvl="0" w:tplc="3F74B1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07874DB"/>
    <w:multiLevelType w:val="hybridMultilevel"/>
    <w:tmpl w:val="2EE0BE2A"/>
    <w:lvl w:ilvl="0" w:tplc="4262F60E">
      <w:start w:val="1"/>
      <w:numFmt w:val="decimal"/>
      <w:lvlText w:val="%1."/>
      <w:lvlJc w:val="left"/>
      <w:pPr>
        <w:ind w:left="720" w:hanging="360"/>
      </w:pPr>
      <w:rPr>
        <w:rFonts w:ascii="Arial" w:hAnsi="Arial" w:hint="default"/>
        <w:color w:val="4A442A" w:themeColor="background2" w:themeShade="4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CEB5C8F"/>
    <w:multiLevelType w:val="multilevel"/>
    <w:tmpl w:val="A882057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FBA7411"/>
    <w:multiLevelType w:val="hybridMultilevel"/>
    <w:tmpl w:val="CF5452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2BD7FD1"/>
    <w:multiLevelType w:val="hybridMultilevel"/>
    <w:tmpl w:val="AF7253F6"/>
    <w:lvl w:ilvl="0" w:tplc="1796512E">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76E45147"/>
    <w:multiLevelType w:val="hybridMultilevel"/>
    <w:tmpl w:val="5EEA8EC2"/>
    <w:lvl w:ilvl="0" w:tplc="240A0015">
      <w:start w:val="1"/>
      <w:numFmt w:val="upperLetter"/>
      <w:lvlText w:val="%1."/>
      <w:lvlJc w:val="left"/>
      <w:pPr>
        <w:ind w:left="720" w:hanging="360"/>
      </w:pPr>
      <w:rPr>
        <w:rFonts w:hint="default"/>
        <w:color w:val="4A442A" w:themeColor="background2" w:themeShade="4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43376089">
    <w:abstractNumId w:val="8"/>
  </w:num>
  <w:num w:numId="2" w16cid:durableId="917591522">
    <w:abstractNumId w:val="6"/>
  </w:num>
  <w:num w:numId="3" w16cid:durableId="1726878200">
    <w:abstractNumId w:val="5"/>
  </w:num>
  <w:num w:numId="4" w16cid:durableId="116265696">
    <w:abstractNumId w:val="4"/>
  </w:num>
  <w:num w:numId="5" w16cid:durableId="882056406">
    <w:abstractNumId w:val="7"/>
  </w:num>
  <w:num w:numId="6" w16cid:durableId="1621691675">
    <w:abstractNumId w:val="3"/>
  </w:num>
  <w:num w:numId="7" w16cid:durableId="1795977878">
    <w:abstractNumId w:val="2"/>
  </w:num>
  <w:num w:numId="8" w16cid:durableId="79567686">
    <w:abstractNumId w:val="1"/>
  </w:num>
  <w:num w:numId="9" w16cid:durableId="1795366252">
    <w:abstractNumId w:val="0"/>
  </w:num>
  <w:num w:numId="10" w16cid:durableId="1990665232">
    <w:abstractNumId w:val="7"/>
  </w:num>
  <w:num w:numId="11" w16cid:durableId="392854670">
    <w:abstractNumId w:val="20"/>
  </w:num>
  <w:num w:numId="12" w16cid:durableId="331108593">
    <w:abstractNumId w:val="18"/>
  </w:num>
  <w:num w:numId="13" w16cid:durableId="1095636768">
    <w:abstractNumId w:val="14"/>
  </w:num>
  <w:num w:numId="14" w16cid:durableId="575669559">
    <w:abstractNumId w:val="11"/>
  </w:num>
  <w:num w:numId="15" w16cid:durableId="170223993">
    <w:abstractNumId w:val="13"/>
  </w:num>
  <w:num w:numId="16" w16cid:durableId="2120176158">
    <w:abstractNumId w:val="21"/>
  </w:num>
  <w:num w:numId="17" w16cid:durableId="315693941">
    <w:abstractNumId w:val="23"/>
  </w:num>
  <w:num w:numId="18" w16cid:durableId="1168447505">
    <w:abstractNumId w:val="22"/>
  </w:num>
  <w:num w:numId="19" w16cid:durableId="1200555951">
    <w:abstractNumId w:val="10"/>
  </w:num>
  <w:num w:numId="20" w16cid:durableId="1604070100">
    <w:abstractNumId w:val="15"/>
  </w:num>
  <w:num w:numId="21" w16cid:durableId="1766875086">
    <w:abstractNumId w:val="16"/>
  </w:num>
  <w:num w:numId="22" w16cid:durableId="1165126263">
    <w:abstractNumId w:val="24"/>
  </w:num>
  <w:num w:numId="23" w16cid:durableId="1928494846">
    <w:abstractNumId w:val="9"/>
  </w:num>
  <w:num w:numId="24" w16cid:durableId="1737389532">
    <w:abstractNumId w:val="19"/>
  </w:num>
  <w:num w:numId="25" w16cid:durableId="1451319729">
    <w:abstractNumId w:val="12"/>
  </w:num>
  <w:num w:numId="26" w16cid:durableId="16174493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0B1"/>
    <w:rsid w:val="00025BAD"/>
    <w:rsid w:val="00034616"/>
    <w:rsid w:val="00034AE3"/>
    <w:rsid w:val="0006063C"/>
    <w:rsid w:val="000E4AEE"/>
    <w:rsid w:val="00136790"/>
    <w:rsid w:val="0015074B"/>
    <w:rsid w:val="001A09C7"/>
    <w:rsid w:val="001C2C16"/>
    <w:rsid w:val="0025718F"/>
    <w:rsid w:val="00273249"/>
    <w:rsid w:val="00291B88"/>
    <w:rsid w:val="0029639D"/>
    <w:rsid w:val="00314C89"/>
    <w:rsid w:val="00326F90"/>
    <w:rsid w:val="003463FB"/>
    <w:rsid w:val="003F3547"/>
    <w:rsid w:val="00511FC1"/>
    <w:rsid w:val="005532DE"/>
    <w:rsid w:val="005C3526"/>
    <w:rsid w:val="00623828"/>
    <w:rsid w:val="00695436"/>
    <w:rsid w:val="006D06C4"/>
    <w:rsid w:val="006E0D7A"/>
    <w:rsid w:val="00777EFB"/>
    <w:rsid w:val="007B734D"/>
    <w:rsid w:val="007C03B2"/>
    <w:rsid w:val="00835961"/>
    <w:rsid w:val="009A4FFA"/>
    <w:rsid w:val="00AA1D8D"/>
    <w:rsid w:val="00AE65D0"/>
    <w:rsid w:val="00B024F5"/>
    <w:rsid w:val="00B1704A"/>
    <w:rsid w:val="00B4685F"/>
    <w:rsid w:val="00B47730"/>
    <w:rsid w:val="00BD57AA"/>
    <w:rsid w:val="00CB0664"/>
    <w:rsid w:val="00CD5FAC"/>
    <w:rsid w:val="00D4035D"/>
    <w:rsid w:val="00D41E93"/>
    <w:rsid w:val="00E142EE"/>
    <w:rsid w:val="00E57C75"/>
    <w:rsid w:val="00E643DC"/>
    <w:rsid w:val="00E93D49"/>
    <w:rsid w:val="00E979A9"/>
    <w:rsid w:val="00EB1EBA"/>
    <w:rsid w:val="00F75B75"/>
    <w:rsid w:val="00FC693F"/>
    <w:rsid w:val="00FE4C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FE3EA8"/>
  <w14:defaultImageDpi w14:val="300"/>
  <w15:docId w15:val="{B8E217E8-6793-4DEC-9F7F-0042DB54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0B4EA2"/>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1F2937"/>
      <w:sz w:val="23"/>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Listaconvietas4">
    <w:name w:val="List Bullet 4"/>
    <w:basedOn w:val="Normal"/>
    <w:uiPriority w:val="99"/>
    <w:semiHidden/>
    <w:unhideWhenUsed/>
    <w:rsid w:val="00FE4CC0"/>
    <w:pPr>
      <w:numPr>
        <w:numId w:val="4"/>
      </w:numPr>
      <w:contextualSpacing/>
    </w:pPr>
  </w:style>
  <w:style w:type="paragraph" w:customStyle="1" w:styleId="Ttulo11">
    <w:name w:val="Título 11"/>
    <w:rsid w:val="00273249"/>
    <w:pPr>
      <w:keepNext/>
      <w:suppressAutoHyphens/>
      <w:spacing w:after="0" w:line="240" w:lineRule="auto"/>
    </w:pPr>
    <w:rPr>
      <w:rFonts w:ascii="Arial" w:eastAsia="AR PL SungtiL GB" w:hAnsi="Arial" w:cs="Lohit Devanagari"/>
      <w:b/>
      <w:color w:val="0B4EA2"/>
      <w:kern w:val="2"/>
      <w:sz w:val="28"/>
      <w:szCs w:val="24"/>
      <w:lang w:val="es-ES" w:eastAsia="zh-CN" w:bidi="hi-IN"/>
    </w:rPr>
  </w:style>
  <w:style w:type="paragraph" w:customStyle="1" w:styleId="Ttulo21">
    <w:name w:val="Título 21"/>
    <w:rsid w:val="00273249"/>
    <w:pPr>
      <w:keepNext/>
      <w:suppressAutoHyphens/>
      <w:spacing w:after="0" w:line="240" w:lineRule="auto"/>
    </w:pPr>
    <w:rPr>
      <w:rFonts w:ascii="Arial" w:eastAsia="AR PL SungtiL GB" w:hAnsi="Arial" w:cs="Lohit Devanagari"/>
      <w:b/>
      <w:color w:val="1F2937"/>
      <w:kern w:val="2"/>
      <w:sz w:val="23"/>
      <w:szCs w:val="24"/>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retariageneral.uniandes.edu.co/images/documents/lineamientos-uso-inteligencia-artificial-generativa-IAG-uniande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18</Pages>
  <Words>5052</Words>
  <Characters>27789</Characters>
  <Application>Microsoft Office Word</Application>
  <DocSecurity>0</DocSecurity>
  <Lines>231</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Instructivo Proyecto Final – Pasantía laboral (versión reorganizada)</vt:lpstr>
      <vt:lpstr/>
    </vt:vector>
  </TitlesOfParts>
  <Manager/>
  <Company/>
  <LinksUpToDate>false</LinksUpToDate>
  <CharactersWithSpaces>32776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Instructivo Proyecto Final – Pasantía laboral (versión reorganizada)</dc:title>
  <dc:subject>Pregrado en Física – Universidad de los Andes</dc:subject>
  <dc:creator>Departamento de Física – versión de trabajo</dc:creator>
  <cp:keywords/>
  <dc:description>generated by python-docx</dc:description>
  <cp:lastModifiedBy>Claudia Marcela Bonilla Escobar</cp:lastModifiedBy>
  <cp:revision>8</cp:revision>
  <dcterms:created xsi:type="dcterms:W3CDTF">2026-08-24T16:07:00Z</dcterms:created>
  <dcterms:modified xsi:type="dcterms:W3CDTF">2026-08-24T20:09:00Z</dcterms:modified>
  <cp:category/>
</cp:coreProperties>
</file>